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word/webSettings.xml" ContentType="application/vnd.openxmlformats-officedocument.wordprocessingml.webSettings+xml"/>
  <Override PartName="/word/settings.xml" ContentType="application/vnd.openxmlformats-officedocument.wordprocessingml.setting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721584" w14:textId="77777777" w:rsidR="00F034E7" w:rsidRDefault="00000000">
      <w:pPr>
        <w:jc w:val="center"/>
      </w:pPr>
      <w:r>
        <w:rPr>
          <w:noProof/>
        </w:rPr>
        <w:drawing>
          <wp:inline distT="0" distB="0" distL="0" distR="0" wp14:anchorId="620AABB6" wp14:editId="4E6A5163">
            <wp:extent cx="960120" cy="100186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 - LOGO - 2023.05.08 - KRAAG(1).PNG"/>
                    <pic:cNvPicPr/>
                  </pic:nvPicPr>
                  <pic:blipFill>
                    <a:blip r:embed="rId6"/>
                    <a:stretch>
                      <a:fillRect/>
                    </a:stretch>
                  </pic:blipFill>
                  <pic:spPr>
                    <a:xfrm>
                      <a:off x="0" y="0"/>
                      <a:ext cx="960120" cy="1001864"/>
                    </a:xfrm>
                    <a:prstGeom prst="rect">
                      <a:avLst/>
                    </a:prstGeom>
                  </pic:spPr>
                </pic:pic>
              </a:graphicData>
            </a:graphic>
          </wp:inline>
        </w:drawing>
      </w:r>
      <w:r>
        <w:rPr>
          <w:b/>
          <w:sz w:val="32"/>
        </w:rPr>
        <w:br/>
        <w:t>THE SORGHUM TRUST</w:t>
      </w:r>
      <w:r>
        <w:rPr>
          <w:b/>
          <w:sz w:val="26"/>
        </w:rPr>
        <w:br/>
        <w:t>FINAL RESEARCH PROJECT REPORT</w:t>
      </w:r>
    </w:p>
    <w:p w14:paraId="71B0567F" w14:textId="77777777" w:rsidR="00F034E7" w:rsidRDefault="00000000">
      <w:pPr>
        <w:jc w:val="center"/>
      </w:pPr>
      <w:r>
        <w:rPr>
          <w:i/>
          <w:sz w:val="18"/>
        </w:rPr>
        <w:t>To be completed at the conclusion of each Sorghum Trust-funded project. The report should provide a concise but complete account of the work undertaken, results achieved, outputs delivered, expenditure incurred and benefit to the South African sorghum industry.</w:t>
      </w:r>
    </w:p>
    <w:p w14:paraId="14F33568" w14:textId="77777777" w:rsidR="00F034E7" w:rsidRDefault="00000000">
      <w:pPr>
        <w:spacing w:before="140" w:after="60"/>
      </w:pPr>
      <w:r>
        <w:rPr>
          <w:b/>
          <w:sz w:val="22"/>
        </w:rPr>
        <w:t>A. PROJECT DETAILS</w:t>
      </w:r>
    </w:p>
    <w:tbl>
      <w:tblPr>
        <w:tblStyle w:val="TableGrid"/>
        <w:tblW w:w="0" w:type="auto"/>
        <w:jc w:val="center"/>
        <w:tblLook w:val="04A0" w:firstRow="1" w:lastRow="0" w:firstColumn="1" w:lastColumn="0" w:noHBand="0" w:noVBand="1"/>
      </w:tblPr>
      <w:tblGrid>
        <w:gridCol w:w="5112"/>
        <w:gridCol w:w="5112"/>
      </w:tblGrid>
      <w:tr w:rsidR="00F034E7" w14:paraId="607E2F5D" w14:textId="77777777" w:rsidTr="00A15F64">
        <w:trPr>
          <w:trHeight w:val="576"/>
          <w:jc w:val="center"/>
        </w:trPr>
        <w:tc>
          <w:tcPr>
            <w:tcW w:w="5112" w:type="dxa"/>
            <w:vAlign w:val="center"/>
          </w:tcPr>
          <w:p w14:paraId="5154A694" w14:textId="77777777" w:rsidR="00F034E7" w:rsidRDefault="00000000">
            <w:r>
              <w:rPr>
                <w:b/>
              </w:rPr>
              <w:t>Project Reference Number:</w:t>
            </w:r>
          </w:p>
        </w:tc>
        <w:tc>
          <w:tcPr>
            <w:tcW w:w="5112" w:type="dxa"/>
            <w:vAlign w:val="center"/>
          </w:tcPr>
          <w:p w14:paraId="378766C4" w14:textId="77777777" w:rsidR="00F034E7" w:rsidRDefault="00F034E7"/>
        </w:tc>
      </w:tr>
      <w:tr w:rsidR="00F034E7" w14:paraId="600336BD" w14:textId="77777777" w:rsidTr="00A15F64">
        <w:trPr>
          <w:trHeight w:val="576"/>
          <w:jc w:val="center"/>
        </w:trPr>
        <w:tc>
          <w:tcPr>
            <w:tcW w:w="5112" w:type="dxa"/>
            <w:vAlign w:val="center"/>
          </w:tcPr>
          <w:p w14:paraId="63EBEB88" w14:textId="77777777" w:rsidR="00F034E7" w:rsidRDefault="00000000">
            <w:r>
              <w:rPr>
                <w:b/>
              </w:rPr>
              <w:t>Title of Research Project:</w:t>
            </w:r>
          </w:p>
        </w:tc>
        <w:tc>
          <w:tcPr>
            <w:tcW w:w="5112" w:type="dxa"/>
            <w:vAlign w:val="center"/>
          </w:tcPr>
          <w:p w14:paraId="6CB7BE0F" w14:textId="77777777" w:rsidR="00F034E7" w:rsidRDefault="00F034E7"/>
        </w:tc>
      </w:tr>
      <w:tr w:rsidR="00F034E7" w14:paraId="70FAB7A9" w14:textId="77777777" w:rsidTr="00A15F64">
        <w:trPr>
          <w:trHeight w:val="576"/>
          <w:jc w:val="center"/>
        </w:trPr>
        <w:tc>
          <w:tcPr>
            <w:tcW w:w="5112" w:type="dxa"/>
            <w:vAlign w:val="center"/>
          </w:tcPr>
          <w:p w14:paraId="7657E313" w14:textId="77777777" w:rsidR="00F034E7" w:rsidRDefault="00000000">
            <w:r>
              <w:rPr>
                <w:b/>
              </w:rPr>
              <w:t>Applicant / Institution:</w:t>
            </w:r>
          </w:p>
        </w:tc>
        <w:tc>
          <w:tcPr>
            <w:tcW w:w="5112" w:type="dxa"/>
            <w:vAlign w:val="center"/>
          </w:tcPr>
          <w:p w14:paraId="24AF37C1" w14:textId="77777777" w:rsidR="00F034E7" w:rsidRDefault="00F034E7"/>
        </w:tc>
      </w:tr>
      <w:tr w:rsidR="00F034E7" w14:paraId="51FC86F7" w14:textId="77777777" w:rsidTr="00A15F64">
        <w:trPr>
          <w:trHeight w:val="576"/>
          <w:jc w:val="center"/>
        </w:trPr>
        <w:tc>
          <w:tcPr>
            <w:tcW w:w="5112" w:type="dxa"/>
            <w:vAlign w:val="center"/>
          </w:tcPr>
          <w:p w14:paraId="5D64B259" w14:textId="77777777" w:rsidR="00F034E7" w:rsidRDefault="00000000">
            <w:r>
              <w:rPr>
                <w:b/>
              </w:rPr>
              <w:t>Lead Researcher / Project Leader:</w:t>
            </w:r>
          </w:p>
        </w:tc>
        <w:tc>
          <w:tcPr>
            <w:tcW w:w="5112" w:type="dxa"/>
            <w:vAlign w:val="center"/>
          </w:tcPr>
          <w:p w14:paraId="7B1AE628" w14:textId="77777777" w:rsidR="00F034E7" w:rsidRDefault="00F034E7"/>
        </w:tc>
      </w:tr>
      <w:tr w:rsidR="00F034E7" w14:paraId="6B9B8F70" w14:textId="77777777" w:rsidTr="00A15F64">
        <w:trPr>
          <w:trHeight w:val="576"/>
          <w:jc w:val="center"/>
        </w:trPr>
        <w:tc>
          <w:tcPr>
            <w:tcW w:w="5112" w:type="dxa"/>
            <w:vAlign w:val="center"/>
          </w:tcPr>
          <w:p w14:paraId="5FD28413" w14:textId="77777777" w:rsidR="00F034E7" w:rsidRDefault="00000000">
            <w:r>
              <w:rPr>
                <w:b/>
              </w:rPr>
              <w:t>E-mail Address:</w:t>
            </w:r>
          </w:p>
        </w:tc>
        <w:tc>
          <w:tcPr>
            <w:tcW w:w="5112" w:type="dxa"/>
            <w:vAlign w:val="center"/>
          </w:tcPr>
          <w:p w14:paraId="2A21BEA5" w14:textId="77777777" w:rsidR="00F034E7" w:rsidRDefault="00F034E7"/>
        </w:tc>
      </w:tr>
      <w:tr w:rsidR="00F034E7" w14:paraId="59104086" w14:textId="77777777" w:rsidTr="00A15F64">
        <w:trPr>
          <w:trHeight w:val="576"/>
          <w:jc w:val="center"/>
        </w:trPr>
        <w:tc>
          <w:tcPr>
            <w:tcW w:w="5112" w:type="dxa"/>
            <w:vAlign w:val="center"/>
          </w:tcPr>
          <w:p w14:paraId="49DAB12D" w14:textId="77777777" w:rsidR="00F034E7" w:rsidRDefault="00000000">
            <w:r>
              <w:rPr>
                <w:b/>
              </w:rPr>
              <w:t>Telephone Number:</w:t>
            </w:r>
          </w:p>
        </w:tc>
        <w:tc>
          <w:tcPr>
            <w:tcW w:w="5112" w:type="dxa"/>
            <w:vAlign w:val="center"/>
          </w:tcPr>
          <w:p w14:paraId="65CBDDFE" w14:textId="77777777" w:rsidR="00F034E7" w:rsidRDefault="00F034E7"/>
        </w:tc>
      </w:tr>
      <w:tr w:rsidR="00F034E7" w14:paraId="06AFF777" w14:textId="77777777" w:rsidTr="00A15F64">
        <w:trPr>
          <w:trHeight w:val="576"/>
          <w:jc w:val="center"/>
        </w:trPr>
        <w:tc>
          <w:tcPr>
            <w:tcW w:w="5112" w:type="dxa"/>
            <w:vAlign w:val="center"/>
          </w:tcPr>
          <w:p w14:paraId="5F883A0E" w14:textId="77777777" w:rsidR="00F034E7" w:rsidRDefault="00000000">
            <w:r>
              <w:rPr>
                <w:b/>
              </w:rPr>
              <w:t>Project Start Date:</w:t>
            </w:r>
          </w:p>
        </w:tc>
        <w:tc>
          <w:tcPr>
            <w:tcW w:w="5112" w:type="dxa"/>
            <w:vAlign w:val="center"/>
          </w:tcPr>
          <w:p w14:paraId="08282213" w14:textId="77777777" w:rsidR="00F034E7" w:rsidRDefault="00F034E7"/>
        </w:tc>
      </w:tr>
      <w:tr w:rsidR="00F034E7" w14:paraId="4182F1BA" w14:textId="77777777" w:rsidTr="00A15F64">
        <w:trPr>
          <w:trHeight w:val="576"/>
          <w:jc w:val="center"/>
        </w:trPr>
        <w:tc>
          <w:tcPr>
            <w:tcW w:w="5112" w:type="dxa"/>
            <w:vAlign w:val="center"/>
          </w:tcPr>
          <w:p w14:paraId="27B54B6D" w14:textId="77777777" w:rsidR="00F034E7" w:rsidRDefault="00000000">
            <w:r>
              <w:rPr>
                <w:b/>
              </w:rPr>
              <w:t>Project Completion Date:</w:t>
            </w:r>
          </w:p>
        </w:tc>
        <w:tc>
          <w:tcPr>
            <w:tcW w:w="5112" w:type="dxa"/>
            <w:vAlign w:val="center"/>
          </w:tcPr>
          <w:p w14:paraId="711B5B1A" w14:textId="77777777" w:rsidR="00F034E7" w:rsidRDefault="00F034E7"/>
        </w:tc>
      </w:tr>
      <w:tr w:rsidR="00F034E7" w14:paraId="590F7AEF" w14:textId="77777777" w:rsidTr="00A15F64">
        <w:trPr>
          <w:trHeight w:val="576"/>
          <w:jc w:val="center"/>
        </w:trPr>
        <w:tc>
          <w:tcPr>
            <w:tcW w:w="5112" w:type="dxa"/>
            <w:vAlign w:val="center"/>
          </w:tcPr>
          <w:p w14:paraId="57803B05" w14:textId="77777777" w:rsidR="00F034E7" w:rsidRDefault="00000000">
            <w:r>
              <w:rPr>
                <w:b/>
              </w:rPr>
              <w:t>Total Project Duration:</w:t>
            </w:r>
          </w:p>
        </w:tc>
        <w:tc>
          <w:tcPr>
            <w:tcW w:w="5112" w:type="dxa"/>
            <w:vAlign w:val="center"/>
          </w:tcPr>
          <w:p w14:paraId="6D650F79" w14:textId="77777777" w:rsidR="00F034E7" w:rsidRDefault="00F034E7"/>
        </w:tc>
      </w:tr>
      <w:tr w:rsidR="00F034E7" w14:paraId="08BEF054" w14:textId="77777777" w:rsidTr="00A15F64">
        <w:trPr>
          <w:trHeight w:val="576"/>
          <w:jc w:val="center"/>
        </w:trPr>
        <w:tc>
          <w:tcPr>
            <w:tcW w:w="5112" w:type="dxa"/>
            <w:vAlign w:val="center"/>
          </w:tcPr>
          <w:p w14:paraId="41EC04E8" w14:textId="77777777" w:rsidR="00F034E7" w:rsidRDefault="00000000">
            <w:r>
              <w:rPr>
                <w:b/>
              </w:rPr>
              <w:t>Total Project Cost:</w:t>
            </w:r>
          </w:p>
        </w:tc>
        <w:tc>
          <w:tcPr>
            <w:tcW w:w="5112" w:type="dxa"/>
            <w:vAlign w:val="center"/>
          </w:tcPr>
          <w:p w14:paraId="16850935" w14:textId="77777777" w:rsidR="00F034E7" w:rsidRDefault="00F034E7"/>
        </w:tc>
      </w:tr>
      <w:tr w:rsidR="00F034E7" w14:paraId="33DE7619" w14:textId="77777777" w:rsidTr="00A15F64">
        <w:trPr>
          <w:trHeight w:val="576"/>
          <w:jc w:val="center"/>
        </w:trPr>
        <w:tc>
          <w:tcPr>
            <w:tcW w:w="5112" w:type="dxa"/>
            <w:vAlign w:val="center"/>
          </w:tcPr>
          <w:p w14:paraId="2016713A" w14:textId="77777777" w:rsidR="00F034E7" w:rsidRDefault="00000000">
            <w:r>
              <w:rPr>
                <w:b/>
              </w:rPr>
              <w:t>Total Funding Approved by the Sorghum Trust:</w:t>
            </w:r>
          </w:p>
        </w:tc>
        <w:tc>
          <w:tcPr>
            <w:tcW w:w="5112" w:type="dxa"/>
            <w:vAlign w:val="center"/>
          </w:tcPr>
          <w:p w14:paraId="18028614" w14:textId="77777777" w:rsidR="00F034E7" w:rsidRDefault="00F034E7"/>
        </w:tc>
      </w:tr>
      <w:tr w:rsidR="00F034E7" w14:paraId="65A8D93F" w14:textId="77777777" w:rsidTr="00A15F64">
        <w:trPr>
          <w:trHeight w:val="576"/>
          <w:jc w:val="center"/>
        </w:trPr>
        <w:tc>
          <w:tcPr>
            <w:tcW w:w="5112" w:type="dxa"/>
            <w:vAlign w:val="center"/>
          </w:tcPr>
          <w:p w14:paraId="786565D6" w14:textId="77777777" w:rsidR="00F034E7" w:rsidRDefault="00000000">
            <w:r>
              <w:rPr>
                <w:b/>
              </w:rPr>
              <w:t>Other / Co-funding:</w:t>
            </w:r>
          </w:p>
        </w:tc>
        <w:tc>
          <w:tcPr>
            <w:tcW w:w="5112" w:type="dxa"/>
            <w:vAlign w:val="center"/>
          </w:tcPr>
          <w:p w14:paraId="6500AAE4" w14:textId="77777777" w:rsidR="00F034E7" w:rsidRDefault="00F034E7"/>
        </w:tc>
      </w:tr>
    </w:tbl>
    <w:p w14:paraId="2C0B8EA3" w14:textId="77777777" w:rsidR="00A15F64" w:rsidRDefault="00A15F64">
      <w:pPr>
        <w:spacing w:before="140" w:after="60"/>
        <w:rPr>
          <w:b/>
          <w:sz w:val="22"/>
        </w:rPr>
      </w:pPr>
    </w:p>
    <w:p w14:paraId="0D432853" w14:textId="77777777" w:rsidR="00A15F64" w:rsidRDefault="00A15F64">
      <w:pPr>
        <w:spacing w:before="140" w:after="60"/>
        <w:rPr>
          <w:b/>
          <w:sz w:val="22"/>
        </w:rPr>
      </w:pPr>
    </w:p>
    <w:p w14:paraId="051FACA3" w14:textId="77777777" w:rsidR="00A15F64" w:rsidRDefault="00A15F64">
      <w:pPr>
        <w:spacing w:before="140" w:after="60"/>
        <w:rPr>
          <w:b/>
          <w:sz w:val="22"/>
        </w:rPr>
      </w:pPr>
    </w:p>
    <w:p w14:paraId="378E54D8" w14:textId="77777777" w:rsidR="00A15F64" w:rsidRDefault="00A15F64">
      <w:pPr>
        <w:spacing w:before="140" w:after="60"/>
        <w:rPr>
          <w:b/>
          <w:sz w:val="22"/>
        </w:rPr>
      </w:pPr>
    </w:p>
    <w:p w14:paraId="0C443AC9" w14:textId="77777777" w:rsidR="00A15F64" w:rsidRDefault="00A15F64">
      <w:pPr>
        <w:spacing w:before="140" w:after="60"/>
        <w:rPr>
          <w:b/>
          <w:sz w:val="22"/>
        </w:rPr>
      </w:pPr>
    </w:p>
    <w:p w14:paraId="1A9F94ED" w14:textId="77777777" w:rsidR="00A15F64" w:rsidRDefault="00A15F64">
      <w:pPr>
        <w:spacing w:before="140" w:after="60"/>
        <w:rPr>
          <w:b/>
          <w:sz w:val="22"/>
        </w:rPr>
      </w:pPr>
    </w:p>
    <w:p w14:paraId="46C7AEEE" w14:textId="77777777" w:rsidR="00A15F64" w:rsidRDefault="00A15F64">
      <w:pPr>
        <w:spacing w:before="140" w:after="60"/>
        <w:rPr>
          <w:b/>
          <w:sz w:val="22"/>
        </w:rPr>
      </w:pPr>
    </w:p>
    <w:p w14:paraId="19A33FB9" w14:textId="758EAE29" w:rsidR="00F034E7" w:rsidRDefault="00000000">
      <w:pPr>
        <w:spacing w:before="140" w:after="60"/>
      </w:pPr>
      <w:r>
        <w:rPr>
          <w:b/>
          <w:sz w:val="22"/>
        </w:rPr>
        <w:lastRenderedPageBreak/>
        <w:t>B. PROJECT SUMMARY AND ACHIEVEMENT</w:t>
      </w:r>
    </w:p>
    <w:p w14:paraId="26D05D06" w14:textId="77777777" w:rsidR="00F034E7" w:rsidRDefault="00000000">
      <w:pPr>
        <w:spacing w:before="120" w:after="20"/>
      </w:pPr>
      <w:r>
        <w:rPr>
          <w:b/>
        </w:rPr>
        <w:t>1. Executive summary</w:t>
      </w:r>
    </w:p>
    <w:p w14:paraId="228D673A" w14:textId="77777777" w:rsidR="00F034E7" w:rsidRDefault="00000000">
      <w:pPr>
        <w:spacing w:after="40"/>
        <w:rPr>
          <w:i/>
          <w:sz w:val="18"/>
        </w:rPr>
      </w:pPr>
      <w:r>
        <w:rPr>
          <w:i/>
          <w:sz w:val="18"/>
        </w:rPr>
        <w:t>Provide an overview of the completed project, its purpose, principal activities, main findings and significance. Maximum 250 words.</w:t>
      </w:r>
    </w:p>
    <w:p w14:paraId="0B1F445E" w14:textId="77777777" w:rsidR="00A15F64" w:rsidRDefault="00A15F64" w:rsidP="00A15F64">
      <w:pPr>
        <w:spacing w:before="120" w:after="20"/>
        <w:rPr>
          <w:b/>
        </w:rPr>
      </w:pPr>
      <w:r>
        <w:rPr>
          <w:b/>
        </w:rPr>
        <w:t>________________________________________________________________________________________</w:t>
      </w:r>
    </w:p>
    <w:p w14:paraId="498E7681" w14:textId="77777777" w:rsidR="00A15F64" w:rsidRDefault="00A15F64" w:rsidP="00A15F64">
      <w:pPr>
        <w:spacing w:before="120" w:after="20"/>
        <w:rPr>
          <w:b/>
        </w:rPr>
      </w:pPr>
      <w:r>
        <w:rPr>
          <w:b/>
        </w:rPr>
        <w:t>________________________________________________________________________________________</w:t>
      </w:r>
    </w:p>
    <w:p w14:paraId="79652114" w14:textId="77777777" w:rsidR="00A15F64" w:rsidRDefault="00A15F64" w:rsidP="00A15F64">
      <w:pPr>
        <w:spacing w:before="120" w:after="20"/>
        <w:rPr>
          <w:b/>
        </w:rPr>
      </w:pPr>
      <w:r>
        <w:rPr>
          <w:b/>
        </w:rPr>
        <w:t>________________________________________________________________________________________</w:t>
      </w:r>
    </w:p>
    <w:p w14:paraId="37B303E3" w14:textId="77777777" w:rsidR="00A15F64" w:rsidRDefault="00A15F64" w:rsidP="00A15F64">
      <w:pPr>
        <w:spacing w:before="120" w:after="20"/>
        <w:rPr>
          <w:b/>
        </w:rPr>
      </w:pPr>
      <w:r>
        <w:rPr>
          <w:b/>
        </w:rPr>
        <w:t>________________________________________________________________________________________</w:t>
      </w:r>
    </w:p>
    <w:p w14:paraId="69A8EC9C" w14:textId="77777777" w:rsidR="00A15F64" w:rsidRDefault="00A15F64" w:rsidP="00A15F64">
      <w:pPr>
        <w:spacing w:before="120" w:after="20"/>
        <w:rPr>
          <w:b/>
        </w:rPr>
      </w:pPr>
      <w:r>
        <w:rPr>
          <w:b/>
        </w:rPr>
        <w:t>________________________________________________________________________________________</w:t>
      </w:r>
    </w:p>
    <w:p w14:paraId="108A1203" w14:textId="77777777" w:rsidR="00A15F64" w:rsidRDefault="00A15F64" w:rsidP="00A15F64">
      <w:pPr>
        <w:spacing w:before="120" w:after="20"/>
        <w:rPr>
          <w:b/>
        </w:rPr>
      </w:pPr>
      <w:r>
        <w:rPr>
          <w:b/>
        </w:rPr>
        <w:t>________________________________________________________________________________________</w:t>
      </w:r>
    </w:p>
    <w:p w14:paraId="1BE1C1CD" w14:textId="77777777" w:rsidR="00A15F64" w:rsidRDefault="00A15F64" w:rsidP="00A15F64">
      <w:pPr>
        <w:spacing w:before="120" w:after="20"/>
        <w:rPr>
          <w:b/>
        </w:rPr>
      </w:pPr>
      <w:r>
        <w:rPr>
          <w:b/>
        </w:rPr>
        <w:t>________________________________________________________________________________________</w:t>
      </w:r>
    </w:p>
    <w:p w14:paraId="3ED49E9A" w14:textId="77777777" w:rsidR="00A15F64" w:rsidRDefault="00A15F64" w:rsidP="00A15F64">
      <w:pPr>
        <w:spacing w:before="120" w:after="20"/>
        <w:rPr>
          <w:b/>
        </w:rPr>
      </w:pPr>
      <w:r>
        <w:rPr>
          <w:b/>
        </w:rPr>
        <w:t>________________________________________________________________________________________</w:t>
      </w:r>
    </w:p>
    <w:p w14:paraId="36AF4655" w14:textId="77777777" w:rsidR="00A15F64" w:rsidRDefault="00A15F64">
      <w:pPr>
        <w:spacing w:after="40"/>
      </w:pPr>
    </w:p>
    <w:p w14:paraId="71AA853F" w14:textId="77777777" w:rsidR="00F034E7" w:rsidRDefault="00000000">
      <w:pPr>
        <w:spacing w:before="120" w:after="20"/>
      </w:pPr>
      <w:r>
        <w:rPr>
          <w:b/>
        </w:rPr>
        <w:t>2. Trust objective and industry relevance</w:t>
      </w:r>
    </w:p>
    <w:p w14:paraId="35C6C35E" w14:textId="77777777" w:rsidR="00F034E7" w:rsidRDefault="00000000">
      <w:pPr>
        <w:spacing w:after="40"/>
      </w:pPr>
      <w:r>
        <w:rPr>
          <w:i/>
          <w:sz w:val="18"/>
        </w:rPr>
        <w:t>Identify the Sorghum Trust objective(s) under which the project was funded and explain how the completed project contributed to those objectives and to the South African sorghum industry.</w:t>
      </w:r>
    </w:p>
    <w:p w14:paraId="1CF3A1E0" w14:textId="77777777" w:rsidR="00A15F64" w:rsidRDefault="00A15F64" w:rsidP="00A15F64">
      <w:pPr>
        <w:spacing w:before="120" w:after="20"/>
        <w:rPr>
          <w:b/>
        </w:rPr>
      </w:pPr>
      <w:r>
        <w:rPr>
          <w:b/>
        </w:rPr>
        <w:t>________________________________________________________________________________________</w:t>
      </w:r>
    </w:p>
    <w:p w14:paraId="4995BE7B" w14:textId="77777777" w:rsidR="00A15F64" w:rsidRDefault="00A15F64" w:rsidP="00A15F64">
      <w:pPr>
        <w:spacing w:before="120" w:after="20"/>
        <w:rPr>
          <w:b/>
        </w:rPr>
      </w:pPr>
      <w:r>
        <w:rPr>
          <w:b/>
        </w:rPr>
        <w:t>________________________________________________________________________________________</w:t>
      </w:r>
    </w:p>
    <w:p w14:paraId="10B93FB1" w14:textId="77777777" w:rsidR="00A15F64" w:rsidRDefault="00A15F64" w:rsidP="00A15F64">
      <w:pPr>
        <w:spacing w:before="120" w:after="20"/>
        <w:rPr>
          <w:b/>
        </w:rPr>
      </w:pPr>
      <w:r>
        <w:rPr>
          <w:b/>
        </w:rPr>
        <w:t>________________________________________________________________________________________</w:t>
      </w:r>
    </w:p>
    <w:p w14:paraId="2DCD15F6" w14:textId="77777777" w:rsidR="00A15F64" w:rsidRDefault="00A15F64" w:rsidP="00A15F64">
      <w:pPr>
        <w:spacing w:before="120" w:after="20"/>
        <w:rPr>
          <w:b/>
        </w:rPr>
      </w:pPr>
      <w:r>
        <w:rPr>
          <w:b/>
        </w:rPr>
        <w:t>________________________________________________________________________________________</w:t>
      </w:r>
    </w:p>
    <w:p w14:paraId="2FD03BBC" w14:textId="77777777" w:rsidR="00A15F64" w:rsidRDefault="00A15F64" w:rsidP="00A15F64">
      <w:pPr>
        <w:spacing w:before="120" w:after="20"/>
        <w:rPr>
          <w:b/>
        </w:rPr>
      </w:pPr>
      <w:r>
        <w:rPr>
          <w:b/>
        </w:rPr>
        <w:t>________________________________________________________________________________________</w:t>
      </w:r>
    </w:p>
    <w:p w14:paraId="62906C11" w14:textId="77777777" w:rsidR="00A15F64" w:rsidRDefault="00A15F64" w:rsidP="00A15F64">
      <w:pPr>
        <w:spacing w:before="120" w:after="20"/>
        <w:rPr>
          <w:b/>
        </w:rPr>
      </w:pPr>
      <w:r>
        <w:rPr>
          <w:b/>
        </w:rPr>
        <w:t>________________________________________________________________________________________</w:t>
      </w:r>
    </w:p>
    <w:p w14:paraId="598EC109" w14:textId="77777777" w:rsidR="00A15F64" w:rsidRDefault="00A15F64" w:rsidP="00A15F64">
      <w:pPr>
        <w:spacing w:before="120" w:after="20"/>
        <w:rPr>
          <w:b/>
        </w:rPr>
      </w:pPr>
      <w:r>
        <w:rPr>
          <w:b/>
        </w:rPr>
        <w:t>________________________________________________________________________________________</w:t>
      </w:r>
    </w:p>
    <w:p w14:paraId="54904F95" w14:textId="77777777" w:rsidR="00A15F64" w:rsidRDefault="00A15F64" w:rsidP="00A15F64">
      <w:pPr>
        <w:spacing w:before="120" w:after="20"/>
        <w:rPr>
          <w:b/>
        </w:rPr>
      </w:pPr>
      <w:r>
        <w:rPr>
          <w:b/>
        </w:rPr>
        <w:t>________________________________________________________________________________________</w:t>
      </w:r>
    </w:p>
    <w:p w14:paraId="4894B4C9" w14:textId="77777777" w:rsidR="00A15F64" w:rsidRDefault="00A15F64">
      <w:pPr>
        <w:spacing w:before="120" w:after="20"/>
        <w:rPr>
          <w:b/>
        </w:rPr>
      </w:pPr>
    </w:p>
    <w:p w14:paraId="1C6EB7D3" w14:textId="3455546D" w:rsidR="00F034E7" w:rsidRDefault="00000000">
      <w:pPr>
        <w:spacing w:before="120" w:after="20"/>
      </w:pPr>
      <w:r>
        <w:rPr>
          <w:b/>
        </w:rPr>
        <w:t>3. Achievement of objectives and aims</w:t>
      </w:r>
    </w:p>
    <w:p w14:paraId="5E8ED033" w14:textId="77777777" w:rsidR="00F034E7" w:rsidRDefault="00000000">
      <w:pPr>
        <w:spacing w:after="40"/>
        <w:rPr>
          <w:i/>
          <w:sz w:val="18"/>
        </w:rPr>
      </w:pPr>
      <w:r>
        <w:rPr>
          <w:i/>
          <w:sz w:val="18"/>
        </w:rPr>
        <w:t>Report against each objective and aim approved for the project. Indicate whether it was fully achieved, partially achieved or not achieved, and explain any variance.</w:t>
      </w:r>
    </w:p>
    <w:p w14:paraId="4DF1E070" w14:textId="77777777" w:rsidR="00A15F64" w:rsidRDefault="00A15F64" w:rsidP="00A15F64">
      <w:pPr>
        <w:spacing w:before="120" w:after="20"/>
        <w:rPr>
          <w:b/>
        </w:rPr>
      </w:pPr>
      <w:r>
        <w:rPr>
          <w:b/>
        </w:rPr>
        <w:t>________________________________________________________________________________________</w:t>
      </w:r>
    </w:p>
    <w:p w14:paraId="533C01ED" w14:textId="77777777" w:rsidR="00A15F64" w:rsidRDefault="00A15F64" w:rsidP="00A15F64">
      <w:pPr>
        <w:spacing w:before="120" w:after="20"/>
        <w:rPr>
          <w:b/>
        </w:rPr>
      </w:pPr>
      <w:r>
        <w:rPr>
          <w:b/>
        </w:rPr>
        <w:t>________________________________________________________________________________________</w:t>
      </w:r>
    </w:p>
    <w:p w14:paraId="4022C7C0" w14:textId="77777777" w:rsidR="00A15F64" w:rsidRDefault="00A15F64" w:rsidP="00A15F64">
      <w:pPr>
        <w:spacing w:before="120" w:after="20"/>
        <w:rPr>
          <w:b/>
        </w:rPr>
      </w:pPr>
      <w:r>
        <w:rPr>
          <w:b/>
        </w:rPr>
        <w:t>________________________________________________________________________________________</w:t>
      </w:r>
    </w:p>
    <w:p w14:paraId="1155E4BF" w14:textId="77777777" w:rsidR="00A15F64" w:rsidRDefault="00A15F64" w:rsidP="00A15F64">
      <w:pPr>
        <w:spacing w:before="120" w:after="20"/>
        <w:rPr>
          <w:b/>
        </w:rPr>
      </w:pPr>
      <w:r>
        <w:rPr>
          <w:b/>
        </w:rPr>
        <w:t>________________________________________________________________________________________</w:t>
      </w:r>
    </w:p>
    <w:p w14:paraId="27353E9E" w14:textId="77777777" w:rsidR="00A15F64" w:rsidRDefault="00A15F64" w:rsidP="00A15F64">
      <w:pPr>
        <w:spacing w:before="120" w:after="20"/>
        <w:rPr>
          <w:b/>
        </w:rPr>
      </w:pPr>
      <w:r>
        <w:rPr>
          <w:b/>
        </w:rPr>
        <w:t>________________________________________________________________________________________</w:t>
      </w:r>
    </w:p>
    <w:p w14:paraId="40AFF4F6" w14:textId="77777777" w:rsidR="00A15F64" w:rsidRDefault="00A15F64" w:rsidP="00A15F64">
      <w:pPr>
        <w:spacing w:before="120" w:after="20"/>
        <w:rPr>
          <w:b/>
        </w:rPr>
      </w:pPr>
      <w:r>
        <w:rPr>
          <w:b/>
        </w:rPr>
        <w:t>________________________________________________________________________________________</w:t>
      </w:r>
    </w:p>
    <w:p w14:paraId="395558BC" w14:textId="77777777" w:rsidR="00A15F64" w:rsidRDefault="00A15F64" w:rsidP="00A15F64">
      <w:pPr>
        <w:spacing w:before="120" w:after="20"/>
        <w:rPr>
          <w:b/>
        </w:rPr>
      </w:pPr>
      <w:r>
        <w:rPr>
          <w:b/>
        </w:rPr>
        <w:t>________________________________________________________________________________________</w:t>
      </w:r>
    </w:p>
    <w:p w14:paraId="1A39F632" w14:textId="77777777" w:rsidR="00A15F64" w:rsidRDefault="00A15F64" w:rsidP="00A15F64">
      <w:pPr>
        <w:spacing w:before="120" w:after="20"/>
        <w:rPr>
          <w:b/>
        </w:rPr>
      </w:pPr>
      <w:r>
        <w:rPr>
          <w:b/>
        </w:rPr>
        <w:t>________________________________________________________________________________________</w:t>
      </w:r>
    </w:p>
    <w:p w14:paraId="6C9291D7" w14:textId="77777777" w:rsidR="00A15F64" w:rsidRDefault="00A15F64">
      <w:pPr>
        <w:spacing w:after="40"/>
      </w:pPr>
    </w:p>
    <w:p w14:paraId="5E6E3750" w14:textId="77777777" w:rsidR="00A15F64" w:rsidRDefault="00A15F64">
      <w:pPr>
        <w:spacing w:after="40"/>
      </w:pPr>
    </w:p>
    <w:p w14:paraId="2EEF5EA9" w14:textId="77777777" w:rsidR="00A15F64" w:rsidRDefault="00A15F64">
      <w:pPr>
        <w:spacing w:after="40"/>
      </w:pPr>
    </w:p>
    <w:p w14:paraId="5549C9DE" w14:textId="77777777" w:rsidR="00A15F64" w:rsidRDefault="00A15F64">
      <w:pPr>
        <w:spacing w:after="40"/>
      </w:pPr>
    </w:p>
    <w:p w14:paraId="64A4DD8E" w14:textId="77777777" w:rsidR="00F034E7" w:rsidRDefault="00000000">
      <w:r>
        <w:rPr>
          <w:b/>
        </w:rPr>
        <w:lastRenderedPageBreak/>
        <w:t>4. Final report on deliverables and milestones</w:t>
      </w:r>
    </w:p>
    <w:p w14:paraId="23D48BC5" w14:textId="77777777" w:rsidR="00F034E7" w:rsidRDefault="00000000">
      <w:r>
        <w:t>Report against all approved deliverables and milestones for the full project term. Include the final status, means of verification and reasons for any non-achievement.</w:t>
      </w:r>
    </w:p>
    <w:tbl>
      <w:tblPr>
        <w:tblStyle w:val="TableGrid"/>
        <w:tblW w:w="0" w:type="auto"/>
        <w:tblLook w:val="04A0" w:firstRow="1" w:lastRow="0" w:firstColumn="1" w:lastColumn="0" w:noHBand="0" w:noVBand="1"/>
      </w:tblPr>
      <w:tblGrid>
        <w:gridCol w:w="2045"/>
        <w:gridCol w:w="2045"/>
        <w:gridCol w:w="2045"/>
        <w:gridCol w:w="2045"/>
        <w:gridCol w:w="2045"/>
      </w:tblGrid>
      <w:tr w:rsidR="00F034E7" w14:paraId="5F2F1DF2" w14:textId="77777777" w:rsidTr="00A15F64">
        <w:trPr>
          <w:trHeight w:val="720"/>
        </w:trPr>
        <w:tc>
          <w:tcPr>
            <w:tcW w:w="2045" w:type="dxa"/>
          </w:tcPr>
          <w:p w14:paraId="2C02CFB9" w14:textId="77777777" w:rsidR="00F034E7" w:rsidRDefault="00000000">
            <w:r>
              <w:rPr>
                <w:b/>
              </w:rPr>
              <w:t>Deliverable / milestone</w:t>
            </w:r>
          </w:p>
        </w:tc>
        <w:tc>
          <w:tcPr>
            <w:tcW w:w="2045" w:type="dxa"/>
          </w:tcPr>
          <w:p w14:paraId="02E7A6CE" w14:textId="77777777" w:rsidR="00F034E7" w:rsidRDefault="00000000">
            <w:r>
              <w:rPr>
                <w:b/>
              </w:rPr>
              <w:t>Target / due date</w:t>
            </w:r>
          </w:p>
        </w:tc>
        <w:tc>
          <w:tcPr>
            <w:tcW w:w="2045" w:type="dxa"/>
          </w:tcPr>
          <w:p w14:paraId="0BF6E1F7" w14:textId="77777777" w:rsidR="00F034E7" w:rsidRDefault="00000000">
            <w:r>
              <w:rPr>
                <w:b/>
              </w:rPr>
              <w:t>Final status</w:t>
            </w:r>
          </w:p>
        </w:tc>
        <w:tc>
          <w:tcPr>
            <w:tcW w:w="2045" w:type="dxa"/>
          </w:tcPr>
          <w:p w14:paraId="19476BE5" w14:textId="77777777" w:rsidR="00F034E7" w:rsidRDefault="00000000">
            <w:r>
              <w:rPr>
                <w:b/>
              </w:rPr>
              <w:t>Result / means of verification</w:t>
            </w:r>
          </w:p>
        </w:tc>
        <w:tc>
          <w:tcPr>
            <w:tcW w:w="2045" w:type="dxa"/>
          </w:tcPr>
          <w:p w14:paraId="6402EC46" w14:textId="77777777" w:rsidR="00F034E7" w:rsidRDefault="00000000">
            <w:r>
              <w:rPr>
                <w:b/>
              </w:rPr>
              <w:t>Reason for variance</w:t>
            </w:r>
          </w:p>
        </w:tc>
      </w:tr>
      <w:tr w:rsidR="00F034E7" w14:paraId="14C9AE6A" w14:textId="77777777" w:rsidTr="00A15F64">
        <w:trPr>
          <w:trHeight w:val="720"/>
        </w:trPr>
        <w:tc>
          <w:tcPr>
            <w:tcW w:w="2045" w:type="dxa"/>
          </w:tcPr>
          <w:p w14:paraId="2D9CAD46" w14:textId="77777777" w:rsidR="00F034E7" w:rsidRDefault="00F034E7"/>
        </w:tc>
        <w:tc>
          <w:tcPr>
            <w:tcW w:w="2045" w:type="dxa"/>
          </w:tcPr>
          <w:p w14:paraId="6EB02088" w14:textId="77777777" w:rsidR="00F034E7" w:rsidRDefault="00F034E7"/>
        </w:tc>
        <w:tc>
          <w:tcPr>
            <w:tcW w:w="2045" w:type="dxa"/>
          </w:tcPr>
          <w:p w14:paraId="75DCF3E5" w14:textId="77777777" w:rsidR="00F034E7" w:rsidRDefault="00F034E7"/>
        </w:tc>
        <w:tc>
          <w:tcPr>
            <w:tcW w:w="2045" w:type="dxa"/>
          </w:tcPr>
          <w:p w14:paraId="38858703" w14:textId="77777777" w:rsidR="00F034E7" w:rsidRDefault="00F034E7"/>
        </w:tc>
        <w:tc>
          <w:tcPr>
            <w:tcW w:w="2045" w:type="dxa"/>
          </w:tcPr>
          <w:p w14:paraId="75994A70" w14:textId="77777777" w:rsidR="00F034E7" w:rsidRDefault="00F034E7"/>
        </w:tc>
      </w:tr>
      <w:tr w:rsidR="00F034E7" w14:paraId="306DC596" w14:textId="77777777" w:rsidTr="00A15F64">
        <w:trPr>
          <w:trHeight w:val="720"/>
        </w:trPr>
        <w:tc>
          <w:tcPr>
            <w:tcW w:w="2045" w:type="dxa"/>
          </w:tcPr>
          <w:p w14:paraId="1834D893" w14:textId="77777777" w:rsidR="00F034E7" w:rsidRDefault="00F034E7"/>
        </w:tc>
        <w:tc>
          <w:tcPr>
            <w:tcW w:w="2045" w:type="dxa"/>
          </w:tcPr>
          <w:p w14:paraId="3E653E7E" w14:textId="77777777" w:rsidR="00F034E7" w:rsidRDefault="00F034E7"/>
        </w:tc>
        <w:tc>
          <w:tcPr>
            <w:tcW w:w="2045" w:type="dxa"/>
          </w:tcPr>
          <w:p w14:paraId="4D1B3F5D" w14:textId="77777777" w:rsidR="00F034E7" w:rsidRDefault="00F034E7"/>
        </w:tc>
        <w:tc>
          <w:tcPr>
            <w:tcW w:w="2045" w:type="dxa"/>
          </w:tcPr>
          <w:p w14:paraId="295AB997" w14:textId="77777777" w:rsidR="00F034E7" w:rsidRDefault="00F034E7"/>
        </w:tc>
        <w:tc>
          <w:tcPr>
            <w:tcW w:w="2045" w:type="dxa"/>
          </w:tcPr>
          <w:p w14:paraId="188E916D" w14:textId="77777777" w:rsidR="00F034E7" w:rsidRDefault="00F034E7"/>
        </w:tc>
      </w:tr>
      <w:tr w:rsidR="00F034E7" w14:paraId="4C1FA013" w14:textId="77777777" w:rsidTr="00A15F64">
        <w:trPr>
          <w:trHeight w:val="720"/>
        </w:trPr>
        <w:tc>
          <w:tcPr>
            <w:tcW w:w="2045" w:type="dxa"/>
          </w:tcPr>
          <w:p w14:paraId="7E41CDCD" w14:textId="77777777" w:rsidR="00F034E7" w:rsidRDefault="00F034E7"/>
        </w:tc>
        <w:tc>
          <w:tcPr>
            <w:tcW w:w="2045" w:type="dxa"/>
          </w:tcPr>
          <w:p w14:paraId="3D812829" w14:textId="77777777" w:rsidR="00F034E7" w:rsidRDefault="00F034E7"/>
        </w:tc>
        <w:tc>
          <w:tcPr>
            <w:tcW w:w="2045" w:type="dxa"/>
          </w:tcPr>
          <w:p w14:paraId="1EEE7BF2" w14:textId="77777777" w:rsidR="00F034E7" w:rsidRDefault="00F034E7"/>
        </w:tc>
        <w:tc>
          <w:tcPr>
            <w:tcW w:w="2045" w:type="dxa"/>
          </w:tcPr>
          <w:p w14:paraId="3E15BE98" w14:textId="77777777" w:rsidR="00F034E7" w:rsidRDefault="00F034E7"/>
        </w:tc>
        <w:tc>
          <w:tcPr>
            <w:tcW w:w="2045" w:type="dxa"/>
          </w:tcPr>
          <w:p w14:paraId="633D923A" w14:textId="77777777" w:rsidR="00F034E7" w:rsidRDefault="00F034E7"/>
        </w:tc>
      </w:tr>
      <w:tr w:rsidR="00F034E7" w14:paraId="769F5A6B" w14:textId="77777777" w:rsidTr="00A15F64">
        <w:trPr>
          <w:trHeight w:val="720"/>
        </w:trPr>
        <w:tc>
          <w:tcPr>
            <w:tcW w:w="2045" w:type="dxa"/>
          </w:tcPr>
          <w:p w14:paraId="744CCD0B" w14:textId="77777777" w:rsidR="00F034E7" w:rsidRDefault="00F034E7"/>
        </w:tc>
        <w:tc>
          <w:tcPr>
            <w:tcW w:w="2045" w:type="dxa"/>
          </w:tcPr>
          <w:p w14:paraId="41631E86" w14:textId="77777777" w:rsidR="00F034E7" w:rsidRDefault="00F034E7"/>
        </w:tc>
        <w:tc>
          <w:tcPr>
            <w:tcW w:w="2045" w:type="dxa"/>
          </w:tcPr>
          <w:p w14:paraId="1296DA84" w14:textId="77777777" w:rsidR="00F034E7" w:rsidRDefault="00F034E7"/>
        </w:tc>
        <w:tc>
          <w:tcPr>
            <w:tcW w:w="2045" w:type="dxa"/>
          </w:tcPr>
          <w:p w14:paraId="4049B9A4" w14:textId="77777777" w:rsidR="00F034E7" w:rsidRDefault="00F034E7"/>
        </w:tc>
        <w:tc>
          <w:tcPr>
            <w:tcW w:w="2045" w:type="dxa"/>
          </w:tcPr>
          <w:p w14:paraId="6763B18D" w14:textId="77777777" w:rsidR="00F034E7" w:rsidRDefault="00F034E7"/>
        </w:tc>
      </w:tr>
      <w:tr w:rsidR="00F034E7" w14:paraId="2DBACF05" w14:textId="77777777" w:rsidTr="00A15F64">
        <w:trPr>
          <w:trHeight w:val="720"/>
        </w:trPr>
        <w:tc>
          <w:tcPr>
            <w:tcW w:w="2045" w:type="dxa"/>
          </w:tcPr>
          <w:p w14:paraId="5A5C9FCC" w14:textId="77777777" w:rsidR="00F034E7" w:rsidRDefault="00F034E7"/>
        </w:tc>
        <w:tc>
          <w:tcPr>
            <w:tcW w:w="2045" w:type="dxa"/>
          </w:tcPr>
          <w:p w14:paraId="2E6B48BA" w14:textId="77777777" w:rsidR="00F034E7" w:rsidRDefault="00F034E7"/>
        </w:tc>
        <w:tc>
          <w:tcPr>
            <w:tcW w:w="2045" w:type="dxa"/>
          </w:tcPr>
          <w:p w14:paraId="64D1C576" w14:textId="77777777" w:rsidR="00F034E7" w:rsidRDefault="00F034E7"/>
        </w:tc>
        <w:tc>
          <w:tcPr>
            <w:tcW w:w="2045" w:type="dxa"/>
          </w:tcPr>
          <w:p w14:paraId="5E911B0E" w14:textId="77777777" w:rsidR="00F034E7" w:rsidRDefault="00F034E7"/>
        </w:tc>
        <w:tc>
          <w:tcPr>
            <w:tcW w:w="2045" w:type="dxa"/>
          </w:tcPr>
          <w:p w14:paraId="7FC7C418" w14:textId="77777777" w:rsidR="00F034E7" w:rsidRDefault="00F034E7"/>
        </w:tc>
      </w:tr>
      <w:tr w:rsidR="00F034E7" w14:paraId="357672AC" w14:textId="77777777" w:rsidTr="00A15F64">
        <w:trPr>
          <w:trHeight w:val="720"/>
        </w:trPr>
        <w:tc>
          <w:tcPr>
            <w:tcW w:w="2045" w:type="dxa"/>
          </w:tcPr>
          <w:p w14:paraId="72A4C7DB" w14:textId="77777777" w:rsidR="00F034E7" w:rsidRDefault="00F034E7"/>
        </w:tc>
        <w:tc>
          <w:tcPr>
            <w:tcW w:w="2045" w:type="dxa"/>
          </w:tcPr>
          <w:p w14:paraId="369422FB" w14:textId="77777777" w:rsidR="00F034E7" w:rsidRDefault="00F034E7"/>
        </w:tc>
        <w:tc>
          <w:tcPr>
            <w:tcW w:w="2045" w:type="dxa"/>
          </w:tcPr>
          <w:p w14:paraId="6C0ECBED" w14:textId="77777777" w:rsidR="00F034E7" w:rsidRDefault="00F034E7"/>
        </w:tc>
        <w:tc>
          <w:tcPr>
            <w:tcW w:w="2045" w:type="dxa"/>
          </w:tcPr>
          <w:p w14:paraId="0EB22DA6" w14:textId="77777777" w:rsidR="00F034E7" w:rsidRDefault="00F034E7"/>
        </w:tc>
        <w:tc>
          <w:tcPr>
            <w:tcW w:w="2045" w:type="dxa"/>
          </w:tcPr>
          <w:p w14:paraId="648DF82B" w14:textId="77777777" w:rsidR="00F034E7" w:rsidRDefault="00F034E7"/>
        </w:tc>
      </w:tr>
      <w:tr w:rsidR="00F034E7" w14:paraId="62FABDDD" w14:textId="77777777" w:rsidTr="00A15F64">
        <w:trPr>
          <w:trHeight w:val="720"/>
        </w:trPr>
        <w:tc>
          <w:tcPr>
            <w:tcW w:w="2045" w:type="dxa"/>
          </w:tcPr>
          <w:p w14:paraId="1C19FD4A" w14:textId="77777777" w:rsidR="00F034E7" w:rsidRDefault="00F034E7"/>
        </w:tc>
        <w:tc>
          <w:tcPr>
            <w:tcW w:w="2045" w:type="dxa"/>
          </w:tcPr>
          <w:p w14:paraId="2C16BA54" w14:textId="77777777" w:rsidR="00F034E7" w:rsidRDefault="00F034E7"/>
        </w:tc>
        <w:tc>
          <w:tcPr>
            <w:tcW w:w="2045" w:type="dxa"/>
          </w:tcPr>
          <w:p w14:paraId="7EF6F610" w14:textId="77777777" w:rsidR="00F034E7" w:rsidRDefault="00F034E7"/>
        </w:tc>
        <w:tc>
          <w:tcPr>
            <w:tcW w:w="2045" w:type="dxa"/>
          </w:tcPr>
          <w:p w14:paraId="634AC3F0" w14:textId="77777777" w:rsidR="00F034E7" w:rsidRDefault="00F034E7"/>
        </w:tc>
        <w:tc>
          <w:tcPr>
            <w:tcW w:w="2045" w:type="dxa"/>
          </w:tcPr>
          <w:p w14:paraId="464BBF67" w14:textId="77777777" w:rsidR="00F034E7" w:rsidRDefault="00F034E7"/>
        </w:tc>
      </w:tr>
      <w:tr w:rsidR="00F034E7" w14:paraId="1499DEFE" w14:textId="77777777" w:rsidTr="00A15F64">
        <w:trPr>
          <w:trHeight w:val="720"/>
        </w:trPr>
        <w:tc>
          <w:tcPr>
            <w:tcW w:w="2045" w:type="dxa"/>
          </w:tcPr>
          <w:p w14:paraId="4852B342" w14:textId="77777777" w:rsidR="00F034E7" w:rsidRDefault="00F034E7"/>
        </w:tc>
        <w:tc>
          <w:tcPr>
            <w:tcW w:w="2045" w:type="dxa"/>
          </w:tcPr>
          <w:p w14:paraId="27B3BB00" w14:textId="77777777" w:rsidR="00F034E7" w:rsidRDefault="00F034E7"/>
        </w:tc>
        <w:tc>
          <w:tcPr>
            <w:tcW w:w="2045" w:type="dxa"/>
          </w:tcPr>
          <w:p w14:paraId="3519C88A" w14:textId="77777777" w:rsidR="00F034E7" w:rsidRDefault="00F034E7"/>
        </w:tc>
        <w:tc>
          <w:tcPr>
            <w:tcW w:w="2045" w:type="dxa"/>
          </w:tcPr>
          <w:p w14:paraId="392F324C" w14:textId="77777777" w:rsidR="00F034E7" w:rsidRDefault="00F034E7"/>
        </w:tc>
        <w:tc>
          <w:tcPr>
            <w:tcW w:w="2045" w:type="dxa"/>
          </w:tcPr>
          <w:p w14:paraId="62A9511E" w14:textId="77777777" w:rsidR="00F034E7" w:rsidRDefault="00F034E7"/>
        </w:tc>
      </w:tr>
    </w:tbl>
    <w:p w14:paraId="5B3C730B" w14:textId="77777777" w:rsidR="00A15F64" w:rsidRDefault="00A15F64">
      <w:pPr>
        <w:spacing w:before="140" w:after="60"/>
        <w:rPr>
          <w:b/>
          <w:sz w:val="22"/>
        </w:rPr>
      </w:pPr>
    </w:p>
    <w:p w14:paraId="6E0C69BF" w14:textId="5FEB26CD" w:rsidR="00F034E7" w:rsidRDefault="00000000">
      <w:pPr>
        <w:spacing w:before="140" w:after="60"/>
      </w:pPr>
      <w:r>
        <w:rPr>
          <w:b/>
          <w:sz w:val="22"/>
        </w:rPr>
        <w:t>C. RESULTS, FINDINGS AND IMPACT</w:t>
      </w:r>
    </w:p>
    <w:p w14:paraId="6D41BC6B" w14:textId="77777777" w:rsidR="00F034E7" w:rsidRDefault="00000000">
      <w:pPr>
        <w:spacing w:before="120" w:after="20"/>
      </w:pPr>
      <w:r>
        <w:rPr>
          <w:b/>
        </w:rPr>
        <w:t>5. Final results and findings</w:t>
      </w:r>
    </w:p>
    <w:p w14:paraId="0DE654C7" w14:textId="77777777" w:rsidR="00F034E7" w:rsidRDefault="00000000">
      <w:pPr>
        <w:spacing w:after="40"/>
        <w:rPr>
          <w:i/>
          <w:sz w:val="18"/>
        </w:rPr>
      </w:pPr>
      <w:r>
        <w:rPr>
          <w:i/>
          <w:sz w:val="18"/>
        </w:rPr>
        <w:t>Provide a concise but sufficiently detailed account of the principal results and findings. Include tables, figures and supporting data where appropriate.</w:t>
      </w:r>
    </w:p>
    <w:p w14:paraId="240FEFDB" w14:textId="77777777" w:rsidR="00A15F64" w:rsidRDefault="00A15F64" w:rsidP="00A15F64">
      <w:pPr>
        <w:spacing w:before="120" w:after="20"/>
        <w:rPr>
          <w:b/>
        </w:rPr>
      </w:pPr>
      <w:r>
        <w:rPr>
          <w:b/>
        </w:rPr>
        <w:t>________________________________________________________________________________________</w:t>
      </w:r>
    </w:p>
    <w:p w14:paraId="12717243" w14:textId="77777777" w:rsidR="00A15F64" w:rsidRDefault="00A15F64" w:rsidP="00A15F64">
      <w:pPr>
        <w:spacing w:before="120" w:after="20"/>
        <w:rPr>
          <w:b/>
        </w:rPr>
      </w:pPr>
      <w:r>
        <w:rPr>
          <w:b/>
        </w:rPr>
        <w:t>________________________________________________________________________________________</w:t>
      </w:r>
    </w:p>
    <w:p w14:paraId="253935AE" w14:textId="77777777" w:rsidR="00A15F64" w:rsidRDefault="00A15F64" w:rsidP="00A15F64">
      <w:pPr>
        <w:spacing w:before="120" w:after="20"/>
        <w:rPr>
          <w:b/>
        </w:rPr>
      </w:pPr>
      <w:r>
        <w:rPr>
          <w:b/>
        </w:rPr>
        <w:t>________________________________________________________________________________________</w:t>
      </w:r>
    </w:p>
    <w:p w14:paraId="1ECD16AD" w14:textId="77777777" w:rsidR="00A15F64" w:rsidRDefault="00A15F64" w:rsidP="00A15F64">
      <w:pPr>
        <w:spacing w:before="120" w:after="20"/>
        <w:rPr>
          <w:b/>
        </w:rPr>
      </w:pPr>
      <w:r>
        <w:rPr>
          <w:b/>
        </w:rPr>
        <w:t>________________________________________________________________________________________</w:t>
      </w:r>
    </w:p>
    <w:p w14:paraId="3CEBA2BF" w14:textId="77777777" w:rsidR="00A15F64" w:rsidRDefault="00A15F64" w:rsidP="00A15F64">
      <w:pPr>
        <w:spacing w:before="120" w:after="20"/>
        <w:rPr>
          <w:b/>
        </w:rPr>
      </w:pPr>
      <w:r>
        <w:rPr>
          <w:b/>
        </w:rPr>
        <w:t>________________________________________________________________________________________</w:t>
      </w:r>
    </w:p>
    <w:p w14:paraId="36CF4032" w14:textId="77777777" w:rsidR="00A15F64" w:rsidRDefault="00A15F64" w:rsidP="00A15F64">
      <w:pPr>
        <w:spacing w:before="120" w:after="20"/>
        <w:rPr>
          <w:b/>
        </w:rPr>
      </w:pPr>
      <w:r>
        <w:rPr>
          <w:b/>
        </w:rPr>
        <w:t>________________________________________________________________________________________</w:t>
      </w:r>
    </w:p>
    <w:p w14:paraId="47DE8A97" w14:textId="77777777" w:rsidR="00A15F64" w:rsidRDefault="00A15F64" w:rsidP="00A15F64">
      <w:pPr>
        <w:spacing w:before="120" w:after="20"/>
        <w:rPr>
          <w:b/>
        </w:rPr>
      </w:pPr>
      <w:r>
        <w:rPr>
          <w:b/>
        </w:rPr>
        <w:t>________________________________________________________________________________________</w:t>
      </w:r>
    </w:p>
    <w:p w14:paraId="3F77A72F" w14:textId="77777777" w:rsidR="00A15F64" w:rsidRDefault="00A15F64" w:rsidP="00A15F64">
      <w:pPr>
        <w:spacing w:before="120" w:after="20"/>
        <w:rPr>
          <w:b/>
        </w:rPr>
      </w:pPr>
      <w:r>
        <w:rPr>
          <w:b/>
        </w:rPr>
        <w:t>________________________________________________________________________________________</w:t>
      </w:r>
    </w:p>
    <w:p w14:paraId="27CAA45B" w14:textId="77777777" w:rsidR="00A15F64" w:rsidRDefault="00A15F64">
      <w:pPr>
        <w:spacing w:after="40"/>
      </w:pPr>
    </w:p>
    <w:p w14:paraId="67D036F8" w14:textId="77777777" w:rsidR="00A15F64" w:rsidRDefault="00A15F64">
      <w:pPr>
        <w:spacing w:after="40"/>
      </w:pPr>
    </w:p>
    <w:p w14:paraId="6DB01949" w14:textId="77777777" w:rsidR="00A15F64" w:rsidRDefault="00A15F64">
      <w:pPr>
        <w:spacing w:after="40"/>
      </w:pPr>
    </w:p>
    <w:p w14:paraId="483C2713" w14:textId="77777777" w:rsidR="00A15F64" w:rsidRDefault="00A15F64">
      <w:pPr>
        <w:spacing w:after="40"/>
      </w:pPr>
    </w:p>
    <w:p w14:paraId="7FA758AA" w14:textId="77777777" w:rsidR="00A15F64" w:rsidRDefault="00A15F64">
      <w:pPr>
        <w:spacing w:after="40"/>
      </w:pPr>
    </w:p>
    <w:p w14:paraId="19D47AD7" w14:textId="07795CAE" w:rsidR="00A15F64" w:rsidRPr="00A15F64" w:rsidRDefault="00000000">
      <w:pPr>
        <w:spacing w:before="120" w:after="20"/>
        <w:rPr>
          <w:b/>
        </w:rPr>
      </w:pPr>
      <w:r>
        <w:rPr>
          <w:b/>
        </w:rPr>
        <w:lastRenderedPageBreak/>
        <w:t>6. Conclusions</w:t>
      </w:r>
    </w:p>
    <w:p w14:paraId="02435B04" w14:textId="77777777" w:rsidR="00F034E7" w:rsidRDefault="00000000">
      <w:pPr>
        <w:spacing w:after="40"/>
        <w:rPr>
          <w:i/>
          <w:sz w:val="18"/>
        </w:rPr>
      </w:pPr>
      <w:r>
        <w:rPr>
          <w:i/>
          <w:sz w:val="18"/>
        </w:rPr>
        <w:t>Set out the principal conclusions arising from the research and their significance.</w:t>
      </w:r>
    </w:p>
    <w:p w14:paraId="4A2CDBA8" w14:textId="77777777" w:rsidR="00A15F64" w:rsidRDefault="00A15F64" w:rsidP="00A15F64">
      <w:pPr>
        <w:spacing w:before="120" w:after="20"/>
        <w:rPr>
          <w:b/>
        </w:rPr>
      </w:pPr>
      <w:r>
        <w:rPr>
          <w:b/>
        </w:rPr>
        <w:t>________________________________________________________________________________________</w:t>
      </w:r>
    </w:p>
    <w:p w14:paraId="35F3AA7A" w14:textId="77777777" w:rsidR="00A15F64" w:rsidRDefault="00A15F64" w:rsidP="00A15F64">
      <w:pPr>
        <w:spacing w:before="120" w:after="20"/>
        <w:rPr>
          <w:b/>
        </w:rPr>
      </w:pPr>
      <w:r>
        <w:rPr>
          <w:b/>
        </w:rPr>
        <w:t>________________________________________________________________________________________</w:t>
      </w:r>
    </w:p>
    <w:p w14:paraId="5FDFDA1E" w14:textId="77777777" w:rsidR="00A15F64" w:rsidRDefault="00A15F64" w:rsidP="00A15F64">
      <w:pPr>
        <w:spacing w:before="120" w:after="20"/>
        <w:rPr>
          <w:b/>
        </w:rPr>
      </w:pPr>
      <w:r>
        <w:rPr>
          <w:b/>
        </w:rPr>
        <w:t>________________________________________________________________________________________</w:t>
      </w:r>
    </w:p>
    <w:p w14:paraId="29BF9BE6" w14:textId="77777777" w:rsidR="00A15F64" w:rsidRDefault="00A15F64" w:rsidP="00A15F64">
      <w:pPr>
        <w:spacing w:before="120" w:after="20"/>
        <w:rPr>
          <w:b/>
        </w:rPr>
      </w:pPr>
      <w:r>
        <w:rPr>
          <w:b/>
        </w:rPr>
        <w:t>________________________________________________________________________________________</w:t>
      </w:r>
    </w:p>
    <w:p w14:paraId="36CC88B8" w14:textId="77777777" w:rsidR="00A15F64" w:rsidRDefault="00A15F64" w:rsidP="00A15F64">
      <w:pPr>
        <w:spacing w:before="120" w:after="20"/>
        <w:rPr>
          <w:b/>
        </w:rPr>
      </w:pPr>
      <w:r>
        <w:rPr>
          <w:b/>
        </w:rPr>
        <w:t>________________________________________________________________________________________</w:t>
      </w:r>
    </w:p>
    <w:p w14:paraId="5FA5BD3B" w14:textId="77777777" w:rsidR="00A15F64" w:rsidRDefault="00A15F64" w:rsidP="00A15F64">
      <w:pPr>
        <w:spacing w:before="120" w:after="20"/>
        <w:rPr>
          <w:b/>
        </w:rPr>
      </w:pPr>
      <w:r>
        <w:rPr>
          <w:b/>
        </w:rPr>
        <w:t>________________________________________________________________________________________</w:t>
      </w:r>
    </w:p>
    <w:p w14:paraId="745957B9" w14:textId="77777777" w:rsidR="00A15F64" w:rsidRDefault="00A15F64" w:rsidP="00A15F64">
      <w:pPr>
        <w:spacing w:before="120" w:after="20"/>
        <w:rPr>
          <w:b/>
        </w:rPr>
      </w:pPr>
      <w:r>
        <w:rPr>
          <w:b/>
        </w:rPr>
        <w:t>________________________________________________________________________________________</w:t>
      </w:r>
    </w:p>
    <w:p w14:paraId="22874580" w14:textId="77777777" w:rsidR="00A15F64" w:rsidRDefault="00A15F64" w:rsidP="00A15F64">
      <w:pPr>
        <w:spacing w:before="120" w:after="20"/>
        <w:rPr>
          <w:b/>
        </w:rPr>
      </w:pPr>
      <w:r>
        <w:rPr>
          <w:b/>
        </w:rPr>
        <w:t>________________________________________________________________________________________</w:t>
      </w:r>
    </w:p>
    <w:p w14:paraId="55CD907C" w14:textId="77777777" w:rsidR="00A15F64" w:rsidRDefault="00A15F64">
      <w:pPr>
        <w:spacing w:after="40"/>
      </w:pPr>
    </w:p>
    <w:p w14:paraId="66FEE299" w14:textId="77777777" w:rsidR="00F034E7" w:rsidRDefault="00000000">
      <w:pPr>
        <w:spacing w:before="120" w:after="20"/>
      </w:pPr>
      <w:r>
        <w:rPr>
          <w:b/>
        </w:rPr>
        <w:t>7. Benefit and impact for the sorghum industry</w:t>
      </w:r>
    </w:p>
    <w:p w14:paraId="5B47E2D8" w14:textId="77777777" w:rsidR="00F034E7" w:rsidRDefault="00000000">
      <w:pPr>
        <w:spacing w:after="40"/>
      </w:pPr>
      <w:r>
        <w:rPr>
          <w:i/>
          <w:sz w:val="18"/>
        </w:rPr>
        <w:t>Describe the actual or expected benefit of the project to the relevant sectors and stakeholders in the South African sorghum industry, including practical, economic, technical or strategic impact where applicable.</w:t>
      </w:r>
    </w:p>
    <w:p w14:paraId="58F4584A" w14:textId="77777777" w:rsidR="00A15F64" w:rsidRDefault="00A15F64" w:rsidP="00A15F64">
      <w:pPr>
        <w:spacing w:before="120" w:after="20"/>
        <w:rPr>
          <w:b/>
        </w:rPr>
      </w:pPr>
      <w:r>
        <w:rPr>
          <w:b/>
        </w:rPr>
        <w:t>________________________________________________________________________________________</w:t>
      </w:r>
    </w:p>
    <w:p w14:paraId="30EBE3B4" w14:textId="77777777" w:rsidR="00A15F64" w:rsidRDefault="00A15F64" w:rsidP="00A15F64">
      <w:pPr>
        <w:spacing w:before="120" w:after="20"/>
        <w:rPr>
          <w:b/>
        </w:rPr>
      </w:pPr>
      <w:r>
        <w:rPr>
          <w:b/>
        </w:rPr>
        <w:t>________________________________________________________________________________________</w:t>
      </w:r>
    </w:p>
    <w:p w14:paraId="648B3B8B" w14:textId="77777777" w:rsidR="00A15F64" w:rsidRDefault="00A15F64" w:rsidP="00A15F64">
      <w:pPr>
        <w:spacing w:before="120" w:after="20"/>
        <w:rPr>
          <w:b/>
        </w:rPr>
      </w:pPr>
      <w:r>
        <w:rPr>
          <w:b/>
        </w:rPr>
        <w:t>________________________________________________________________________________________</w:t>
      </w:r>
    </w:p>
    <w:p w14:paraId="4C782474" w14:textId="77777777" w:rsidR="00A15F64" w:rsidRDefault="00A15F64" w:rsidP="00A15F64">
      <w:pPr>
        <w:spacing w:before="120" w:after="20"/>
        <w:rPr>
          <w:b/>
        </w:rPr>
      </w:pPr>
      <w:r>
        <w:rPr>
          <w:b/>
        </w:rPr>
        <w:t>________________________________________________________________________________________</w:t>
      </w:r>
    </w:p>
    <w:p w14:paraId="381B51A1" w14:textId="77777777" w:rsidR="00A15F64" w:rsidRDefault="00A15F64" w:rsidP="00A15F64">
      <w:pPr>
        <w:spacing w:before="120" w:after="20"/>
        <w:rPr>
          <w:b/>
        </w:rPr>
      </w:pPr>
      <w:r>
        <w:rPr>
          <w:b/>
        </w:rPr>
        <w:t>________________________________________________________________________________________</w:t>
      </w:r>
    </w:p>
    <w:p w14:paraId="0B175F04" w14:textId="77777777" w:rsidR="00A15F64" w:rsidRDefault="00A15F64" w:rsidP="00A15F64">
      <w:pPr>
        <w:spacing w:before="120" w:after="20"/>
        <w:rPr>
          <w:b/>
        </w:rPr>
      </w:pPr>
      <w:r>
        <w:rPr>
          <w:b/>
        </w:rPr>
        <w:t>________________________________________________________________________________________</w:t>
      </w:r>
    </w:p>
    <w:p w14:paraId="1AA4C18C" w14:textId="77777777" w:rsidR="00A15F64" w:rsidRDefault="00A15F64" w:rsidP="00A15F64">
      <w:pPr>
        <w:spacing w:before="120" w:after="20"/>
        <w:rPr>
          <w:b/>
        </w:rPr>
      </w:pPr>
      <w:r>
        <w:rPr>
          <w:b/>
        </w:rPr>
        <w:t>________________________________________________________________________________________</w:t>
      </w:r>
    </w:p>
    <w:p w14:paraId="3DA1C7F7" w14:textId="77777777" w:rsidR="00A15F64" w:rsidRDefault="00A15F64" w:rsidP="00A15F64">
      <w:pPr>
        <w:spacing w:before="120" w:after="20"/>
        <w:rPr>
          <w:b/>
        </w:rPr>
      </w:pPr>
      <w:r>
        <w:rPr>
          <w:b/>
        </w:rPr>
        <w:t>________________________________________________________________________________________</w:t>
      </w:r>
    </w:p>
    <w:p w14:paraId="17C5605B" w14:textId="77777777" w:rsidR="00A15F64" w:rsidRDefault="00A15F64">
      <w:pPr>
        <w:spacing w:before="120" w:after="20"/>
        <w:rPr>
          <w:b/>
        </w:rPr>
      </w:pPr>
    </w:p>
    <w:p w14:paraId="615EF68F" w14:textId="5ED47625" w:rsidR="00F034E7" w:rsidRDefault="00000000">
      <w:pPr>
        <w:spacing w:before="120" w:after="20"/>
      </w:pPr>
      <w:r>
        <w:rPr>
          <w:b/>
        </w:rPr>
        <w:t>8. Recommendations and further work</w:t>
      </w:r>
    </w:p>
    <w:p w14:paraId="1325C7E2" w14:textId="77777777" w:rsidR="00F034E7" w:rsidRDefault="00000000">
      <w:pPr>
        <w:spacing w:after="40"/>
        <w:rPr>
          <w:i/>
          <w:sz w:val="18"/>
        </w:rPr>
      </w:pPr>
      <w:r>
        <w:rPr>
          <w:i/>
          <w:sz w:val="18"/>
        </w:rPr>
        <w:t>Identify recommendations arising from the project, including any further research, implementation, commercialisation, technology transfer or industry action considered necessary.</w:t>
      </w:r>
    </w:p>
    <w:p w14:paraId="3D995AAE" w14:textId="77777777" w:rsidR="00A15F64" w:rsidRDefault="00A15F64" w:rsidP="00A15F64">
      <w:pPr>
        <w:spacing w:before="120" w:after="20"/>
        <w:rPr>
          <w:b/>
        </w:rPr>
      </w:pPr>
      <w:r>
        <w:rPr>
          <w:b/>
        </w:rPr>
        <w:t>________________________________________________________________________________________</w:t>
      </w:r>
    </w:p>
    <w:p w14:paraId="3F389FA6" w14:textId="77777777" w:rsidR="00A15F64" w:rsidRDefault="00A15F64" w:rsidP="00A15F64">
      <w:pPr>
        <w:spacing w:before="120" w:after="20"/>
        <w:rPr>
          <w:b/>
        </w:rPr>
      </w:pPr>
      <w:r>
        <w:rPr>
          <w:b/>
        </w:rPr>
        <w:t>________________________________________________________________________________________</w:t>
      </w:r>
    </w:p>
    <w:p w14:paraId="7A51865B" w14:textId="77777777" w:rsidR="00A15F64" w:rsidRDefault="00A15F64" w:rsidP="00A15F64">
      <w:pPr>
        <w:spacing w:before="120" w:after="20"/>
        <w:rPr>
          <w:b/>
        </w:rPr>
      </w:pPr>
      <w:r>
        <w:rPr>
          <w:b/>
        </w:rPr>
        <w:t>________________________________________________________________________________________</w:t>
      </w:r>
    </w:p>
    <w:p w14:paraId="249C5635" w14:textId="77777777" w:rsidR="00A15F64" w:rsidRDefault="00A15F64" w:rsidP="00A15F64">
      <w:pPr>
        <w:spacing w:before="120" w:after="20"/>
        <w:rPr>
          <w:b/>
        </w:rPr>
      </w:pPr>
      <w:r>
        <w:rPr>
          <w:b/>
        </w:rPr>
        <w:t>________________________________________________________________________________________</w:t>
      </w:r>
    </w:p>
    <w:p w14:paraId="1CA4008E" w14:textId="77777777" w:rsidR="00A15F64" w:rsidRDefault="00A15F64" w:rsidP="00A15F64">
      <w:pPr>
        <w:spacing w:before="120" w:after="20"/>
        <w:rPr>
          <w:b/>
        </w:rPr>
      </w:pPr>
      <w:r>
        <w:rPr>
          <w:b/>
        </w:rPr>
        <w:t>________________________________________________________________________________________</w:t>
      </w:r>
    </w:p>
    <w:p w14:paraId="5AB5FE22" w14:textId="77777777" w:rsidR="00A15F64" w:rsidRDefault="00A15F64" w:rsidP="00A15F64">
      <w:pPr>
        <w:spacing w:before="120" w:after="20"/>
        <w:rPr>
          <w:b/>
        </w:rPr>
      </w:pPr>
      <w:r>
        <w:rPr>
          <w:b/>
        </w:rPr>
        <w:t>________________________________________________________________________________________</w:t>
      </w:r>
    </w:p>
    <w:p w14:paraId="12E3412F" w14:textId="77777777" w:rsidR="00A15F64" w:rsidRDefault="00A15F64" w:rsidP="00A15F64">
      <w:pPr>
        <w:spacing w:before="120" w:after="20"/>
        <w:rPr>
          <w:b/>
        </w:rPr>
      </w:pPr>
      <w:r>
        <w:rPr>
          <w:b/>
        </w:rPr>
        <w:t>________________________________________________________________________________________</w:t>
      </w:r>
    </w:p>
    <w:p w14:paraId="334871F4" w14:textId="77777777" w:rsidR="00A15F64" w:rsidRDefault="00A15F64" w:rsidP="00A15F64">
      <w:pPr>
        <w:spacing w:before="120" w:after="20"/>
        <w:rPr>
          <w:b/>
        </w:rPr>
      </w:pPr>
      <w:r>
        <w:rPr>
          <w:b/>
        </w:rPr>
        <w:t>________________________________________________________________________________________</w:t>
      </w:r>
    </w:p>
    <w:p w14:paraId="5FD305FB" w14:textId="77777777" w:rsidR="00A15F64" w:rsidRDefault="00A15F64">
      <w:pPr>
        <w:spacing w:after="40"/>
      </w:pPr>
    </w:p>
    <w:p w14:paraId="083F1273" w14:textId="77777777" w:rsidR="00A15F64" w:rsidRDefault="00A15F64">
      <w:pPr>
        <w:spacing w:after="40"/>
      </w:pPr>
    </w:p>
    <w:p w14:paraId="5DBE2A1A" w14:textId="77777777" w:rsidR="00A15F64" w:rsidRDefault="00A15F64">
      <w:pPr>
        <w:spacing w:after="40"/>
      </w:pPr>
    </w:p>
    <w:p w14:paraId="4695289E" w14:textId="77777777" w:rsidR="00A15F64" w:rsidRDefault="00A15F64">
      <w:pPr>
        <w:spacing w:after="40"/>
      </w:pPr>
    </w:p>
    <w:p w14:paraId="430F7F98" w14:textId="77777777" w:rsidR="00A15F64" w:rsidRDefault="00A15F64">
      <w:pPr>
        <w:spacing w:after="40"/>
      </w:pPr>
    </w:p>
    <w:p w14:paraId="19390C1B" w14:textId="77777777" w:rsidR="00A15F64" w:rsidRDefault="00A15F64">
      <w:pPr>
        <w:spacing w:after="40"/>
      </w:pPr>
    </w:p>
    <w:p w14:paraId="198FD4CF" w14:textId="77777777" w:rsidR="00F034E7" w:rsidRDefault="00000000">
      <w:pPr>
        <w:spacing w:before="140" w:after="60"/>
      </w:pPr>
      <w:r>
        <w:rPr>
          <w:b/>
          <w:sz w:val="22"/>
        </w:rPr>
        <w:lastRenderedPageBreak/>
        <w:t>D. SCIENTIFIC, TECHNICAL AND INDUSTRY OUTPUTS</w:t>
      </w:r>
    </w:p>
    <w:p w14:paraId="3DE3B781" w14:textId="77777777" w:rsidR="00F034E7" w:rsidRDefault="00000000">
      <w:r>
        <w:rPr>
          <w:b/>
        </w:rPr>
        <w:t>9. Project outputs</w:t>
      </w:r>
    </w:p>
    <w:p w14:paraId="6403B371" w14:textId="77777777" w:rsidR="00F034E7" w:rsidRDefault="00000000">
      <w:r>
        <w:t>Provide full references or sufficient identifying details and indicate the status of each output.</w:t>
      </w:r>
    </w:p>
    <w:tbl>
      <w:tblPr>
        <w:tblStyle w:val="TableGrid"/>
        <w:tblW w:w="0" w:type="auto"/>
        <w:tblLook w:val="04A0" w:firstRow="1" w:lastRow="0" w:firstColumn="1" w:lastColumn="0" w:noHBand="0" w:noVBand="1"/>
      </w:tblPr>
      <w:tblGrid>
        <w:gridCol w:w="3408"/>
        <w:gridCol w:w="3408"/>
        <w:gridCol w:w="3408"/>
      </w:tblGrid>
      <w:tr w:rsidR="00F034E7" w14:paraId="0EC9847F" w14:textId="77777777" w:rsidTr="00A15F64">
        <w:trPr>
          <w:trHeight w:val="720"/>
        </w:trPr>
        <w:tc>
          <w:tcPr>
            <w:tcW w:w="3408" w:type="dxa"/>
          </w:tcPr>
          <w:p w14:paraId="7D07DF3F" w14:textId="77777777" w:rsidR="00F034E7" w:rsidRDefault="00000000">
            <w:r>
              <w:rPr>
                <w:b/>
              </w:rPr>
              <w:t>Output category</w:t>
            </w:r>
          </w:p>
        </w:tc>
        <w:tc>
          <w:tcPr>
            <w:tcW w:w="3408" w:type="dxa"/>
          </w:tcPr>
          <w:p w14:paraId="320C74FD" w14:textId="77777777" w:rsidR="00F034E7" w:rsidRDefault="00000000">
            <w:r>
              <w:rPr>
                <w:b/>
              </w:rPr>
              <w:t>Details / full reference</w:t>
            </w:r>
          </w:p>
        </w:tc>
        <w:tc>
          <w:tcPr>
            <w:tcW w:w="3408" w:type="dxa"/>
          </w:tcPr>
          <w:p w14:paraId="22F0E68D" w14:textId="77777777" w:rsidR="00F034E7" w:rsidRDefault="00000000">
            <w:r>
              <w:rPr>
                <w:b/>
              </w:rPr>
              <w:t>Status / date</w:t>
            </w:r>
          </w:p>
        </w:tc>
      </w:tr>
      <w:tr w:rsidR="00F034E7" w14:paraId="5EAF5340" w14:textId="77777777" w:rsidTr="00A15F64">
        <w:trPr>
          <w:trHeight w:val="720"/>
        </w:trPr>
        <w:tc>
          <w:tcPr>
            <w:tcW w:w="3408" w:type="dxa"/>
          </w:tcPr>
          <w:p w14:paraId="63ECA45F" w14:textId="77777777" w:rsidR="00F034E7" w:rsidRDefault="00000000">
            <w:r>
              <w:t>Scientific papers</w:t>
            </w:r>
          </w:p>
        </w:tc>
        <w:tc>
          <w:tcPr>
            <w:tcW w:w="3408" w:type="dxa"/>
          </w:tcPr>
          <w:p w14:paraId="086ABF1C" w14:textId="77777777" w:rsidR="00F034E7" w:rsidRDefault="00F034E7"/>
        </w:tc>
        <w:tc>
          <w:tcPr>
            <w:tcW w:w="3408" w:type="dxa"/>
          </w:tcPr>
          <w:p w14:paraId="02324C8C" w14:textId="77777777" w:rsidR="00F034E7" w:rsidRDefault="00F034E7"/>
        </w:tc>
      </w:tr>
      <w:tr w:rsidR="00F034E7" w14:paraId="4D4DB267" w14:textId="77777777" w:rsidTr="00A15F64">
        <w:trPr>
          <w:trHeight w:val="720"/>
        </w:trPr>
        <w:tc>
          <w:tcPr>
            <w:tcW w:w="3408" w:type="dxa"/>
          </w:tcPr>
          <w:p w14:paraId="0719A788" w14:textId="77777777" w:rsidR="00F034E7" w:rsidRDefault="00000000">
            <w:r>
              <w:t>Technical reports</w:t>
            </w:r>
          </w:p>
        </w:tc>
        <w:tc>
          <w:tcPr>
            <w:tcW w:w="3408" w:type="dxa"/>
          </w:tcPr>
          <w:p w14:paraId="7E3CB863" w14:textId="77777777" w:rsidR="00F034E7" w:rsidRDefault="00F034E7"/>
        </w:tc>
        <w:tc>
          <w:tcPr>
            <w:tcW w:w="3408" w:type="dxa"/>
          </w:tcPr>
          <w:p w14:paraId="7A7A9FB4" w14:textId="77777777" w:rsidR="00F034E7" w:rsidRDefault="00F034E7"/>
        </w:tc>
      </w:tr>
      <w:tr w:rsidR="00F034E7" w14:paraId="208654D0" w14:textId="77777777" w:rsidTr="00A15F64">
        <w:trPr>
          <w:trHeight w:val="720"/>
        </w:trPr>
        <w:tc>
          <w:tcPr>
            <w:tcW w:w="3408" w:type="dxa"/>
          </w:tcPr>
          <w:p w14:paraId="38C1F68E" w14:textId="77777777" w:rsidR="00F034E7" w:rsidRDefault="00000000">
            <w:r>
              <w:t>Articles / industry publications</w:t>
            </w:r>
          </w:p>
        </w:tc>
        <w:tc>
          <w:tcPr>
            <w:tcW w:w="3408" w:type="dxa"/>
          </w:tcPr>
          <w:p w14:paraId="041C76F6" w14:textId="77777777" w:rsidR="00F034E7" w:rsidRDefault="00F034E7"/>
        </w:tc>
        <w:tc>
          <w:tcPr>
            <w:tcW w:w="3408" w:type="dxa"/>
          </w:tcPr>
          <w:p w14:paraId="530C78E2" w14:textId="77777777" w:rsidR="00F034E7" w:rsidRDefault="00F034E7"/>
        </w:tc>
      </w:tr>
      <w:tr w:rsidR="00F034E7" w14:paraId="759C386F" w14:textId="77777777" w:rsidTr="00A15F64">
        <w:trPr>
          <w:trHeight w:val="720"/>
        </w:trPr>
        <w:tc>
          <w:tcPr>
            <w:tcW w:w="3408" w:type="dxa"/>
          </w:tcPr>
          <w:p w14:paraId="5C7079D1" w14:textId="77777777" w:rsidR="00F034E7" w:rsidRDefault="00000000">
            <w:r>
              <w:t>Conference contributions</w:t>
            </w:r>
          </w:p>
        </w:tc>
        <w:tc>
          <w:tcPr>
            <w:tcW w:w="3408" w:type="dxa"/>
          </w:tcPr>
          <w:p w14:paraId="61FE20FD" w14:textId="77777777" w:rsidR="00F034E7" w:rsidRDefault="00F034E7"/>
        </w:tc>
        <w:tc>
          <w:tcPr>
            <w:tcW w:w="3408" w:type="dxa"/>
          </w:tcPr>
          <w:p w14:paraId="6D44707C" w14:textId="77777777" w:rsidR="00F034E7" w:rsidRDefault="00F034E7"/>
        </w:tc>
      </w:tr>
      <w:tr w:rsidR="00F034E7" w14:paraId="4D9C25BD" w14:textId="77777777" w:rsidTr="00A15F64">
        <w:trPr>
          <w:trHeight w:val="720"/>
        </w:trPr>
        <w:tc>
          <w:tcPr>
            <w:tcW w:w="3408" w:type="dxa"/>
          </w:tcPr>
          <w:p w14:paraId="052DF00A" w14:textId="77777777" w:rsidR="00F034E7" w:rsidRDefault="00000000">
            <w:r>
              <w:t>Technology transfer / extension activities</w:t>
            </w:r>
          </w:p>
        </w:tc>
        <w:tc>
          <w:tcPr>
            <w:tcW w:w="3408" w:type="dxa"/>
          </w:tcPr>
          <w:p w14:paraId="4E5E70E5" w14:textId="77777777" w:rsidR="00F034E7" w:rsidRDefault="00F034E7"/>
        </w:tc>
        <w:tc>
          <w:tcPr>
            <w:tcW w:w="3408" w:type="dxa"/>
          </w:tcPr>
          <w:p w14:paraId="181DE30D" w14:textId="77777777" w:rsidR="00F034E7" w:rsidRDefault="00F034E7"/>
        </w:tc>
      </w:tr>
      <w:tr w:rsidR="00F034E7" w14:paraId="480A7245" w14:textId="77777777" w:rsidTr="00A15F64">
        <w:trPr>
          <w:trHeight w:val="720"/>
        </w:trPr>
        <w:tc>
          <w:tcPr>
            <w:tcW w:w="3408" w:type="dxa"/>
          </w:tcPr>
          <w:p w14:paraId="7A60B074" w14:textId="77777777" w:rsidR="00F034E7" w:rsidRDefault="00000000">
            <w:r>
              <w:t>Procedures / methods / databases / tools</w:t>
            </w:r>
          </w:p>
        </w:tc>
        <w:tc>
          <w:tcPr>
            <w:tcW w:w="3408" w:type="dxa"/>
          </w:tcPr>
          <w:p w14:paraId="6A5E4873" w14:textId="77777777" w:rsidR="00F034E7" w:rsidRDefault="00F034E7"/>
        </w:tc>
        <w:tc>
          <w:tcPr>
            <w:tcW w:w="3408" w:type="dxa"/>
          </w:tcPr>
          <w:p w14:paraId="3E0E5CC9" w14:textId="77777777" w:rsidR="00F034E7" w:rsidRDefault="00F034E7"/>
        </w:tc>
      </w:tr>
      <w:tr w:rsidR="00F034E7" w14:paraId="6B5BC15B" w14:textId="77777777" w:rsidTr="00A15F64">
        <w:trPr>
          <w:trHeight w:val="720"/>
        </w:trPr>
        <w:tc>
          <w:tcPr>
            <w:tcW w:w="3408" w:type="dxa"/>
          </w:tcPr>
          <w:p w14:paraId="53CEA672" w14:textId="77777777" w:rsidR="00F034E7" w:rsidRDefault="00000000">
            <w:r>
              <w:t>Other outputs</w:t>
            </w:r>
          </w:p>
        </w:tc>
        <w:tc>
          <w:tcPr>
            <w:tcW w:w="3408" w:type="dxa"/>
          </w:tcPr>
          <w:p w14:paraId="39D4340A" w14:textId="77777777" w:rsidR="00F034E7" w:rsidRDefault="00F034E7"/>
        </w:tc>
        <w:tc>
          <w:tcPr>
            <w:tcW w:w="3408" w:type="dxa"/>
          </w:tcPr>
          <w:p w14:paraId="1CDD2832" w14:textId="77777777" w:rsidR="00F034E7" w:rsidRDefault="00F034E7"/>
        </w:tc>
      </w:tr>
    </w:tbl>
    <w:p w14:paraId="3A15ACEE" w14:textId="77777777" w:rsidR="00F034E7" w:rsidRDefault="00000000">
      <w:pPr>
        <w:spacing w:before="120" w:after="20"/>
      </w:pPr>
      <w:r>
        <w:rPr>
          <w:b/>
        </w:rPr>
        <w:t>10. Human capacity development</w:t>
      </w:r>
    </w:p>
    <w:p w14:paraId="6C97FD73" w14:textId="77777777" w:rsidR="00F034E7" w:rsidRDefault="00000000">
      <w:pPr>
        <w:spacing w:after="40"/>
        <w:rPr>
          <w:i/>
          <w:sz w:val="18"/>
        </w:rPr>
      </w:pPr>
      <w:r>
        <w:rPr>
          <w:i/>
          <w:sz w:val="18"/>
        </w:rPr>
        <w:t>Report on students, bursaries, postgraduate qualifications, internships, training and other capacity development arising from the project. Include numbers, level of study, institution and outcomes where relevant.</w:t>
      </w:r>
    </w:p>
    <w:p w14:paraId="1246FA05" w14:textId="77777777" w:rsidR="00A15F64" w:rsidRDefault="00A15F64" w:rsidP="00A15F64">
      <w:pPr>
        <w:spacing w:before="120" w:after="20"/>
        <w:rPr>
          <w:b/>
        </w:rPr>
      </w:pPr>
      <w:r>
        <w:rPr>
          <w:b/>
        </w:rPr>
        <w:t>________________________________________________________________________________________</w:t>
      </w:r>
    </w:p>
    <w:p w14:paraId="47F25DF2" w14:textId="77777777" w:rsidR="00A15F64" w:rsidRDefault="00A15F64" w:rsidP="00A15F64">
      <w:pPr>
        <w:spacing w:before="120" w:after="20"/>
        <w:rPr>
          <w:b/>
        </w:rPr>
      </w:pPr>
      <w:r>
        <w:rPr>
          <w:b/>
        </w:rPr>
        <w:t>________________________________________________________________________________________</w:t>
      </w:r>
    </w:p>
    <w:p w14:paraId="380AD55F" w14:textId="77777777" w:rsidR="00A15F64" w:rsidRDefault="00A15F64" w:rsidP="00A15F64">
      <w:pPr>
        <w:spacing w:before="120" w:after="20"/>
        <w:rPr>
          <w:b/>
        </w:rPr>
      </w:pPr>
      <w:r>
        <w:rPr>
          <w:b/>
        </w:rPr>
        <w:t>________________________________________________________________________________________</w:t>
      </w:r>
    </w:p>
    <w:p w14:paraId="12A869CB" w14:textId="77777777" w:rsidR="00A15F64" w:rsidRDefault="00A15F64" w:rsidP="00A15F64">
      <w:pPr>
        <w:spacing w:before="120" w:after="20"/>
        <w:rPr>
          <w:b/>
        </w:rPr>
      </w:pPr>
      <w:r>
        <w:rPr>
          <w:b/>
        </w:rPr>
        <w:t>________________________________________________________________________________________</w:t>
      </w:r>
    </w:p>
    <w:p w14:paraId="61EF40C6" w14:textId="77777777" w:rsidR="00A15F64" w:rsidRDefault="00A15F64" w:rsidP="00A15F64">
      <w:pPr>
        <w:spacing w:before="120" w:after="20"/>
        <w:rPr>
          <w:b/>
        </w:rPr>
      </w:pPr>
      <w:r>
        <w:rPr>
          <w:b/>
        </w:rPr>
        <w:t>________________________________________________________________________________________</w:t>
      </w:r>
    </w:p>
    <w:p w14:paraId="3294D654" w14:textId="77777777" w:rsidR="00A15F64" w:rsidRDefault="00A15F64" w:rsidP="00A15F64">
      <w:pPr>
        <w:spacing w:before="120" w:after="20"/>
        <w:rPr>
          <w:b/>
        </w:rPr>
      </w:pPr>
      <w:r>
        <w:rPr>
          <w:b/>
        </w:rPr>
        <w:t>________________________________________________________________________________________</w:t>
      </w:r>
    </w:p>
    <w:p w14:paraId="12EF2BA9" w14:textId="77777777" w:rsidR="00A15F64" w:rsidRDefault="00A15F64" w:rsidP="00A15F64">
      <w:pPr>
        <w:spacing w:before="120" w:after="20"/>
        <w:rPr>
          <w:b/>
        </w:rPr>
      </w:pPr>
      <w:r>
        <w:rPr>
          <w:b/>
        </w:rPr>
        <w:t>________________________________________________________________________________________</w:t>
      </w:r>
    </w:p>
    <w:p w14:paraId="7C6AAF62" w14:textId="77777777" w:rsidR="00A15F64" w:rsidRDefault="00A15F64" w:rsidP="00A15F64">
      <w:pPr>
        <w:spacing w:before="120" w:after="20"/>
        <w:rPr>
          <w:b/>
        </w:rPr>
      </w:pPr>
      <w:r>
        <w:rPr>
          <w:b/>
        </w:rPr>
        <w:t>________________________________________________________________________________________</w:t>
      </w:r>
    </w:p>
    <w:p w14:paraId="50B6DCF1" w14:textId="77777777" w:rsidR="00A15F64" w:rsidRDefault="00A15F64">
      <w:pPr>
        <w:spacing w:after="40"/>
      </w:pPr>
    </w:p>
    <w:p w14:paraId="5416C61C" w14:textId="77777777" w:rsidR="00A15F64" w:rsidRDefault="00A15F64">
      <w:pPr>
        <w:spacing w:after="40"/>
      </w:pPr>
    </w:p>
    <w:p w14:paraId="0B4F11A6" w14:textId="77777777" w:rsidR="00A15F64" w:rsidRDefault="00A15F64">
      <w:pPr>
        <w:spacing w:after="40"/>
      </w:pPr>
    </w:p>
    <w:p w14:paraId="7C2D5FD9" w14:textId="77777777" w:rsidR="00A15F64" w:rsidRDefault="00A15F64">
      <w:pPr>
        <w:spacing w:after="40"/>
      </w:pPr>
    </w:p>
    <w:p w14:paraId="1DC17FE1" w14:textId="77777777" w:rsidR="00A15F64" w:rsidRDefault="00A15F64">
      <w:pPr>
        <w:spacing w:after="40"/>
      </w:pPr>
    </w:p>
    <w:p w14:paraId="5916138C" w14:textId="77777777" w:rsidR="00A15F64" w:rsidRDefault="00A15F64">
      <w:pPr>
        <w:spacing w:after="40"/>
      </w:pPr>
    </w:p>
    <w:p w14:paraId="66FAD70F" w14:textId="77777777" w:rsidR="00A15F64" w:rsidRDefault="00A15F64">
      <w:pPr>
        <w:spacing w:after="40"/>
      </w:pPr>
    </w:p>
    <w:p w14:paraId="267598D4" w14:textId="77777777" w:rsidR="00A15F64" w:rsidRDefault="00A15F64">
      <w:pPr>
        <w:spacing w:after="40"/>
      </w:pPr>
    </w:p>
    <w:p w14:paraId="7FC06226" w14:textId="77777777" w:rsidR="00A15F64" w:rsidRDefault="00A15F64">
      <w:pPr>
        <w:spacing w:after="40"/>
      </w:pPr>
    </w:p>
    <w:p w14:paraId="2B2C402A" w14:textId="77777777" w:rsidR="00A15F64" w:rsidRDefault="00A15F64">
      <w:pPr>
        <w:spacing w:after="40"/>
      </w:pPr>
    </w:p>
    <w:p w14:paraId="13847D67" w14:textId="77777777" w:rsidR="00F034E7" w:rsidRDefault="00000000">
      <w:pPr>
        <w:spacing w:before="120" w:after="20"/>
      </w:pPr>
      <w:r>
        <w:rPr>
          <w:b/>
        </w:rPr>
        <w:lastRenderedPageBreak/>
        <w:t>11. Knowledge and technology transfer</w:t>
      </w:r>
    </w:p>
    <w:p w14:paraId="5CCB908A" w14:textId="77777777" w:rsidR="00F034E7" w:rsidRDefault="00000000">
      <w:pPr>
        <w:spacing w:after="40"/>
        <w:rPr>
          <w:i/>
          <w:sz w:val="18"/>
        </w:rPr>
      </w:pPr>
      <w:r>
        <w:rPr>
          <w:i/>
          <w:sz w:val="18"/>
        </w:rPr>
        <w:t>Describe how project findings, technologies, methods or recommendations have been or will be communicated, transferred or made accessible to industry stakeholders.</w:t>
      </w:r>
    </w:p>
    <w:p w14:paraId="2C982A9B" w14:textId="77777777" w:rsidR="00A15F64" w:rsidRDefault="00A15F64" w:rsidP="00A15F64">
      <w:pPr>
        <w:spacing w:before="120" w:after="20"/>
        <w:rPr>
          <w:b/>
        </w:rPr>
      </w:pPr>
      <w:r>
        <w:rPr>
          <w:b/>
        </w:rPr>
        <w:t>________________________________________________________________________________________</w:t>
      </w:r>
    </w:p>
    <w:p w14:paraId="64A73D7F" w14:textId="77777777" w:rsidR="00A15F64" w:rsidRDefault="00A15F64" w:rsidP="00A15F64">
      <w:pPr>
        <w:spacing w:before="120" w:after="20"/>
        <w:rPr>
          <w:b/>
        </w:rPr>
      </w:pPr>
      <w:r>
        <w:rPr>
          <w:b/>
        </w:rPr>
        <w:t>________________________________________________________________________________________</w:t>
      </w:r>
    </w:p>
    <w:p w14:paraId="7EEF0C05" w14:textId="77777777" w:rsidR="00A15F64" w:rsidRDefault="00A15F64" w:rsidP="00A15F64">
      <w:pPr>
        <w:spacing w:before="120" w:after="20"/>
        <w:rPr>
          <w:b/>
        </w:rPr>
      </w:pPr>
      <w:r>
        <w:rPr>
          <w:b/>
        </w:rPr>
        <w:t>________________________________________________________________________________________</w:t>
      </w:r>
    </w:p>
    <w:p w14:paraId="33AD28AF" w14:textId="77777777" w:rsidR="00A15F64" w:rsidRDefault="00A15F64" w:rsidP="00A15F64">
      <w:pPr>
        <w:spacing w:before="120" w:after="20"/>
        <w:rPr>
          <w:b/>
        </w:rPr>
      </w:pPr>
      <w:r>
        <w:rPr>
          <w:b/>
        </w:rPr>
        <w:t>________________________________________________________________________________________</w:t>
      </w:r>
    </w:p>
    <w:p w14:paraId="14FE87A3" w14:textId="77777777" w:rsidR="00A15F64" w:rsidRDefault="00A15F64" w:rsidP="00A15F64">
      <w:pPr>
        <w:spacing w:before="120" w:after="20"/>
        <w:rPr>
          <w:b/>
        </w:rPr>
      </w:pPr>
      <w:r>
        <w:rPr>
          <w:b/>
        </w:rPr>
        <w:t>________________________________________________________________________________________</w:t>
      </w:r>
    </w:p>
    <w:p w14:paraId="03A62553" w14:textId="77777777" w:rsidR="00A15F64" w:rsidRDefault="00A15F64" w:rsidP="00A15F64">
      <w:pPr>
        <w:spacing w:before="120" w:after="20"/>
        <w:rPr>
          <w:b/>
        </w:rPr>
      </w:pPr>
      <w:r>
        <w:rPr>
          <w:b/>
        </w:rPr>
        <w:t>________________________________________________________________________________________</w:t>
      </w:r>
    </w:p>
    <w:p w14:paraId="17F2A1F8" w14:textId="77777777" w:rsidR="00A15F64" w:rsidRDefault="00A15F64" w:rsidP="00A15F64">
      <w:pPr>
        <w:spacing w:before="120" w:after="20"/>
        <w:rPr>
          <w:b/>
        </w:rPr>
      </w:pPr>
      <w:r>
        <w:rPr>
          <w:b/>
        </w:rPr>
        <w:t>________________________________________________________________________________________</w:t>
      </w:r>
    </w:p>
    <w:p w14:paraId="523C5F24" w14:textId="77777777" w:rsidR="00A15F64" w:rsidRDefault="00A15F64" w:rsidP="00A15F64">
      <w:pPr>
        <w:spacing w:before="120" w:after="20"/>
        <w:rPr>
          <w:b/>
        </w:rPr>
      </w:pPr>
      <w:r>
        <w:rPr>
          <w:b/>
        </w:rPr>
        <w:t>________________________________________________________________________________________</w:t>
      </w:r>
    </w:p>
    <w:p w14:paraId="5F467234" w14:textId="77777777" w:rsidR="00A15F64" w:rsidRDefault="00A15F64">
      <w:pPr>
        <w:spacing w:after="40"/>
      </w:pPr>
    </w:p>
    <w:p w14:paraId="01AC4BA6" w14:textId="77777777" w:rsidR="00F034E7" w:rsidRDefault="00000000">
      <w:pPr>
        <w:spacing w:before="140" w:after="60"/>
      </w:pPr>
      <w:r>
        <w:rPr>
          <w:b/>
          <w:sz w:val="22"/>
        </w:rPr>
        <w:t>E. PROJECT MANAGEMENT AND LESSONS</w:t>
      </w:r>
    </w:p>
    <w:p w14:paraId="49DED088" w14:textId="77777777" w:rsidR="00F034E7" w:rsidRDefault="00000000">
      <w:pPr>
        <w:spacing w:before="120" w:after="20"/>
      </w:pPr>
      <w:r>
        <w:rPr>
          <w:b/>
        </w:rPr>
        <w:t>12. Material changes to the approved project</w:t>
      </w:r>
    </w:p>
    <w:p w14:paraId="03F2D837" w14:textId="77777777" w:rsidR="00F034E7" w:rsidRDefault="00000000">
      <w:pPr>
        <w:spacing w:after="40"/>
        <w:rPr>
          <w:i/>
          <w:sz w:val="18"/>
        </w:rPr>
      </w:pPr>
      <w:r>
        <w:rPr>
          <w:i/>
          <w:sz w:val="18"/>
        </w:rPr>
        <w:t>Describe material changes made during the project to scope, methodology, personnel, timing, locations, deliverables or budget, together with the reasons and impact on outcomes.</w:t>
      </w:r>
    </w:p>
    <w:p w14:paraId="3A30764C" w14:textId="77777777" w:rsidR="00A15F64" w:rsidRDefault="00A15F64" w:rsidP="00A15F64">
      <w:pPr>
        <w:spacing w:before="120" w:after="20"/>
        <w:rPr>
          <w:b/>
        </w:rPr>
      </w:pPr>
      <w:r>
        <w:rPr>
          <w:b/>
        </w:rPr>
        <w:t>________________________________________________________________________________________</w:t>
      </w:r>
    </w:p>
    <w:p w14:paraId="70372257" w14:textId="77777777" w:rsidR="00A15F64" w:rsidRDefault="00A15F64" w:rsidP="00A15F64">
      <w:pPr>
        <w:spacing w:before="120" w:after="20"/>
        <w:rPr>
          <w:b/>
        </w:rPr>
      </w:pPr>
      <w:r>
        <w:rPr>
          <w:b/>
        </w:rPr>
        <w:t>________________________________________________________________________________________</w:t>
      </w:r>
    </w:p>
    <w:p w14:paraId="0E2D508E" w14:textId="77777777" w:rsidR="00A15F64" w:rsidRDefault="00A15F64" w:rsidP="00A15F64">
      <w:pPr>
        <w:spacing w:before="120" w:after="20"/>
        <w:rPr>
          <w:b/>
        </w:rPr>
      </w:pPr>
      <w:r>
        <w:rPr>
          <w:b/>
        </w:rPr>
        <w:t>________________________________________________________________________________________</w:t>
      </w:r>
    </w:p>
    <w:p w14:paraId="7B780F41" w14:textId="77777777" w:rsidR="00A15F64" w:rsidRDefault="00A15F64" w:rsidP="00A15F64">
      <w:pPr>
        <w:spacing w:before="120" w:after="20"/>
        <w:rPr>
          <w:b/>
        </w:rPr>
      </w:pPr>
      <w:r>
        <w:rPr>
          <w:b/>
        </w:rPr>
        <w:t>________________________________________________________________________________________</w:t>
      </w:r>
    </w:p>
    <w:p w14:paraId="47EE2F3E" w14:textId="77777777" w:rsidR="00A15F64" w:rsidRDefault="00A15F64" w:rsidP="00A15F64">
      <w:pPr>
        <w:spacing w:before="120" w:after="20"/>
        <w:rPr>
          <w:b/>
        </w:rPr>
      </w:pPr>
      <w:r>
        <w:rPr>
          <w:b/>
        </w:rPr>
        <w:t>________________________________________________________________________________________</w:t>
      </w:r>
    </w:p>
    <w:p w14:paraId="17973677" w14:textId="77777777" w:rsidR="00A15F64" w:rsidRDefault="00A15F64" w:rsidP="00A15F64">
      <w:pPr>
        <w:spacing w:before="120" w:after="20"/>
        <w:rPr>
          <w:b/>
        </w:rPr>
      </w:pPr>
      <w:r>
        <w:rPr>
          <w:b/>
        </w:rPr>
        <w:t>________________________________________________________________________________________</w:t>
      </w:r>
    </w:p>
    <w:p w14:paraId="1F113E03" w14:textId="77777777" w:rsidR="00A15F64" w:rsidRDefault="00A15F64" w:rsidP="00A15F64">
      <w:pPr>
        <w:spacing w:before="120" w:after="20"/>
        <w:rPr>
          <w:b/>
        </w:rPr>
      </w:pPr>
      <w:r>
        <w:rPr>
          <w:b/>
        </w:rPr>
        <w:t>________________________________________________________________________________________</w:t>
      </w:r>
    </w:p>
    <w:p w14:paraId="7384B734" w14:textId="77777777" w:rsidR="00A15F64" w:rsidRDefault="00A15F64" w:rsidP="00A15F64">
      <w:pPr>
        <w:spacing w:before="120" w:after="20"/>
        <w:rPr>
          <w:b/>
        </w:rPr>
      </w:pPr>
      <w:r>
        <w:rPr>
          <w:b/>
        </w:rPr>
        <w:t>________________________________________________________________________________________</w:t>
      </w:r>
    </w:p>
    <w:p w14:paraId="18E8E89C" w14:textId="77777777" w:rsidR="00A15F64" w:rsidRDefault="00A15F64">
      <w:pPr>
        <w:spacing w:after="40"/>
      </w:pPr>
    </w:p>
    <w:p w14:paraId="0AA49B59" w14:textId="77777777" w:rsidR="00F034E7" w:rsidRDefault="00000000">
      <w:pPr>
        <w:spacing w:before="120" w:after="20"/>
      </w:pPr>
      <w:r>
        <w:rPr>
          <w:b/>
        </w:rPr>
        <w:t>13. Challenges, risks and management factors</w:t>
      </w:r>
    </w:p>
    <w:p w14:paraId="67E84F37" w14:textId="77777777" w:rsidR="00F034E7" w:rsidRDefault="00000000">
      <w:pPr>
        <w:spacing w:after="40"/>
        <w:rPr>
          <w:i/>
          <w:sz w:val="18"/>
        </w:rPr>
      </w:pPr>
      <w:r>
        <w:rPr>
          <w:i/>
          <w:sz w:val="18"/>
        </w:rPr>
        <w:t>Identify significant challenges, risks, personnel or management factors that affected the project and explain how they were addressed.</w:t>
      </w:r>
    </w:p>
    <w:p w14:paraId="6000291D" w14:textId="77777777" w:rsidR="00A15F64" w:rsidRDefault="00A15F64" w:rsidP="00A15F64">
      <w:pPr>
        <w:spacing w:before="120" w:after="20"/>
        <w:rPr>
          <w:b/>
        </w:rPr>
      </w:pPr>
      <w:r>
        <w:rPr>
          <w:b/>
        </w:rPr>
        <w:t>________________________________________________________________________________________</w:t>
      </w:r>
    </w:p>
    <w:p w14:paraId="013638A6" w14:textId="77777777" w:rsidR="00A15F64" w:rsidRDefault="00A15F64" w:rsidP="00A15F64">
      <w:pPr>
        <w:spacing w:before="120" w:after="20"/>
        <w:rPr>
          <w:b/>
        </w:rPr>
      </w:pPr>
      <w:r>
        <w:rPr>
          <w:b/>
        </w:rPr>
        <w:t>________________________________________________________________________________________</w:t>
      </w:r>
    </w:p>
    <w:p w14:paraId="1827D621" w14:textId="77777777" w:rsidR="00A15F64" w:rsidRDefault="00A15F64" w:rsidP="00A15F64">
      <w:pPr>
        <w:spacing w:before="120" w:after="20"/>
        <w:rPr>
          <w:b/>
        </w:rPr>
      </w:pPr>
      <w:r>
        <w:rPr>
          <w:b/>
        </w:rPr>
        <w:t>________________________________________________________________________________________</w:t>
      </w:r>
    </w:p>
    <w:p w14:paraId="4B4E6EB4" w14:textId="77777777" w:rsidR="00A15F64" w:rsidRDefault="00A15F64" w:rsidP="00A15F64">
      <w:pPr>
        <w:spacing w:before="120" w:after="20"/>
        <w:rPr>
          <w:b/>
        </w:rPr>
      </w:pPr>
      <w:r>
        <w:rPr>
          <w:b/>
        </w:rPr>
        <w:t>________________________________________________________________________________________</w:t>
      </w:r>
    </w:p>
    <w:p w14:paraId="1AF9D602" w14:textId="77777777" w:rsidR="00A15F64" w:rsidRDefault="00A15F64" w:rsidP="00A15F64">
      <w:pPr>
        <w:spacing w:before="120" w:after="20"/>
        <w:rPr>
          <w:b/>
        </w:rPr>
      </w:pPr>
      <w:r>
        <w:rPr>
          <w:b/>
        </w:rPr>
        <w:t>________________________________________________________________________________________</w:t>
      </w:r>
    </w:p>
    <w:p w14:paraId="7D93C804" w14:textId="77777777" w:rsidR="00A15F64" w:rsidRDefault="00A15F64" w:rsidP="00A15F64">
      <w:pPr>
        <w:spacing w:before="120" w:after="20"/>
        <w:rPr>
          <w:b/>
        </w:rPr>
      </w:pPr>
      <w:r>
        <w:rPr>
          <w:b/>
        </w:rPr>
        <w:t>________________________________________________________________________________________</w:t>
      </w:r>
    </w:p>
    <w:p w14:paraId="296D319F" w14:textId="77777777" w:rsidR="00A15F64" w:rsidRDefault="00A15F64" w:rsidP="00A15F64">
      <w:pPr>
        <w:spacing w:before="120" w:after="20"/>
        <w:rPr>
          <w:b/>
        </w:rPr>
      </w:pPr>
      <w:r>
        <w:rPr>
          <w:b/>
        </w:rPr>
        <w:t>________________________________________________________________________________________</w:t>
      </w:r>
    </w:p>
    <w:p w14:paraId="5D157774" w14:textId="77777777" w:rsidR="00A15F64" w:rsidRDefault="00A15F64" w:rsidP="00A15F64">
      <w:pPr>
        <w:spacing w:before="120" w:after="20"/>
        <w:rPr>
          <w:b/>
        </w:rPr>
      </w:pPr>
      <w:r>
        <w:rPr>
          <w:b/>
        </w:rPr>
        <w:t>________________________________________________________________________________________</w:t>
      </w:r>
    </w:p>
    <w:p w14:paraId="5C69C039" w14:textId="77777777" w:rsidR="00A15F64" w:rsidRDefault="00A15F64">
      <w:pPr>
        <w:spacing w:after="40"/>
      </w:pPr>
    </w:p>
    <w:p w14:paraId="5B58DC05" w14:textId="77777777" w:rsidR="00A15F64" w:rsidRDefault="00A15F64">
      <w:pPr>
        <w:spacing w:after="40"/>
      </w:pPr>
    </w:p>
    <w:p w14:paraId="6BD20621" w14:textId="77777777" w:rsidR="00A15F64" w:rsidRDefault="00A15F64">
      <w:pPr>
        <w:spacing w:after="40"/>
      </w:pPr>
    </w:p>
    <w:p w14:paraId="4B1346F6" w14:textId="77777777" w:rsidR="00A15F64" w:rsidRDefault="00A15F64">
      <w:pPr>
        <w:spacing w:after="40"/>
      </w:pPr>
    </w:p>
    <w:p w14:paraId="238D95B1" w14:textId="77777777" w:rsidR="00F034E7" w:rsidRDefault="00000000">
      <w:pPr>
        <w:spacing w:before="120" w:after="20"/>
      </w:pPr>
      <w:r>
        <w:rPr>
          <w:b/>
        </w:rPr>
        <w:lastRenderedPageBreak/>
        <w:t>14. Lessons learned</w:t>
      </w:r>
    </w:p>
    <w:p w14:paraId="09B46977" w14:textId="77777777" w:rsidR="00F034E7" w:rsidRDefault="00000000">
      <w:pPr>
        <w:spacing w:after="40"/>
        <w:rPr>
          <w:i/>
          <w:sz w:val="18"/>
        </w:rPr>
      </w:pPr>
      <w:r>
        <w:rPr>
          <w:i/>
          <w:sz w:val="18"/>
        </w:rPr>
        <w:t>Record the principal technical, operational or management lessons arising from the project that may assist future Sorghum Trust-funded work.</w:t>
      </w:r>
    </w:p>
    <w:p w14:paraId="0107DB2E" w14:textId="77777777" w:rsidR="00A15F64" w:rsidRDefault="00A15F64" w:rsidP="00A15F64">
      <w:pPr>
        <w:spacing w:before="120" w:after="20"/>
        <w:rPr>
          <w:b/>
        </w:rPr>
      </w:pPr>
      <w:r>
        <w:rPr>
          <w:b/>
        </w:rPr>
        <w:t>________________________________________________________________________________________</w:t>
      </w:r>
    </w:p>
    <w:p w14:paraId="25702012" w14:textId="77777777" w:rsidR="00A15F64" w:rsidRDefault="00A15F64" w:rsidP="00A15F64">
      <w:pPr>
        <w:spacing w:before="120" w:after="20"/>
        <w:rPr>
          <w:b/>
        </w:rPr>
      </w:pPr>
      <w:r>
        <w:rPr>
          <w:b/>
        </w:rPr>
        <w:t>________________________________________________________________________________________</w:t>
      </w:r>
    </w:p>
    <w:p w14:paraId="598B1A65" w14:textId="77777777" w:rsidR="00A15F64" w:rsidRDefault="00A15F64" w:rsidP="00A15F64">
      <w:pPr>
        <w:spacing w:before="120" w:after="20"/>
        <w:rPr>
          <w:b/>
        </w:rPr>
      </w:pPr>
      <w:r>
        <w:rPr>
          <w:b/>
        </w:rPr>
        <w:t>________________________________________________________________________________________</w:t>
      </w:r>
    </w:p>
    <w:p w14:paraId="48808173" w14:textId="77777777" w:rsidR="00A15F64" w:rsidRDefault="00A15F64" w:rsidP="00A15F64">
      <w:pPr>
        <w:spacing w:before="120" w:after="20"/>
        <w:rPr>
          <w:b/>
        </w:rPr>
      </w:pPr>
      <w:r>
        <w:rPr>
          <w:b/>
        </w:rPr>
        <w:t>________________________________________________________________________________________</w:t>
      </w:r>
    </w:p>
    <w:p w14:paraId="04F2F864" w14:textId="77777777" w:rsidR="00A15F64" w:rsidRDefault="00A15F64" w:rsidP="00A15F64">
      <w:pPr>
        <w:spacing w:before="120" w:after="20"/>
        <w:rPr>
          <w:b/>
        </w:rPr>
      </w:pPr>
      <w:r>
        <w:rPr>
          <w:b/>
        </w:rPr>
        <w:t>________________________________________________________________________________________</w:t>
      </w:r>
    </w:p>
    <w:p w14:paraId="782FBF1C" w14:textId="77777777" w:rsidR="00A15F64" w:rsidRDefault="00A15F64" w:rsidP="00A15F64">
      <w:pPr>
        <w:spacing w:before="120" w:after="20"/>
        <w:rPr>
          <w:b/>
        </w:rPr>
      </w:pPr>
      <w:r>
        <w:rPr>
          <w:b/>
        </w:rPr>
        <w:t>________________________________________________________________________________________</w:t>
      </w:r>
    </w:p>
    <w:p w14:paraId="5AC38A82" w14:textId="77777777" w:rsidR="00A15F64" w:rsidRDefault="00A15F64" w:rsidP="00A15F64">
      <w:pPr>
        <w:spacing w:before="120" w:after="20"/>
        <w:rPr>
          <w:b/>
        </w:rPr>
      </w:pPr>
      <w:r>
        <w:rPr>
          <w:b/>
        </w:rPr>
        <w:t>________________________________________________________________________________________</w:t>
      </w:r>
    </w:p>
    <w:p w14:paraId="1AA58874" w14:textId="77777777" w:rsidR="00A15F64" w:rsidRDefault="00A15F64" w:rsidP="00A15F64">
      <w:pPr>
        <w:spacing w:before="120" w:after="20"/>
        <w:rPr>
          <w:b/>
        </w:rPr>
      </w:pPr>
      <w:r>
        <w:rPr>
          <w:b/>
        </w:rPr>
        <w:t>________________________________________________________________________________________</w:t>
      </w:r>
    </w:p>
    <w:p w14:paraId="4440B260" w14:textId="77777777" w:rsidR="00A15F64" w:rsidRDefault="00A15F64">
      <w:pPr>
        <w:spacing w:after="40"/>
      </w:pPr>
    </w:p>
    <w:p w14:paraId="1A10E13B" w14:textId="77777777" w:rsidR="00F034E7" w:rsidRDefault="00000000">
      <w:pPr>
        <w:spacing w:before="140" w:after="60"/>
      </w:pPr>
      <w:r>
        <w:rPr>
          <w:b/>
          <w:sz w:val="22"/>
        </w:rPr>
        <w:t>F. FINAL FINANCIAL REPORT</w:t>
      </w:r>
    </w:p>
    <w:p w14:paraId="149D607D" w14:textId="77777777" w:rsidR="00F034E7" w:rsidRDefault="00000000">
      <w:r>
        <w:rPr>
          <w:b/>
        </w:rPr>
        <w:t>15. Final expenditure against approved funding</w:t>
      </w:r>
    </w:p>
    <w:p w14:paraId="748B5CE5" w14:textId="77777777" w:rsidR="00F034E7" w:rsidRDefault="00000000">
      <w:r>
        <w:t>Provide a final reconciliation of approved funding and actual expenditure over the full project term. Explain material variances.</w:t>
      </w:r>
    </w:p>
    <w:tbl>
      <w:tblPr>
        <w:tblStyle w:val="TableGrid"/>
        <w:tblW w:w="0" w:type="auto"/>
        <w:tblLook w:val="04A0" w:firstRow="1" w:lastRow="0" w:firstColumn="1" w:lastColumn="0" w:noHBand="0" w:noVBand="1"/>
      </w:tblPr>
      <w:tblGrid>
        <w:gridCol w:w="2045"/>
        <w:gridCol w:w="2045"/>
        <w:gridCol w:w="2045"/>
        <w:gridCol w:w="2045"/>
        <w:gridCol w:w="2045"/>
      </w:tblGrid>
      <w:tr w:rsidR="00F034E7" w14:paraId="0C3E60AB" w14:textId="77777777" w:rsidTr="00A15F64">
        <w:trPr>
          <w:trHeight w:val="576"/>
        </w:trPr>
        <w:tc>
          <w:tcPr>
            <w:tcW w:w="2045" w:type="dxa"/>
          </w:tcPr>
          <w:p w14:paraId="2177B3F4" w14:textId="77777777" w:rsidR="00F034E7" w:rsidRDefault="00000000">
            <w:r>
              <w:rPr>
                <w:b/>
              </w:rPr>
              <w:t>Budget item</w:t>
            </w:r>
          </w:p>
        </w:tc>
        <w:tc>
          <w:tcPr>
            <w:tcW w:w="2045" w:type="dxa"/>
          </w:tcPr>
          <w:p w14:paraId="083F6DBD" w14:textId="77777777" w:rsidR="00F034E7" w:rsidRDefault="00000000">
            <w:r>
              <w:rPr>
                <w:b/>
              </w:rPr>
              <w:t>Approved amount</w:t>
            </w:r>
          </w:p>
        </w:tc>
        <w:tc>
          <w:tcPr>
            <w:tcW w:w="2045" w:type="dxa"/>
          </w:tcPr>
          <w:p w14:paraId="046193D3" w14:textId="77777777" w:rsidR="00F034E7" w:rsidRDefault="00000000">
            <w:r>
              <w:rPr>
                <w:b/>
              </w:rPr>
              <w:t>Actual expenditure</w:t>
            </w:r>
          </w:p>
        </w:tc>
        <w:tc>
          <w:tcPr>
            <w:tcW w:w="2045" w:type="dxa"/>
          </w:tcPr>
          <w:p w14:paraId="2E70C6EB" w14:textId="77777777" w:rsidR="00F034E7" w:rsidRDefault="00000000">
            <w:r>
              <w:rPr>
                <w:b/>
              </w:rPr>
              <w:t>Variance</w:t>
            </w:r>
          </w:p>
        </w:tc>
        <w:tc>
          <w:tcPr>
            <w:tcW w:w="2045" w:type="dxa"/>
          </w:tcPr>
          <w:p w14:paraId="378BE0DD" w14:textId="77777777" w:rsidR="00F034E7" w:rsidRDefault="00000000">
            <w:r>
              <w:rPr>
                <w:b/>
              </w:rPr>
              <w:t>Explanation</w:t>
            </w:r>
          </w:p>
        </w:tc>
      </w:tr>
      <w:tr w:rsidR="00F034E7" w14:paraId="79EE08C2" w14:textId="77777777" w:rsidTr="00A15F64">
        <w:trPr>
          <w:trHeight w:val="576"/>
        </w:trPr>
        <w:tc>
          <w:tcPr>
            <w:tcW w:w="2045" w:type="dxa"/>
          </w:tcPr>
          <w:p w14:paraId="500F468E" w14:textId="77777777" w:rsidR="00F034E7" w:rsidRDefault="00F034E7"/>
        </w:tc>
        <w:tc>
          <w:tcPr>
            <w:tcW w:w="2045" w:type="dxa"/>
          </w:tcPr>
          <w:p w14:paraId="75128588" w14:textId="77777777" w:rsidR="00F034E7" w:rsidRDefault="00F034E7"/>
        </w:tc>
        <w:tc>
          <w:tcPr>
            <w:tcW w:w="2045" w:type="dxa"/>
          </w:tcPr>
          <w:p w14:paraId="6299AB57" w14:textId="77777777" w:rsidR="00F034E7" w:rsidRDefault="00F034E7"/>
        </w:tc>
        <w:tc>
          <w:tcPr>
            <w:tcW w:w="2045" w:type="dxa"/>
          </w:tcPr>
          <w:p w14:paraId="3C4F090A" w14:textId="77777777" w:rsidR="00F034E7" w:rsidRDefault="00F034E7"/>
        </w:tc>
        <w:tc>
          <w:tcPr>
            <w:tcW w:w="2045" w:type="dxa"/>
          </w:tcPr>
          <w:p w14:paraId="3F1A95B5" w14:textId="77777777" w:rsidR="00F034E7" w:rsidRDefault="00F034E7"/>
        </w:tc>
      </w:tr>
      <w:tr w:rsidR="00F034E7" w14:paraId="0D5C7C55" w14:textId="77777777" w:rsidTr="00A15F64">
        <w:trPr>
          <w:trHeight w:val="576"/>
        </w:trPr>
        <w:tc>
          <w:tcPr>
            <w:tcW w:w="2045" w:type="dxa"/>
          </w:tcPr>
          <w:p w14:paraId="3BD2E9AC" w14:textId="77777777" w:rsidR="00F034E7" w:rsidRDefault="00F034E7"/>
        </w:tc>
        <w:tc>
          <w:tcPr>
            <w:tcW w:w="2045" w:type="dxa"/>
          </w:tcPr>
          <w:p w14:paraId="255B343E" w14:textId="77777777" w:rsidR="00F034E7" w:rsidRDefault="00F034E7"/>
        </w:tc>
        <w:tc>
          <w:tcPr>
            <w:tcW w:w="2045" w:type="dxa"/>
          </w:tcPr>
          <w:p w14:paraId="36EFF050" w14:textId="77777777" w:rsidR="00F034E7" w:rsidRDefault="00F034E7"/>
        </w:tc>
        <w:tc>
          <w:tcPr>
            <w:tcW w:w="2045" w:type="dxa"/>
          </w:tcPr>
          <w:p w14:paraId="2DE2F2F9" w14:textId="77777777" w:rsidR="00F034E7" w:rsidRDefault="00F034E7"/>
        </w:tc>
        <w:tc>
          <w:tcPr>
            <w:tcW w:w="2045" w:type="dxa"/>
          </w:tcPr>
          <w:p w14:paraId="768FFFFD" w14:textId="77777777" w:rsidR="00F034E7" w:rsidRDefault="00F034E7"/>
        </w:tc>
      </w:tr>
      <w:tr w:rsidR="00F034E7" w14:paraId="2ED38063" w14:textId="77777777" w:rsidTr="00A15F64">
        <w:trPr>
          <w:trHeight w:val="576"/>
        </w:trPr>
        <w:tc>
          <w:tcPr>
            <w:tcW w:w="2045" w:type="dxa"/>
          </w:tcPr>
          <w:p w14:paraId="301A8041" w14:textId="77777777" w:rsidR="00F034E7" w:rsidRDefault="00F034E7"/>
        </w:tc>
        <w:tc>
          <w:tcPr>
            <w:tcW w:w="2045" w:type="dxa"/>
          </w:tcPr>
          <w:p w14:paraId="03B6FA02" w14:textId="77777777" w:rsidR="00F034E7" w:rsidRDefault="00F034E7"/>
        </w:tc>
        <w:tc>
          <w:tcPr>
            <w:tcW w:w="2045" w:type="dxa"/>
          </w:tcPr>
          <w:p w14:paraId="1DA1E1A4" w14:textId="77777777" w:rsidR="00F034E7" w:rsidRDefault="00F034E7"/>
        </w:tc>
        <w:tc>
          <w:tcPr>
            <w:tcW w:w="2045" w:type="dxa"/>
          </w:tcPr>
          <w:p w14:paraId="665A0BEB" w14:textId="77777777" w:rsidR="00F034E7" w:rsidRDefault="00F034E7"/>
        </w:tc>
        <w:tc>
          <w:tcPr>
            <w:tcW w:w="2045" w:type="dxa"/>
          </w:tcPr>
          <w:p w14:paraId="2788312E" w14:textId="77777777" w:rsidR="00F034E7" w:rsidRDefault="00F034E7"/>
        </w:tc>
      </w:tr>
      <w:tr w:rsidR="00F034E7" w14:paraId="177C5E70" w14:textId="77777777" w:rsidTr="00A15F64">
        <w:trPr>
          <w:trHeight w:val="576"/>
        </w:trPr>
        <w:tc>
          <w:tcPr>
            <w:tcW w:w="2045" w:type="dxa"/>
          </w:tcPr>
          <w:p w14:paraId="02F1252B" w14:textId="77777777" w:rsidR="00F034E7" w:rsidRDefault="00F034E7"/>
        </w:tc>
        <w:tc>
          <w:tcPr>
            <w:tcW w:w="2045" w:type="dxa"/>
          </w:tcPr>
          <w:p w14:paraId="782B95DE" w14:textId="77777777" w:rsidR="00F034E7" w:rsidRDefault="00F034E7"/>
        </w:tc>
        <w:tc>
          <w:tcPr>
            <w:tcW w:w="2045" w:type="dxa"/>
          </w:tcPr>
          <w:p w14:paraId="3B216F25" w14:textId="77777777" w:rsidR="00F034E7" w:rsidRDefault="00F034E7"/>
        </w:tc>
        <w:tc>
          <w:tcPr>
            <w:tcW w:w="2045" w:type="dxa"/>
          </w:tcPr>
          <w:p w14:paraId="0CB1B4D6" w14:textId="77777777" w:rsidR="00F034E7" w:rsidRDefault="00F034E7"/>
        </w:tc>
        <w:tc>
          <w:tcPr>
            <w:tcW w:w="2045" w:type="dxa"/>
          </w:tcPr>
          <w:p w14:paraId="187339C8" w14:textId="77777777" w:rsidR="00F034E7" w:rsidRDefault="00F034E7"/>
        </w:tc>
      </w:tr>
      <w:tr w:rsidR="00F034E7" w14:paraId="45A31F01" w14:textId="77777777" w:rsidTr="00A15F64">
        <w:trPr>
          <w:trHeight w:val="576"/>
        </w:trPr>
        <w:tc>
          <w:tcPr>
            <w:tcW w:w="2045" w:type="dxa"/>
          </w:tcPr>
          <w:p w14:paraId="193FABAF" w14:textId="77777777" w:rsidR="00F034E7" w:rsidRDefault="00F034E7"/>
        </w:tc>
        <w:tc>
          <w:tcPr>
            <w:tcW w:w="2045" w:type="dxa"/>
          </w:tcPr>
          <w:p w14:paraId="3AAA0682" w14:textId="77777777" w:rsidR="00F034E7" w:rsidRDefault="00F034E7"/>
        </w:tc>
        <w:tc>
          <w:tcPr>
            <w:tcW w:w="2045" w:type="dxa"/>
          </w:tcPr>
          <w:p w14:paraId="27C869F7" w14:textId="77777777" w:rsidR="00F034E7" w:rsidRDefault="00F034E7"/>
        </w:tc>
        <w:tc>
          <w:tcPr>
            <w:tcW w:w="2045" w:type="dxa"/>
          </w:tcPr>
          <w:p w14:paraId="4E96002C" w14:textId="77777777" w:rsidR="00F034E7" w:rsidRDefault="00F034E7"/>
        </w:tc>
        <w:tc>
          <w:tcPr>
            <w:tcW w:w="2045" w:type="dxa"/>
          </w:tcPr>
          <w:p w14:paraId="6B9170D9" w14:textId="77777777" w:rsidR="00F034E7" w:rsidRDefault="00F034E7"/>
        </w:tc>
      </w:tr>
      <w:tr w:rsidR="00F034E7" w14:paraId="3C1EDB5D" w14:textId="77777777" w:rsidTr="00A15F64">
        <w:trPr>
          <w:trHeight w:val="576"/>
        </w:trPr>
        <w:tc>
          <w:tcPr>
            <w:tcW w:w="2045" w:type="dxa"/>
          </w:tcPr>
          <w:p w14:paraId="1DE9520A" w14:textId="77777777" w:rsidR="00F034E7" w:rsidRDefault="00F034E7"/>
        </w:tc>
        <w:tc>
          <w:tcPr>
            <w:tcW w:w="2045" w:type="dxa"/>
          </w:tcPr>
          <w:p w14:paraId="1AFD19F5" w14:textId="77777777" w:rsidR="00F034E7" w:rsidRDefault="00F034E7"/>
        </w:tc>
        <w:tc>
          <w:tcPr>
            <w:tcW w:w="2045" w:type="dxa"/>
          </w:tcPr>
          <w:p w14:paraId="7AD99B0D" w14:textId="77777777" w:rsidR="00F034E7" w:rsidRDefault="00F034E7"/>
        </w:tc>
        <w:tc>
          <w:tcPr>
            <w:tcW w:w="2045" w:type="dxa"/>
          </w:tcPr>
          <w:p w14:paraId="091E33C4" w14:textId="77777777" w:rsidR="00F034E7" w:rsidRDefault="00F034E7"/>
        </w:tc>
        <w:tc>
          <w:tcPr>
            <w:tcW w:w="2045" w:type="dxa"/>
          </w:tcPr>
          <w:p w14:paraId="66B4AB5C" w14:textId="77777777" w:rsidR="00F034E7" w:rsidRDefault="00F034E7"/>
        </w:tc>
      </w:tr>
      <w:tr w:rsidR="00F034E7" w14:paraId="69A0E49B" w14:textId="77777777" w:rsidTr="00A15F64">
        <w:trPr>
          <w:trHeight w:val="576"/>
        </w:trPr>
        <w:tc>
          <w:tcPr>
            <w:tcW w:w="2045" w:type="dxa"/>
          </w:tcPr>
          <w:p w14:paraId="06D24AB1" w14:textId="77777777" w:rsidR="00F034E7" w:rsidRDefault="00F034E7"/>
        </w:tc>
        <w:tc>
          <w:tcPr>
            <w:tcW w:w="2045" w:type="dxa"/>
          </w:tcPr>
          <w:p w14:paraId="4C881BDA" w14:textId="77777777" w:rsidR="00F034E7" w:rsidRDefault="00F034E7"/>
        </w:tc>
        <w:tc>
          <w:tcPr>
            <w:tcW w:w="2045" w:type="dxa"/>
          </w:tcPr>
          <w:p w14:paraId="1CA152D7" w14:textId="77777777" w:rsidR="00F034E7" w:rsidRDefault="00F034E7"/>
        </w:tc>
        <w:tc>
          <w:tcPr>
            <w:tcW w:w="2045" w:type="dxa"/>
          </w:tcPr>
          <w:p w14:paraId="73F3B102" w14:textId="77777777" w:rsidR="00F034E7" w:rsidRDefault="00F034E7"/>
        </w:tc>
        <w:tc>
          <w:tcPr>
            <w:tcW w:w="2045" w:type="dxa"/>
          </w:tcPr>
          <w:p w14:paraId="66DA8EB0" w14:textId="77777777" w:rsidR="00F034E7" w:rsidRDefault="00F034E7"/>
        </w:tc>
      </w:tr>
      <w:tr w:rsidR="00F034E7" w14:paraId="5444AD9E" w14:textId="77777777" w:rsidTr="00A15F64">
        <w:trPr>
          <w:trHeight w:val="576"/>
        </w:trPr>
        <w:tc>
          <w:tcPr>
            <w:tcW w:w="2045" w:type="dxa"/>
          </w:tcPr>
          <w:p w14:paraId="5C6EF303" w14:textId="77777777" w:rsidR="00F034E7" w:rsidRDefault="00F034E7"/>
        </w:tc>
        <w:tc>
          <w:tcPr>
            <w:tcW w:w="2045" w:type="dxa"/>
          </w:tcPr>
          <w:p w14:paraId="276D98BA" w14:textId="77777777" w:rsidR="00F034E7" w:rsidRDefault="00F034E7"/>
        </w:tc>
        <w:tc>
          <w:tcPr>
            <w:tcW w:w="2045" w:type="dxa"/>
          </w:tcPr>
          <w:p w14:paraId="3288DADB" w14:textId="77777777" w:rsidR="00F034E7" w:rsidRDefault="00F034E7"/>
        </w:tc>
        <w:tc>
          <w:tcPr>
            <w:tcW w:w="2045" w:type="dxa"/>
          </w:tcPr>
          <w:p w14:paraId="4740E1BE" w14:textId="77777777" w:rsidR="00F034E7" w:rsidRDefault="00F034E7"/>
        </w:tc>
        <w:tc>
          <w:tcPr>
            <w:tcW w:w="2045" w:type="dxa"/>
          </w:tcPr>
          <w:p w14:paraId="1F211C3A" w14:textId="77777777" w:rsidR="00F034E7" w:rsidRDefault="00F034E7"/>
        </w:tc>
      </w:tr>
      <w:tr w:rsidR="00F034E7" w14:paraId="502621D9" w14:textId="77777777" w:rsidTr="00A15F64">
        <w:trPr>
          <w:trHeight w:val="576"/>
        </w:trPr>
        <w:tc>
          <w:tcPr>
            <w:tcW w:w="2045" w:type="dxa"/>
          </w:tcPr>
          <w:p w14:paraId="69C56A5A" w14:textId="77777777" w:rsidR="00F034E7" w:rsidRDefault="00F034E7"/>
        </w:tc>
        <w:tc>
          <w:tcPr>
            <w:tcW w:w="2045" w:type="dxa"/>
          </w:tcPr>
          <w:p w14:paraId="558DE45F" w14:textId="77777777" w:rsidR="00F034E7" w:rsidRDefault="00F034E7"/>
        </w:tc>
        <w:tc>
          <w:tcPr>
            <w:tcW w:w="2045" w:type="dxa"/>
          </w:tcPr>
          <w:p w14:paraId="3F7EFD02" w14:textId="77777777" w:rsidR="00F034E7" w:rsidRDefault="00F034E7"/>
        </w:tc>
        <w:tc>
          <w:tcPr>
            <w:tcW w:w="2045" w:type="dxa"/>
          </w:tcPr>
          <w:p w14:paraId="05BD102B" w14:textId="77777777" w:rsidR="00F034E7" w:rsidRDefault="00F034E7"/>
        </w:tc>
        <w:tc>
          <w:tcPr>
            <w:tcW w:w="2045" w:type="dxa"/>
          </w:tcPr>
          <w:p w14:paraId="4121FE50" w14:textId="77777777" w:rsidR="00F034E7" w:rsidRDefault="00F034E7"/>
        </w:tc>
      </w:tr>
    </w:tbl>
    <w:p w14:paraId="61ED530D" w14:textId="77777777" w:rsidR="00F034E7" w:rsidRDefault="00000000">
      <w:pPr>
        <w:spacing w:before="120" w:after="20"/>
      </w:pPr>
      <w:r>
        <w:rPr>
          <w:b/>
        </w:rPr>
        <w:t>16. Unspent or surplus Sorghum Trust funding</w:t>
      </w:r>
    </w:p>
    <w:p w14:paraId="68981607" w14:textId="77777777" w:rsidR="00F034E7" w:rsidRDefault="00000000">
      <w:pPr>
        <w:spacing w:after="40"/>
        <w:rPr>
          <w:i/>
          <w:sz w:val="18"/>
        </w:rPr>
      </w:pPr>
      <w:r>
        <w:rPr>
          <w:i/>
          <w:sz w:val="18"/>
        </w:rPr>
        <w:t>State the amount of any unspent or surplus Sorghum Trust funding remaining at project completion and explain the reason. Indicate the proposed treatment of the funds, subject to the Trust's approval and funding conditions.</w:t>
      </w:r>
    </w:p>
    <w:p w14:paraId="534CC64B" w14:textId="77777777" w:rsidR="00A15F64" w:rsidRDefault="00A15F64" w:rsidP="00A15F64">
      <w:pPr>
        <w:spacing w:before="120" w:after="20"/>
        <w:rPr>
          <w:b/>
        </w:rPr>
      </w:pPr>
      <w:r>
        <w:rPr>
          <w:b/>
        </w:rPr>
        <w:t>________________________________________________________________________________________</w:t>
      </w:r>
    </w:p>
    <w:p w14:paraId="43601439" w14:textId="77777777" w:rsidR="00A15F64" w:rsidRDefault="00A15F64" w:rsidP="00A15F64">
      <w:pPr>
        <w:spacing w:before="120" w:after="20"/>
        <w:rPr>
          <w:b/>
        </w:rPr>
      </w:pPr>
      <w:r>
        <w:rPr>
          <w:b/>
        </w:rPr>
        <w:t>________________________________________________________________________________________</w:t>
      </w:r>
    </w:p>
    <w:p w14:paraId="57F4948A" w14:textId="77777777" w:rsidR="00A15F64" w:rsidRDefault="00A15F64" w:rsidP="00A15F64">
      <w:pPr>
        <w:spacing w:before="120" w:after="20"/>
        <w:rPr>
          <w:b/>
        </w:rPr>
      </w:pPr>
      <w:r>
        <w:rPr>
          <w:b/>
        </w:rPr>
        <w:t>________________________________________________________________________________________</w:t>
      </w:r>
    </w:p>
    <w:p w14:paraId="5CF3570F" w14:textId="77777777" w:rsidR="00A15F64" w:rsidRDefault="00A15F64" w:rsidP="00A15F64">
      <w:pPr>
        <w:spacing w:before="120" w:after="20"/>
        <w:rPr>
          <w:b/>
        </w:rPr>
      </w:pPr>
      <w:r>
        <w:rPr>
          <w:b/>
        </w:rPr>
        <w:t>________________________________________________________________________________________</w:t>
      </w:r>
    </w:p>
    <w:p w14:paraId="2A352157" w14:textId="77777777" w:rsidR="00A15F64" w:rsidRDefault="00A15F64">
      <w:pPr>
        <w:spacing w:after="40"/>
      </w:pPr>
    </w:p>
    <w:p w14:paraId="043D9AB0" w14:textId="77777777" w:rsidR="00F034E7" w:rsidRDefault="00000000">
      <w:pPr>
        <w:spacing w:before="120" w:after="20"/>
      </w:pPr>
      <w:r>
        <w:rPr>
          <w:b/>
        </w:rPr>
        <w:t>17. Capital assets acquired with Trust funding</w:t>
      </w:r>
    </w:p>
    <w:p w14:paraId="4A6414FF" w14:textId="77777777" w:rsidR="00F034E7" w:rsidRDefault="00000000">
      <w:pPr>
        <w:spacing w:after="40"/>
        <w:rPr>
          <w:i/>
          <w:sz w:val="18"/>
        </w:rPr>
      </w:pPr>
      <w:r>
        <w:rPr>
          <w:i/>
          <w:sz w:val="18"/>
        </w:rPr>
        <w:t>List material equipment or capital assets acquired wholly or partly with Sorghum Trust funding and indicate their current location, custodian and intended continued use.</w:t>
      </w:r>
    </w:p>
    <w:p w14:paraId="79F4BB6F" w14:textId="77777777" w:rsidR="00A15F64" w:rsidRDefault="00A15F64" w:rsidP="00A15F64">
      <w:pPr>
        <w:spacing w:before="120" w:after="20"/>
        <w:rPr>
          <w:b/>
        </w:rPr>
      </w:pPr>
      <w:r>
        <w:rPr>
          <w:b/>
        </w:rPr>
        <w:t>________________________________________________________________________________________</w:t>
      </w:r>
    </w:p>
    <w:p w14:paraId="3CC79B6B" w14:textId="77777777" w:rsidR="00A15F64" w:rsidRDefault="00A15F64" w:rsidP="00A15F64">
      <w:pPr>
        <w:spacing w:before="120" w:after="20"/>
        <w:rPr>
          <w:b/>
        </w:rPr>
      </w:pPr>
      <w:r>
        <w:rPr>
          <w:b/>
        </w:rPr>
        <w:t>________________________________________________________________________________________</w:t>
      </w:r>
    </w:p>
    <w:p w14:paraId="50A228B8" w14:textId="77777777" w:rsidR="00A15F64" w:rsidRDefault="00A15F64" w:rsidP="00A15F64">
      <w:pPr>
        <w:spacing w:before="120" w:after="20"/>
        <w:rPr>
          <w:b/>
        </w:rPr>
      </w:pPr>
      <w:r>
        <w:rPr>
          <w:b/>
        </w:rPr>
        <w:t>________________________________________________________________________________________</w:t>
      </w:r>
    </w:p>
    <w:p w14:paraId="7800F44E" w14:textId="77777777" w:rsidR="00A15F64" w:rsidRDefault="00A15F64" w:rsidP="00A15F64">
      <w:pPr>
        <w:spacing w:before="120" w:after="20"/>
        <w:rPr>
          <w:b/>
        </w:rPr>
      </w:pPr>
      <w:r>
        <w:rPr>
          <w:b/>
        </w:rPr>
        <w:t>________________________________________________________________________________________</w:t>
      </w:r>
    </w:p>
    <w:p w14:paraId="57A94FE4" w14:textId="77777777" w:rsidR="00A15F64" w:rsidRDefault="00A15F64" w:rsidP="00A15F64">
      <w:pPr>
        <w:spacing w:before="120" w:after="20"/>
        <w:rPr>
          <w:b/>
        </w:rPr>
      </w:pPr>
      <w:r>
        <w:rPr>
          <w:b/>
        </w:rPr>
        <w:t>________________________________________________________________________________________</w:t>
      </w:r>
    </w:p>
    <w:p w14:paraId="156ACBE7" w14:textId="77777777" w:rsidR="00A15F64" w:rsidRDefault="00A15F64" w:rsidP="00A15F64">
      <w:pPr>
        <w:spacing w:before="120" w:after="20"/>
        <w:rPr>
          <w:b/>
        </w:rPr>
      </w:pPr>
      <w:r>
        <w:rPr>
          <w:b/>
        </w:rPr>
        <w:t>________________________________________________________________________________________</w:t>
      </w:r>
    </w:p>
    <w:p w14:paraId="3D1D09E0" w14:textId="77777777" w:rsidR="00A15F64" w:rsidRDefault="00A15F64" w:rsidP="00A15F64">
      <w:pPr>
        <w:spacing w:before="120" w:after="20"/>
        <w:rPr>
          <w:b/>
        </w:rPr>
      </w:pPr>
      <w:r>
        <w:rPr>
          <w:b/>
        </w:rPr>
        <w:t>________________________________________________________________________________________</w:t>
      </w:r>
    </w:p>
    <w:p w14:paraId="1E10AF9E" w14:textId="77777777" w:rsidR="00A15F64" w:rsidRDefault="00A15F64" w:rsidP="00A15F64">
      <w:pPr>
        <w:spacing w:before="120" w:after="20"/>
        <w:rPr>
          <w:b/>
        </w:rPr>
      </w:pPr>
      <w:r>
        <w:rPr>
          <w:b/>
        </w:rPr>
        <w:t>________________________________________________________________________________________</w:t>
      </w:r>
    </w:p>
    <w:p w14:paraId="7EA0CD66" w14:textId="77777777" w:rsidR="00A15F64" w:rsidRDefault="00A15F64">
      <w:pPr>
        <w:spacing w:after="40"/>
      </w:pPr>
    </w:p>
    <w:p w14:paraId="0ABB50ED" w14:textId="77777777" w:rsidR="00F034E7" w:rsidRDefault="00000000">
      <w:pPr>
        <w:spacing w:before="120" w:after="20"/>
      </w:pPr>
      <w:r>
        <w:rPr>
          <w:b/>
        </w:rPr>
        <w:t>18. Other funding and contributions</w:t>
      </w:r>
    </w:p>
    <w:p w14:paraId="4F1C3CDC" w14:textId="77777777" w:rsidR="00F034E7" w:rsidRDefault="00000000">
      <w:pPr>
        <w:spacing w:after="40"/>
        <w:rPr>
          <w:i/>
          <w:sz w:val="18"/>
        </w:rPr>
      </w:pPr>
      <w:r>
        <w:rPr>
          <w:i/>
          <w:sz w:val="18"/>
        </w:rPr>
        <w:t>Provide a final account of co-funding and other contributions received for the project.</w:t>
      </w:r>
    </w:p>
    <w:p w14:paraId="0B81ABCB" w14:textId="77777777" w:rsidR="00A15F64" w:rsidRDefault="00A15F64" w:rsidP="00A15F64">
      <w:pPr>
        <w:spacing w:before="120" w:after="20"/>
        <w:rPr>
          <w:b/>
        </w:rPr>
      </w:pPr>
      <w:r>
        <w:rPr>
          <w:b/>
        </w:rPr>
        <w:t>________________________________________________________________________________________</w:t>
      </w:r>
    </w:p>
    <w:p w14:paraId="08A83EAD" w14:textId="77777777" w:rsidR="00A15F64" w:rsidRDefault="00A15F64" w:rsidP="00A15F64">
      <w:pPr>
        <w:spacing w:before="120" w:after="20"/>
        <w:rPr>
          <w:b/>
        </w:rPr>
      </w:pPr>
      <w:r>
        <w:rPr>
          <w:b/>
        </w:rPr>
        <w:t>________________________________________________________________________________________</w:t>
      </w:r>
    </w:p>
    <w:p w14:paraId="3979219B" w14:textId="77777777" w:rsidR="00A15F64" w:rsidRDefault="00A15F64" w:rsidP="00A15F64">
      <w:pPr>
        <w:spacing w:before="120" w:after="20"/>
        <w:rPr>
          <w:b/>
        </w:rPr>
      </w:pPr>
      <w:r>
        <w:rPr>
          <w:b/>
        </w:rPr>
        <w:t>________________________________________________________________________________________</w:t>
      </w:r>
    </w:p>
    <w:p w14:paraId="770AF7F8" w14:textId="77777777" w:rsidR="00A15F64" w:rsidRDefault="00A15F64" w:rsidP="00A15F64">
      <w:pPr>
        <w:spacing w:before="120" w:after="20"/>
        <w:rPr>
          <w:b/>
        </w:rPr>
      </w:pPr>
      <w:r>
        <w:rPr>
          <w:b/>
        </w:rPr>
        <w:t>________________________________________________________________________________________</w:t>
      </w:r>
    </w:p>
    <w:p w14:paraId="7AD7DBED" w14:textId="77777777" w:rsidR="00A15F64" w:rsidRDefault="00A15F64" w:rsidP="00A15F64">
      <w:pPr>
        <w:spacing w:before="120" w:after="20"/>
        <w:rPr>
          <w:b/>
        </w:rPr>
      </w:pPr>
      <w:r>
        <w:rPr>
          <w:b/>
        </w:rPr>
        <w:t>________________________________________________________________________________________</w:t>
      </w:r>
    </w:p>
    <w:p w14:paraId="461D1699" w14:textId="77777777" w:rsidR="00A15F64" w:rsidRDefault="00A15F64" w:rsidP="00A15F64">
      <w:pPr>
        <w:spacing w:before="120" w:after="20"/>
        <w:rPr>
          <w:b/>
        </w:rPr>
      </w:pPr>
      <w:r>
        <w:rPr>
          <w:b/>
        </w:rPr>
        <w:t>________________________________________________________________________________________</w:t>
      </w:r>
    </w:p>
    <w:p w14:paraId="64F8BD07" w14:textId="77777777" w:rsidR="00A15F64" w:rsidRDefault="00A15F64" w:rsidP="00A15F64">
      <w:pPr>
        <w:spacing w:before="120" w:after="20"/>
        <w:rPr>
          <w:b/>
        </w:rPr>
      </w:pPr>
      <w:r>
        <w:rPr>
          <w:b/>
        </w:rPr>
        <w:t>________________________________________________________________________________________</w:t>
      </w:r>
    </w:p>
    <w:p w14:paraId="3578A064" w14:textId="77777777" w:rsidR="00A15F64" w:rsidRDefault="00A15F64" w:rsidP="00A15F64">
      <w:pPr>
        <w:spacing w:before="120" w:after="20"/>
        <w:rPr>
          <w:b/>
        </w:rPr>
      </w:pPr>
      <w:r>
        <w:rPr>
          <w:b/>
        </w:rPr>
        <w:t>________________________________________________________________________________________</w:t>
      </w:r>
    </w:p>
    <w:p w14:paraId="714BFEFA" w14:textId="77777777" w:rsidR="00A15F64" w:rsidRDefault="00A15F64">
      <w:pPr>
        <w:spacing w:after="40"/>
      </w:pPr>
    </w:p>
    <w:p w14:paraId="042DAC7B" w14:textId="77777777" w:rsidR="00F034E7" w:rsidRDefault="00000000">
      <w:pPr>
        <w:spacing w:before="140" w:after="60"/>
      </w:pPr>
      <w:r>
        <w:rPr>
          <w:b/>
          <w:sz w:val="22"/>
        </w:rPr>
        <w:t>G. FINAL COMMENTS</w:t>
      </w:r>
    </w:p>
    <w:p w14:paraId="673E94F1" w14:textId="77777777" w:rsidR="00F034E7" w:rsidRDefault="00000000">
      <w:pPr>
        <w:spacing w:before="120" w:after="20"/>
      </w:pPr>
      <w:r>
        <w:rPr>
          <w:b/>
        </w:rPr>
        <w:t>19. Final comments to the Sorghum Trust</w:t>
      </w:r>
    </w:p>
    <w:p w14:paraId="66E4DAD8" w14:textId="77777777" w:rsidR="00F034E7" w:rsidRDefault="00000000">
      <w:pPr>
        <w:spacing w:after="40"/>
      </w:pPr>
      <w:r>
        <w:rPr>
          <w:i/>
          <w:sz w:val="18"/>
        </w:rPr>
        <w:t>Provide any additional comments or matters that should be brought to the attention of the Sorghum Trust in closing the project.</w:t>
      </w:r>
    </w:p>
    <w:p w14:paraId="5E6BD7B0" w14:textId="77777777" w:rsidR="00A15F64" w:rsidRDefault="00A15F64" w:rsidP="00A15F64">
      <w:pPr>
        <w:spacing w:before="120" w:after="20"/>
        <w:rPr>
          <w:b/>
        </w:rPr>
      </w:pPr>
      <w:r>
        <w:rPr>
          <w:b/>
        </w:rPr>
        <w:t>________________________________________________________________________________________</w:t>
      </w:r>
    </w:p>
    <w:p w14:paraId="6A3E5BF8" w14:textId="77777777" w:rsidR="00A15F64" w:rsidRDefault="00A15F64" w:rsidP="00A15F64">
      <w:pPr>
        <w:spacing w:before="120" w:after="20"/>
        <w:rPr>
          <w:b/>
        </w:rPr>
      </w:pPr>
      <w:r>
        <w:rPr>
          <w:b/>
        </w:rPr>
        <w:t>________________________________________________________________________________________</w:t>
      </w:r>
    </w:p>
    <w:p w14:paraId="755B1B8C" w14:textId="77777777" w:rsidR="00A15F64" w:rsidRDefault="00A15F64" w:rsidP="00A15F64">
      <w:pPr>
        <w:spacing w:before="120" w:after="20"/>
        <w:rPr>
          <w:b/>
        </w:rPr>
      </w:pPr>
      <w:r>
        <w:rPr>
          <w:b/>
        </w:rPr>
        <w:t>________________________________________________________________________________________</w:t>
      </w:r>
    </w:p>
    <w:p w14:paraId="433CBDA0" w14:textId="77777777" w:rsidR="00A15F64" w:rsidRDefault="00A15F64" w:rsidP="00A15F64">
      <w:pPr>
        <w:spacing w:before="120" w:after="20"/>
        <w:rPr>
          <w:b/>
        </w:rPr>
      </w:pPr>
      <w:r>
        <w:rPr>
          <w:b/>
        </w:rPr>
        <w:t>________________________________________________________________________________________</w:t>
      </w:r>
    </w:p>
    <w:p w14:paraId="0C436F08" w14:textId="77777777" w:rsidR="00A15F64" w:rsidRDefault="00A15F64" w:rsidP="00A15F64">
      <w:pPr>
        <w:spacing w:before="120" w:after="20"/>
        <w:rPr>
          <w:b/>
        </w:rPr>
      </w:pPr>
      <w:r>
        <w:rPr>
          <w:b/>
        </w:rPr>
        <w:t>________________________________________________________________________________________</w:t>
      </w:r>
    </w:p>
    <w:p w14:paraId="12073976" w14:textId="77777777" w:rsidR="00A15F64" w:rsidRDefault="00A15F64" w:rsidP="00A15F64">
      <w:pPr>
        <w:spacing w:before="120" w:after="20"/>
        <w:rPr>
          <w:b/>
        </w:rPr>
      </w:pPr>
      <w:r>
        <w:rPr>
          <w:b/>
        </w:rPr>
        <w:t>________________________________________________________________________________________</w:t>
      </w:r>
    </w:p>
    <w:p w14:paraId="3A341625" w14:textId="77777777" w:rsidR="00A15F64" w:rsidRDefault="00A15F64" w:rsidP="00A15F64">
      <w:pPr>
        <w:spacing w:before="120" w:after="20"/>
        <w:rPr>
          <w:b/>
        </w:rPr>
      </w:pPr>
      <w:r>
        <w:rPr>
          <w:b/>
        </w:rPr>
        <w:t>________________________________________________________________________________________</w:t>
      </w:r>
    </w:p>
    <w:p w14:paraId="7B425EB5" w14:textId="77777777" w:rsidR="00A15F64" w:rsidRDefault="00A15F64" w:rsidP="00A15F64">
      <w:pPr>
        <w:spacing w:before="120" w:after="20"/>
        <w:rPr>
          <w:b/>
        </w:rPr>
      </w:pPr>
      <w:r>
        <w:rPr>
          <w:b/>
        </w:rPr>
        <w:t>________________________________________________________________________________________</w:t>
      </w:r>
    </w:p>
    <w:p w14:paraId="67E50069" w14:textId="77777777" w:rsidR="00A15F64" w:rsidRDefault="00A15F64">
      <w:pPr>
        <w:spacing w:before="140" w:after="60"/>
        <w:rPr>
          <w:b/>
          <w:sz w:val="22"/>
        </w:rPr>
      </w:pPr>
    </w:p>
    <w:p w14:paraId="596DF477" w14:textId="77777777" w:rsidR="00A15F64" w:rsidRDefault="00A15F64">
      <w:pPr>
        <w:spacing w:before="140" w:after="60"/>
        <w:rPr>
          <w:b/>
          <w:sz w:val="22"/>
        </w:rPr>
      </w:pPr>
    </w:p>
    <w:p w14:paraId="735FCE71" w14:textId="77777777" w:rsidR="00A15F64" w:rsidRDefault="00A15F64">
      <w:pPr>
        <w:spacing w:before="140" w:after="60"/>
        <w:rPr>
          <w:b/>
          <w:sz w:val="22"/>
        </w:rPr>
      </w:pPr>
    </w:p>
    <w:p w14:paraId="0F4B1902" w14:textId="6A485132" w:rsidR="00F034E7" w:rsidRDefault="00000000">
      <w:pPr>
        <w:spacing w:before="140" w:after="60"/>
      </w:pPr>
      <w:r>
        <w:rPr>
          <w:b/>
          <w:sz w:val="22"/>
        </w:rPr>
        <w:lastRenderedPageBreak/>
        <w:t>H. DECLARATION AND SIGNATURES</w:t>
      </w:r>
    </w:p>
    <w:p w14:paraId="4F0B1906" w14:textId="77777777" w:rsidR="00F034E7" w:rsidRDefault="00000000">
      <w:r>
        <w:t>The undersigned confirms that this report fairly and accurately reflects the work undertaken, results achieved, outputs delivered and expenditure incurred in respect of the project, and that all material information relevant to the Sorghum Trust's consideration and closure of the project has been disclosed.</w:t>
      </w:r>
      <w:r>
        <w:t xml:space="preserve"> The undersigned further authorises the Sorghum Trust to make this final report available to, and distribute it to, persons or entities requesting access to the report.</w:t>
      </w:r>
    </w:p>
    <w:tbl>
      <w:tblPr>
        <w:tblStyle w:val="TableGrid"/>
        <w:tblW w:w="0" w:type="auto"/>
        <w:jc w:val="center"/>
        <w:tblLook w:val="04A0" w:firstRow="1" w:lastRow="0" w:firstColumn="1" w:lastColumn="0" w:noHBand="0" w:noVBand="1"/>
      </w:tblPr>
      <w:tblGrid>
        <w:gridCol w:w="5112"/>
        <w:gridCol w:w="5112"/>
      </w:tblGrid>
      <w:tr w:rsidR="00F034E7" w14:paraId="1C053FF6" w14:textId="77777777" w:rsidTr="00A15F64">
        <w:trPr>
          <w:trHeight w:val="720"/>
          <w:jc w:val="center"/>
        </w:trPr>
        <w:tc>
          <w:tcPr>
            <w:tcW w:w="5112" w:type="dxa"/>
            <w:vAlign w:val="center"/>
          </w:tcPr>
          <w:p w14:paraId="77CBD6F7" w14:textId="77777777" w:rsidR="00F034E7" w:rsidRDefault="00000000">
            <w:r>
              <w:rPr>
                <w:b/>
              </w:rPr>
              <w:t>Name of Project Leader / Applicant:</w:t>
            </w:r>
          </w:p>
        </w:tc>
        <w:tc>
          <w:tcPr>
            <w:tcW w:w="5112" w:type="dxa"/>
            <w:vAlign w:val="center"/>
          </w:tcPr>
          <w:p w14:paraId="6202AF20" w14:textId="77777777" w:rsidR="00F034E7" w:rsidRDefault="00F034E7"/>
        </w:tc>
      </w:tr>
      <w:tr w:rsidR="00F034E7" w14:paraId="5E48A233" w14:textId="77777777" w:rsidTr="00A15F64">
        <w:trPr>
          <w:trHeight w:val="720"/>
          <w:jc w:val="center"/>
        </w:trPr>
        <w:tc>
          <w:tcPr>
            <w:tcW w:w="5112" w:type="dxa"/>
            <w:vAlign w:val="center"/>
          </w:tcPr>
          <w:p w14:paraId="107371F9" w14:textId="77777777" w:rsidR="00F034E7" w:rsidRDefault="00000000">
            <w:r>
              <w:rPr>
                <w:b/>
              </w:rPr>
              <w:t>Signature:</w:t>
            </w:r>
          </w:p>
        </w:tc>
        <w:tc>
          <w:tcPr>
            <w:tcW w:w="5112" w:type="dxa"/>
            <w:vAlign w:val="center"/>
          </w:tcPr>
          <w:p w14:paraId="37E81A60" w14:textId="77777777" w:rsidR="00F034E7" w:rsidRDefault="00F034E7"/>
        </w:tc>
      </w:tr>
      <w:tr w:rsidR="00F034E7" w14:paraId="64244B4F" w14:textId="77777777" w:rsidTr="00A15F64">
        <w:trPr>
          <w:trHeight w:val="720"/>
          <w:jc w:val="center"/>
        </w:trPr>
        <w:tc>
          <w:tcPr>
            <w:tcW w:w="5112" w:type="dxa"/>
            <w:vAlign w:val="center"/>
          </w:tcPr>
          <w:p w14:paraId="238369C0" w14:textId="77777777" w:rsidR="00F034E7" w:rsidRDefault="00000000">
            <w:r>
              <w:rPr>
                <w:b/>
              </w:rPr>
              <w:t>Place and Date:</w:t>
            </w:r>
          </w:p>
        </w:tc>
        <w:tc>
          <w:tcPr>
            <w:tcW w:w="5112" w:type="dxa"/>
            <w:vAlign w:val="center"/>
          </w:tcPr>
          <w:p w14:paraId="037CC1D2" w14:textId="77777777" w:rsidR="00F034E7" w:rsidRDefault="00F034E7"/>
        </w:tc>
      </w:tr>
      <w:tr w:rsidR="00F034E7" w14:paraId="3D6A6E53" w14:textId="77777777" w:rsidTr="00A15F64">
        <w:trPr>
          <w:trHeight w:val="720"/>
          <w:jc w:val="center"/>
        </w:trPr>
        <w:tc>
          <w:tcPr>
            <w:tcW w:w="5112" w:type="dxa"/>
            <w:vAlign w:val="center"/>
          </w:tcPr>
          <w:p w14:paraId="5F6A147A" w14:textId="77777777" w:rsidR="00F034E7" w:rsidRDefault="00000000">
            <w:r>
              <w:rPr>
                <w:b/>
              </w:rPr>
              <w:t>Name and Position of Authorised Institutional Representative:</w:t>
            </w:r>
          </w:p>
        </w:tc>
        <w:tc>
          <w:tcPr>
            <w:tcW w:w="5112" w:type="dxa"/>
            <w:vAlign w:val="center"/>
          </w:tcPr>
          <w:p w14:paraId="03A0730D" w14:textId="77777777" w:rsidR="00F034E7" w:rsidRDefault="00F034E7"/>
        </w:tc>
      </w:tr>
      <w:tr w:rsidR="00F034E7" w14:paraId="4512E8A3" w14:textId="77777777" w:rsidTr="00A15F64">
        <w:trPr>
          <w:trHeight w:val="720"/>
          <w:jc w:val="center"/>
        </w:trPr>
        <w:tc>
          <w:tcPr>
            <w:tcW w:w="5112" w:type="dxa"/>
            <w:vAlign w:val="center"/>
          </w:tcPr>
          <w:p w14:paraId="37172D43" w14:textId="77777777" w:rsidR="00F034E7" w:rsidRDefault="00000000">
            <w:r>
              <w:rPr>
                <w:b/>
              </w:rPr>
              <w:t>Signature:</w:t>
            </w:r>
          </w:p>
        </w:tc>
        <w:tc>
          <w:tcPr>
            <w:tcW w:w="5112" w:type="dxa"/>
            <w:vAlign w:val="center"/>
          </w:tcPr>
          <w:p w14:paraId="0F302548" w14:textId="77777777" w:rsidR="00F034E7" w:rsidRDefault="00F034E7"/>
        </w:tc>
      </w:tr>
      <w:tr w:rsidR="00F034E7" w14:paraId="39A7648B" w14:textId="77777777" w:rsidTr="00A15F64">
        <w:trPr>
          <w:trHeight w:val="720"/>
          <w:jc w:val="center"/>
        </w:trPr>
        <w:tc>
          <w:tcPr>
            <w:tcW w:w="5112" w:type="dxa"/>
            <w:vAlign w:val="center"/>
          </w:tcPr>
          <w:p w14:paraId="017398E0" w14:textId="77777777" w:rsidR="00F034E7" w:rsidRDefault="00000000">
            <w:r>
              <w:rPr>
                <w:b/>
              </w:rPr>
              <w:t>Place and Date:</w:t>
            </w:r>
          </w:p>
        </w:tc>
        <w:tc>
          <w:tcPr>
            <w:tcW w:w="5112" w:type="dxa"/>
            <w:vAlign w:val="center"/>
          </w:tcPr>
          <w:p w14:paraId="4ABC6CD1" w14:textId="77777777" w:rsidR="00F034E7" w:rsidRDefault="00F034E7"/>
        </w:tc>
      </w:tr>
    </w:tbl>
    <w:p w14:paraId="65C90CE6" w14:textId="77777777" w:rsidR="00F034E7" w:rsidRDefault="00000000">
      <w:pPr>
        <w:spacing w:before="140" w:after="60"/>
      </w:pPr>
      <w:r>
        <w:rPr>
          <w:b/>
          <w:sz w:val="22"/>
        </w:rPr>
        <w:t>I. SUPPORTING DOCUMENTS</w:t>
      </w:r>
    </w:p>
    <w:p w14:paraId="6D00BCAD" w14:textId="77777777" w:rsidR="00F034E7" w:rsidRDefault="00000000">
      <w:r>
        <w:t>Attach, where applicable:</w:t>
      </w:r>
    </w:p>
    <w:p w14:paraId="505332FB" w14:textId="77777777" w:rsidR="00F034E7" w:rsidRDefault="00000000">
      <w:pPr>
        <w:pStyle w:val="ListBullet"/>
      </w:pPr>
      <w:r>
        <w:t>Final technical or scientific report and supporting data;</w:t>
      </w:r>
    </w:p>
    <w:p w14:paraId="22D7A406" w14:textId="77777777" w:rsidR="00F034E7" w:rsidRDefault="00000000">
      <w:pPr>
        <w:pStyle w:val="ListBullet"/>
      </w:pPr>
      <w:r>
        <w:t>Publications, technical reports and other project outputs;</w:t>
      </w:r>
    </w:p>
    <w:p w14:paraId="45BC2FAE" w14:textId="77777777" w:rsidR="00F034E7" w:rsidRDefault="00000000">
      <w:pPr>
        <w:pStyle w:val="ListBullet"/>
      </w:pPr>
      <w:r>
        <w:t>Final financial statement / expenditure reconciliation;</w:t>
      </w:r>
    </w:p>
    <w:p w14:paraId="5F7DF436" w14:textId="77777777" w:rsidR="00F034E7" w:rsidRDefault="00000000">
      <w:pPr>
        <w:pStyle w:val="ListBullet"/>
      </w:pPr>
      <w:r>
        <w:t>Evidence supporting key deliverables and milestones;</w:t>
      </w:r>
    </w:p>
    <w:p w14:paraId="7E0E98D3" w14:textId="77777777" w:rsidR="00F034E7" w:rsidRDefault="00000000">
      <w:pPr>
        <w:pStyle w:val="ListBullet"/>
      </w:pPr>
      <w:r>
        <w:t>Details of students and capacity-development outcomes;</w:t>
      </w:r>
    </w:p>
    <w:p w14:paraId="1109D55C" w14:textId="77777777" w:rsidR="00F034E7" w:rsidRDefault="00000000">
      <w:pPr>
        <w:pStyle w:val="ListBullet"/>
      </w:pPr>
      <w:r>
        <w:t>Details of capital assets acquired with Trust funding; and</w:t>
      </w:r>
    </w:p>
    <w:p w14:paraId="414AE3E4" w14:textId="77777777" w:rsidR="00F034E7" w:rsidRDefault="00000000">
      <w:pPr>
        <w:pStyle w:val="ListBullet"/>
      </w:pPr>
      <w:r>
        <w:t>Any other material necessary to demonstrate completion and outcomes.</w:t>
      </w:r>
    </w:p>
    <w:p w14:paraId="711587E1" w14:textId="3D7FB8BE" w:rsidR="00F034E7" w:rsidRDefault="00F034E7">
      <w:pPr>
        <w:jc w:val="center"/>
      </w:pPr>
    </w:p>
    <w:sectPr w:rsidR="00F034E7" w:rsidSect="00034616">
      <w:pgSz w:w="12240" w:h="15840"/>
      <w:pgMar w:top="792" w:right="1008" w:bottom="792"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1337751">
    <w:abstractNumId w:val="8"/>
  </w:num>
  <w:num w:numId="2" w16cid:durableId="303198995">
    <w:abstractNumId w:val="6"/>
  </w:num>
  <w:num w:numId="3" w16cid:durableId="333648339">
    <w:abstractNumId w:val="5"/>
  </w:num>
  <w:num w:numId="4" w16cid:durableId="518352217">
    <w:abstractNumId w:val="4"/>
  </w:num>
  <w:num w:numId="5" w16cid:durableId="1299608122">
    <w:abstractNumId w:val="7"/>
  </w:num>
  <w:num w:numId="6" w16cid:durableId="1192261000">
    <w:abstractNumId w:val="3"/>
  </w:num>
  <w:num w:numId="7" w16cid:durableId="177355105">
    <w:abstractNumId w:val="2"/>
  </w:num>
  <w:num w:numId="8" w16cid:durableId="992098445">
    <w:abstractNumId w:val="1"/>
  </w:num>
  <w:num w:numId="9" w16cid:durableId="1049887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9F5EB6"/>
    <w:rsid w:val="00A15F64"/>
    <w:rsid w:val="00AA1D8D"/>
    <w:rsid w:val="00B47730"/>
    <w:rsid w:val="00CB0664"/>
    <w:rsid w:val="00F034E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4153C7E"/>
  <w14:defaultImageDpi w14:val="300"/>
  <w15:docId w15:val="{C2A74743-56AC-46E8-A0C5-FEB9215DE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2AF5B624E513C4397BC215B82CB82FB" ma:contentTypeVersion="11" ma:contentTypeDescription="Create a new document." ma:contentTypeScope="" ma:versionID="916404b98df7be87bf09c8c17ca1fdde">
  <xsd:schema xmlns:xsd="http://www.w3.org/2001/XMLSchema" xmlns:xs="http://www.w3.org/2001/XMLSchema" xmlns:p="http://schemas.microsoft.com/office/2006/metadata/properties" xmlns:ns2="b18162fa-d22b-4231-8219-96c422dcddba" xmlns:ns3="5b997d53-d2c2-47b7-9da4-5d01c02cedaf" targetNamespace="http://schemas.microsoft.com/office/2006/metadata/properties" ma:root="true" ma:fieldsID="74b9f3f68355faa16b3481442e104680" ns2:_="" ns3:_="">
    <xsd:import namespace="b18162fa-d22b-4231-8219-96c422dcddba"/>
    <xsd:import namespace="5b997d53-d2c2-47b7-9da4-5d01c02ceda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8162fa-d22b-4231-8219-96c422dcdd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b6cf2fa-d47e-4fb3-b330-3a8bf265a53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5b997d53-d2c2-47b7-9da4-5d01c02cedaf"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360d948-b13f-4226-a9ee-2cc9ba34c44e}" ma:internalName="TaxCatchAll" ma:showField="CatchAllData" ma:web="5b997d53-d2c2-47b7-9da4-5d01c02ced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b997d53-d2c2-47b7-9da4-5d01c02cedaf" xsi:nil="true"/>
    <lcf76f155ced4ddcb4097134ff3c332f xmlns="b18162fa-d22b-4231-8219-96c422dcdd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B7283A8B-31CA-4F4F-96CF-18EF1C3AB94A}"/>
</file>

<file path=customXml/itemProps3.xml><?xml version="1.0" encoding="utf-8"?>
<ds:datastoreItem xmlns:ds="http://schemas.openxmlformats.org/officeDocument/2006/customXml" ds:itemID="{4799C44E-7876-4F2F-9C93-D19490CB0BA9}"/>
</file>

<file path=customXml/itemProps4.xml><?xml version="1.0" encoding="utf-8"?>
<ds:datastoreItem xmlns:ds="http://schemas.openxmlformats.org/officeDocument/2006/customXml" ds:itemID="{30CED6D7-5B7A-43D7-A21A-5D5DCAF11EB8}"/>
</file>

<file path=docProps/app.xml><?xml version="1.0" encoding="utf-8"?>
<Properties xmlns="http://schemas.openxmlformats.org/officeDocument/2006/extended-properties" xmlns:vt="http://schemas.openxmlformats.org/officeDocument/2006/docPropsVTypes">
  <Template>Normal</Template>
  <TotalTime>3</TotalTime>
  <Pages>9</Pages>
  <Words>2549</Words>
  <Characters>14534</Characters>
  <Application>Microsoft Office Word</Application>
  <DocSecurity>0</DocSecurity>
  <Lines>121</Lines>
  <Paragraphs>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17049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Clare Carter-Furguson</cp:lastModifiedBy>
  <cp:revision>2</cp:revision>
  <dcterms:created xsi:type="dcterms:W3CDTF">2026-08-13T09:02:00Z</dcterms:created>
  <dcterms:modified xsi:type="dcterms:W3CDTF">2026-08-13T09:02:00Z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0x01010072AF5B624E513C4397BC215B82CB82FB</vt:lpwstr>
  </property>
</Properties>
</file>