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BFB19" w14:textId="2DFEE31C" w:rsidR="006E41A2" w:rsidRDefault="00000000">
      <w:pPr>
        <w:jc w:val="center"/>
      </w:pPr>
      <w:r>
        <w:rPr>
          <w:noProof/>
        </w:rPr>
        <w:drawing>
          <wp:inline distT="0" distB="0" distL="0" distR="0" wp14:anchorId="0874335F" wp14:editId="6CE3799C">
            <wp:extent cx="960120" cy="10018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 LOGO - 2023.05.08 - KRAAG(1).PNG"/>
                    <pic:cNvPicPr/>
                  </pic:nvPicPr>
                  <pic:blipFill>
                    <a:blip r:embed="rId6"/>
                    <a:stretch>
                      <a:fillRect/>
                    </a:stretch>
                  </pic:blipFill>
                  <pic:spPr>
                    <a:xfrm>
                      <a:off x="0" y="0"/>
                      <a:ext cx="960120" cy="1001864"/>
                    </a:xfrm>
                    <a:prstGeom prst="rect">
                      <a:avLst/>
                    </a:prstGeom>
                  </pic:spPr>
                </pic:pic>
              </a:graphicData>
            </a:graphic>
          </wp:inline>
        </w:drawing>
      </w:r>
      <w:r>
        <w:rPr>
          <w:b/>
          <w:sz w:val="32"/>
        </w:rPr>
        <w:br/>
      </w:r>
      <w:r w:rsidRPr="00A52484">
        <w:rPr>
          <w:b/>
          <w:sz w:val="40"/>
          <w:szCs w:val="28"/>
        </w:rPr>
        <w:t>THE SORGHUM TRUST</w:t>
      </w:r>
      <w:r w:rsidRPr="00A52484">
        <w:rPr>
          <w:b/>
          <w:sz w:val="40"/>
          <w:szCs w:val="28"/>
        </w:rPr>
        <w:br/>
        <w:t xml:space="preserve">RESEARCH FUNDING APPLICATION – NEW </w:t>
      </w:r>
    </w:p>
    <w:p w14:paraId="3D8C9A24" w14:textId="77777777" w:rsidR="006E41A2" w:rsidRDefault="00000000">
      <w:pPr>
        <w:jc w:val="center"/>
      </w:pPr>
      <w:r>
        <w:rPr>
          <w:i/>
          <w:sz w:val="18"/>
        </w:rPr>
        <w:t>Please complete this form for each new project for which funding is requested. Information should be concise but sufficient to permit proper technical and funding evaluation. Additional supporting information may be attached where necessary.</w:t>
      </w:r>
    </w:p>
    <w:p w14:paraId="5602296C" w14:textId="77777777" w:rsidR="006E41A2" w:rsidRDefault="00000000">
      <w:pPr>
        <w:spacing w:before="140" w:after="60"/>
      </w:pPr>
      <w:r>
        <w:rPr>
          <w:b/>
          <w:sz w:val="22"/>
        </w:rPr>
        <w:t>A. PROJECT AND APPLICANT DETAILS</w:t>
      </w:r>
    </w:p>
    <w:tbl>
      <w:tblPr>
        <w:tblStyle w:val="TableGrid"/>
        <w:tblW w:w="0" w:type="auto"/>
        <w:jc w:val="center"/>
        <w:tblLook w:val="04A0" w:firstRow="1" w:lastRow="0" w:firstColumn="1" w:lastColumn="0" w:noHBand="0" w:noVBand="1"/>
      </w:tblPr>
      <w:tblGrid>
        <w:gridCol w:w="5112"/>
        <w:gridCol w:w="5112"/>
      </w:tblGrid>
      <w:tr w:rsidR="006E41A2" w14:paraId="465173EA" w14:textId="77777777" w:rsidTr="00A52484">
        <w:trPr>
          <w:trHeight w:val="432"/>
          <w:jc w:val="center"/>
        </w:trPr>
        <w:tc>
          <w:tcPr>
            <w:tcW w:w="5112" w:type="dxa"/>
            <w:vAlign w:val="center"/>
          </w:tcPr>
          <w:p w14:paraId="2BFC05FA" w14:textId="77777777" w:rsidR="006E41A2" w:rsidRDefault="00000000">
            <w:r>
              <w:rPr>
                <w:b/>
              </w:rPr>
              <w:t>Title of Research Project:</w:t>
            </w:r>
          </w:p>
        </w:tc>
        <w:tc>
          <w:tcPr>
            <w:tcW w:w="5112" w:type="dxa"/>
            <w:vAlign w:val="center"/>
          </w:tcPr>
          <w:p w14:paraId="7E7E1751" w14:textId="77777777" w:rsidR="006E41A2" w:rsidRDefault="006E41A2"/>
        </w:tc>
      </w:tr>
      <w:tr w:rsidR="006E41A2" w14:paraId="73C4AFBF" w14:textId="77777777" w:rsidTr="00A52484">
        <w:trPr>
          <w:trHeight w:val="432"/>
          <w:jc w:val="center"/>
        </w:trPr>
        <w:tc>
          <w:tcPr>
            <w:tcW w:w="5112" w:type="dxa"/>
            <w:vAlign w:val="center"/>
          </w:tcPr>
          <w:p w14:paraId="3DD8AAA7" w14:textId="77777777" w:rsidR="006E41A2" w:rsidRDefault="00000000">
            <w:r>
              <w:rPr>
                <w:b/>
              </w:rPr>
              <w:t>Name and Trading Name of Applicant / Institution:</w:t>
            </w:r>
          </w:p>
        </w:tc>
        <w:tc>
          <w:tcPr>
            <w:tcW w:w="5112" w:type="dxa"/>
            <w:vAlign w:val="center"/>
          </w:tcPr>
          <w:p w14:paraId="3C17AFEB" w14:textId="77777777" w:rsidR="006E41A2" w:rsidRDefault="006E41A2"/>
        </w:tc>
      </w:tr>
      <w:tr w:rsidR="006E41A2" w14:paraId="15B8DFE2" w14:textId="77777777" w:rsidTr="00A52484">
        <w:trPr>
          <w:trHeight w:val="432"/>
          <w:jc w:val="center"/>
        </w:trPr>
        <w:tc>
          <w:tcPr>
            <w:tcW w:w="5112" w:type="dxa"/>
            <w:vAlign w:val="center"/>
          </w:tcPr>
          <w:p w14:paraId="5B97295F" w14:textId="77777777" w:rsidR="006E41A2" w:rsidRDefault="00000000">
            <w:r>
              <w:rPr>
                <w:b/>
              </w:rPr>
              <w:t>Lead Researcher / Project Leader:</w:t>
            </w:r>
          </w:p>
        </w:tc>
        <w:tc>
          <w:tcPr>
            <w:tcW w:w="5112" w:type="dxa"/>
            <w:vAlign w:val="center"/>
          </w:tcPr>
          <w:p w14:paraId="511B0C6F" w14:textId="77777777" w:rsidR="006E41A2" w:rsidRDefault="006E41A2"/>
        </w:tc>
      </w:tr>
      <w:tr w:rsidR="006E41A2" w14:paraId="21FC894F" w14:textId="77777777" w:rsidTr="00A52484">
        <w:trPr>
          <w:trHeight w:val="432"/>
          <w:jc w:val="center"/>
        </w:trPr>
        <w:tc>
          <w:tcPr>
            <w:tcW w:w="5112" w:type="dxa"/>
            <w:vAlign w:val="center"/>
          </w:tcPr>
          <w:p w14:paraId="7071A79B" w14:textId="77777777" w:rsidR="006E41A2" w:rsidRDefault="00000000">
            <w:r>
              <w:rPr>
                <w:b/>
              </w:rPr>
              <w:t>E-mail Address:</w:t>
            </w:r>
          </w:p>
        </w:tc>
        <w:tc>
          <w:tcPr>
            <w:tcW w:w="5112" w:type="dxa"/>
            <w:vAlign w:val="center"/>
          </w:tcPr>
          <w:p w14:paraId="5337E296" w14:textId="77777777" w:rsidR="006E41A2" w:rsidRDefault="006E41A2"/>
        </w:tc>
      </w:tr>
      <w:tr w:rsidR="006E41A2" w14:paraId="45AD9455" w14:textId="77777777" w:rsidTr="00A52484">
        <w:trPr>
          <w:trHeight w:val="432"/>
          <w:jc w:val="center"/>
        </w:trPr>
        <w:tc>
          <w:tcPr>
            <w:tcW w:w="5112" w:type="dxa"/>
            <w:vAlign w:val="center"/>
          </w:tcPr>
          <w:p w14:paraId="702C55FE" w14:textId="77777777" w:rsidR="006E41A2" w:rsidRDefault="00000000">
            <w:r>
              <w:rPr>
                <w:b/>
              </w:rPr>
              <w:t>Telephone Number:</w:t>
            </w:r>
          </w:p>
        </w:tc>
        <w:tc>
          <w:tcPr>
            <w:tcW w:w="5112" w:type="dxa"/>
            <w:vAlign w:val="center"/>
          </w:tcPr>
          <w:p w14:paraId="6FEBD740" w14:textId="77777777" w:rsidR="006E41A2" w:rsidRDefault="006E41A2"/>
        </w:tc>
      </w:tr>
      <w:tr w:rsidR="006E41A2" w14:paraId="2C08D03F" w14:textId="77777777" w:rsidTr="00A52484">
        <w:trPr>
          <w:trHeight w:val="432"/>
          <w:jc w:val="center"/>
        </w:trPr>
        <w:tc>
          <w:tcPr>
            <w:tcW w:w="5112" w:type="dxa"/>
            <w:vAlign w:val="center"/>
          </w:tcPr>
          <w:p w14:paraId="2F2051E1" w14:textId="77777777" w:rsidR="006E41A2" w:rsidRDefault="00000000">
            <w:r>
              <w:rPr>
                <w:b/>
              </w:rPr>
              <w:t>Duration of Proposed Study:</w:t>
            </w:r>
          </w:p>
        </w:tc>
        <w:tc>
          <w:tcPr>
            <w:tcW w:w="5112" w:type="dxa"/>
            <w:vAlign w:val="center"/>
          </w:tcPr>
          <w:p w14:paraId="05F1E5C8" w14:textId="77777777" w:rsidR="006E41A2" w:rsidRDefault="006E41A2"/>
        </w:tc>
      </w:tr>
      <w:tr w:rsidR="006E41A2" w14:paraId="42DC3A63" w14:textId="77777777" w:rsidTr="00A52484">
        <w:trPr>
          <w:trHeight w:val="432"/>
          <w:jc w:val="center"/>
        </w:trPr>
        <w:tc>
          <w:tcPr>
            <w:tcW w:w="5112" w:type="dxa"/>
            <w:vAlign w:val="center"/>
          </w:tcPr>
          <w:p w14:paraId="6929C944" w14:textId="77777777" w:rsidR="006E41A2" w:rsidRDefault="00000000">
            <w:r>
              <w:rPr>
                <w:b/>
              </w:rPr>
              <w:t>Funding Year Applied For:</w:t>
            </w:r>
          </w:p>
        </w:tc>
        <w:tc>
          <w:tcPr>
            <w:tcW w:w="5112" w:type="dxa"/>
            <w:vAlign w:val="center"/>
          </w:tcPr>
          <w:p w14:paraId="031B2161" w14:textId="77777777" w:rsidR="006E41A2" w:rsidRDefault="006E41A2"/>
        </w:tc>
      </w:tr>
      <w:tr w:rsidR="00A52484" w14:paraId="78879E4B" w14:textId="77777777" w:rsidTr="00A52484">
        <w:trPr>
          <w:trHeight w:val="432"/>
          <w:jc w:val="center"/>
        </w:trPr>
        <w:tc>
          <w:tcPr>
            <w:tcW w:w="5112" w:type="dxa"/>
            <w:vMerge w:val="restart"/>
            <w:vAlign w:val="center"/>
          </w:tcPr>
          <w:p w14:paraId="15B8D1FE" w14:textId="56FC869E" w:rsidR="00A52484" w:rsidRDefault="00A52484" w:rsidP="00A52484">
            <w:r>
              <w:rPr>
                <w:b/>
              </w:rPr>
              <w:t xml:space="preserve">Total Project Cost </w:t>
            </w:r>
          </w:p>
        </w:tc>
        <w:tc>
          <w:tcPr>
            <w:tcW w:w="5112" w:type="dxa"/>
            <w:vAlign w:val="center"/>
          </w:tcPr>
          <w:p w14:paraId="6E5CC893" w14:textId="66C02D69" w:rsidR="00A52484" w:rsidRDefault="00A52484" w:rsidP="00A52484">
            <w:pPr>
              <w:jc w:val="right"/>
            </w:pPr>
            <w:r>
              <w:t>(VAT INCLUSIVE)</w:t>
            </w:r>
          </w:p>
        </w:tc>
      </w:tr>
      <w:tr w:rsidR="00A52484" w14:paraId="199E61F0" w14:textId="77777777" w:rsidTr="00A52484">
        <w:trPr>
          <w:trHeight w:val="432"/>
          <w:jc w:val="center"/>
        </w:trPr>
        <w:tc>
          <w:tcPr>
            <w:tcW w:w="5112" w:type="dxa"/>
            <w:vMerge/>
            <w:vAlign w:val="center"/>
          </w:tcPr>
          <w:p w14:paraId="398D4DC0" w14:textId="77777777" w:rsidR="00A52484" w:rsidRDefault="00A52484" w:rsidP="00A52484">
            <w:pPr>
              <w:rPr>
                <w:b/>
              </w:rPr>
            </w:pPr>
          </w:p>
        </w:tc>
        <w:tc>
          <w:tcPr>
            <w:tcW w:w="5112" w:type="dxa"/>
            <w:vAlign w:val="center"/>
          </w:tcPr>
          <w:p w14:paraId="7CEC8B06" w14:textId="18C28AB1" w:rsidR="00A52484" w:rsidRDefault="00A52484" w:rsidP="00A52484">
            <w:pPr>
              <w:jc w:val="right"/>
            </w:pPr>
            <w:r>
              <w:t>(VAT EXCLUSIVE)</w:t>
            </w:r>
          </w:p>
        </w:tc>
      </w:tr>
      <w:tr w:rsidR="00A52484" w14:paraId="38EC42A9" w14:textId="77777777" w:rsidTr="00A52484">
        <w:trPr>
          <w:trHeight w:val="432"/>
          <w:jc w:val="center"/>
        </w:trPr>
        <w:tc>
          <w:tcPr>
            <w:tcW w:w="5112" w:type="dxa"/>
            <w:vMerge w:val="restart"/>
            <w:vAlign w:val="center"/>
          </w:tcPr>
          <w:p w14:paraId="5193142F" w14:textId="77777777" w:rsidR="00A52484" w:rsidRDefault="00A52484" w:rsidP="00A52484">
            <w:pPr>
              <w:rPr>
                <w:b/>
              </w:rPr>
            </w:pPr>
            <w:r>
              <w:rPr>
                <w:b/>
              </w:rPr>
              <w:t xml:space="preserve">Amount Requested from the Sorghum Trust – </w:t>
            </w:r>
          </w:p>
          <w:p w14:paraId="05D09CDC" w14:textId="1932EBF7" w:rsidR="00A52484" w:rsidRDefault="00A52484" w:rsidP="00A52484">
            <w:r>
              <w:rPr>
                <w:b/>
              </w:rPr>
              <w:t>Year 1:</w:t>
            </w:r>
          </w:p>
        </w:tc>
        <w:tc>
          <w:tcPr>
            <w:tcW w:w="5112" w:type="dxa"/>
            <w:vAlign w:val="center"/>
          </w:tcPr>
          <w:p w14:paraId="2F1E4FE8" w14:textId="759B042F" w:rsidR="00A52484" w:rsidRDefault="00A52484" w:rsidP="00A52484">
            <w:pPr>
              <w:jc w:val="right"/>
            </w:pPr>
            <w:r>
              <w:t>(VAT EXCLUSIVE)</w:t>
            </w:r>
          </w:p>
        </w:tc>
      </w:tr>
      <w:tr w:rsidR="00A52484" w14:paraId="7003315C" w14:textId="77777777" w:rsidTr="00A52484">
        <w:trPr>
          <w:trHeight w:val="432"/>
          <w:jc w:val="center"/>
        </w:trPr>
        <w:tc>
          <w:tcPr>
            <w:tcW w:w="5112" w:type="dxa"/>
            <w:vMerge/>
            <w:vAlign w:val="center"/>
          </w:tcPr>
          <w:p w14:paraId="510BE10E" w14:textId="77777777" w:rsidR="00A52484" w:rsidRDefault="00A52484" w:rsidP="00A52484">
            <w:pPr>
              <w:rPr>
                <w:b/>
              </w:rPr>
            </w:pPr>
          </w:p>
        </w:tc>
        <w:tc>
          <w:tcPr>
            <w:tcW w:w="5112" w:type="dxa"/>
            <w:vAlign w:val="center"/>
          </w:tcPr>
          <w:p w14:paraId="4FC5BD7D" w14:textId="574E5D53" w:rsidR="00A52484" w:rsidRDefault="00A52484" w:rsidP="00A52484">
            <w:pPr>
              <w:jc w:val="right"/>
            </w:pPr>
            <w:r>
              <w:t>(VAT EXCLUSIVE)</w:t>
            </w:r>
          </w:p>
        </w:tc>
      </w:tr>
      <w:tr w:rsidR="00A52484" w14:paraId="662F9212" w14:textId="77777777" w:rsidTr="00A52484">
        <w:trPr>
          <w:trHeight w:val="432"/>
          <w:jc w:val="center"/>
        </w:trPr>
        <w:tc>
          <w:tcPr>
            <w:tcW w:w="5112" w:type="dxa"/>
            <w:vMerge w:val="restart"/>
            <w:vAlign w:val="center"/>
          </w:tcPr>
          <w:p w14:paraId="5AC61CE4" w14:textId="77777777" w:rsidR="00A52484" w:rsidRDefault="00A52484" w:rsidP="00A52484">
            <w:r>
              <w:rPr>
                <w:b/>
              </w:rPr>
              <w:t>Total Amount Requested from the Sorghum Trust over Project Term:</w:t>
            </w:r>
          </w:p>
        </w:tc>
        <w:tc>
          <w:tcPr>
            <w:tcW w:w="5112" w:type="dxa"/>
            <w:vAlign w:val="center"/>
          </w:tcPr>
          <w:p w14:paraId="7D4F4C50" w14:textId="114317A1" w:rsidR="00A52484" w:rsidRDefault="00A52484" w:rsidP="00A52484">
            <w:pPr>
              <w:jc w:val="right"/>
            </w:pPr>
            <w:r>
              <w:t>(VAT EXCLUSIVE)</w:t>
            </w:r>
          </w:p>
        </w:tc>
      </w:tr>
      <w:tr w:rsidR="00A52484" w14:paraId="083330BB" w14:textId="77777777" w:rsidTr="00A52484">
        <w:trPr>
          <w:trHeight w:val="432"/>
          <w:jc w:val="center"/>
        </w:trPr>
        <w:tc>
          <w:tcPr>
            <w:tcW w:w="5112" w:type="dxa"/>
            <w:vMerge/>
            <w:vAlign w:val="center"/>
          </w:tcPr>
          <w:p w14:paraId="49327A13" w14:textId="77777777" w:rsidR="00A52484" w:rsidRDefault="00A52484" w:rsidP="00A52484">
            <w:pPr>
              <w:rPr>
                <w:b/>
              </w:rPr>
            </w:pPr>
          </w:p>
        </w:tc>
        <w:tc>
          <w:tcPr>
            <w:tcW w:w="5112" w:type="dxa"/>
            <w:vAlign w:val="center"/>
          </w:tcPr>
          <w:p w14:paraId="30820CD6" w14:textId="1B3CB1D9" w:rsidR="00A52484" w:rsidRDefault="00A52484" w:rsidP="00A52484">
            <w:pPr>
              <w:jc w:val="right"/>
            </w:pPr>
            <w:r>
              <w:t>(VAT EXCLUSIVE)</w:t>
            </w:r>
          </w:p>
        </w:tc>
      </w:tr>
    </w:tbl>
    <w:p w14:paraId="75B904DD" w14:textId="77777777" w:rsidR="00A52484" w:rsidRDefault="00A52484">
      <w:pPr>
        <w:spacing w:before="140" w:after="60"/>
        <w:rPr>
          <w:b/>
          <w:sz w:val="22"/>
        </w:rPr>
      </w:pPr>
    </w:p>
    <w:p w14:paraId="51F4D778" w14:textId="77777777" w:rsidR="00A52484" w:rsidRDefault="00A52484">
      <w:pPr>
        <w:spacing w:before="140" w:after="60"/>
        <w:rPr>
          <w:b/>
          <w:sz w:val="22"/>
        </w:rPr>
      </w:pPr>
    </w:p>
    <w:p w14:paraId="0EA17B98" w14:textId="77777777" w:rsidR="00A52484" w:rsidRDefault="00A52484">
      <w:pPr>
        <w:spacing w:before="140" w:after="60"/>
        <w:rPr>
          <w:b/>
          <w:sz w:val="22"/>
        </w:rPr>
      </w:pPr>
    </w:p>
    <w:p w14:paraId="34C802F3" w14:textId="77777777" w:rsidR="00A52484" w:rsidRDefault="00A52484">
      <w:pPr>
        <w:spacing w:before="140" w:after="60"/>
        <w:rPr>
          <w:b/>
          <w:sz w:val="22"/>
        </w:rPr>
      </w:pPr>
    </w:p>
    <w:p w14:paraId="62A70CAF" w14:textId="77777777" w:rsidR="00A52484" w:rsidRDefault="00A52484">
      <w:pPr>
        <w:spacing w:before="140" w:after="60"/>
        <w:rPr>
          <w:b/>
          <w:sz w:val="22"/>
        </w:rPr>
      </w:pPr>
    </w:p>
    <w:p w14:paraId="0435EF63" w14:textId="77777777" w:rsidR="00A52484" w:rsidRDefault="00A52484">
      <w:pPr>
        <w:spacing w:before="140" w:after="60"/>
        <w:rPr>
          <w:b/>
          <w:sz w:val="22"/>
        </w:rPr>
      </w:pPr>
    </w:p>
    <w:p w14:paraId="7C87DDFA" w14:textId="77777777" w:rsidR="00A52484" w:rsidRDefault="00A52484">
      <w:pPr>
        <w:spacing w:before="140" w:after="60"/>
        <w:rPr>
          <w:b/>
          <w:sz w:val="22"/>
        </w:rPr>
      </w:pPr>
    </w:p>
    <w:p w14:paraId="706708FF" w14:textId="77777777" w:rsidR="00A52484" w:rsidRDefault="00A52484">
      <w:pPr>
        <w:spacing w:before="140" w:after="60"/>
        <w:rPr>
          <w:b/>
          <w:sz w:val="22"/>
        </w:rPr>
      </w:pPr>
    </w:p>
    <w:p w14:paraId="5CDBBAFE" w14:textId="77777777" w:rsidR="00A52484" w:rsidRDefault="00A52484">
      <w:pPr>
        <w:spacing w:before="140" w:after="60"/>
        <w:rPr>
          <w:b/>
          <w:sz w:val="22"/>
        </w:rPr>
      </w:pPr>
    </w:p>
    <w:p w14:paraId="444A28C5" w14:textId="77777777" w:rsidR="00A52484" w:rsidRDefault="00A52484">
      <w:pPr>
        <w:spacing w:before="140" w:after="60"/>
        <w:rPr>
          <w:b/>
          <w:sz w:val="22"/>
        </w:rPr>
      </w:pPr>
    </w:p>
    <w:p w14:paraId="4A03A3DD" w14:textId="7A5FB25A" w:rsidR="006E41A2" w:rsidRDefault="00000000">
      <w:pPr>
        <w:spacing w:before="140" w:after="60"/>
      </w:pPr>
      <w:r>
        <w:rPr>
          <w:b/>
          <w:sz w:val="22"/>
        </w:rPr>
        <w:lastRenderedPageBreak/>
        <w:t>B. TRUST OBJECTIVE AND INDUSTRY RELEVANCE</w:t>
      </w:r>
    </w:p>
    <w:p w14:paraId="08B241A3" w14:textId="77777777" w:rsidR="006E41A2" w:rsidRDefault="00000000">
      <w:pPr>
        <w:spacing w:before="120" w:after="20"/>
      </w:pPr>
      <w:r>
        <w:rPr>
          <w:b/>
        </w:rPr>
        <w:t>1. Relevant objective of the Sorghum Trust Deed</w:t>
      </w:r>
    </w:p>
    <w:p w14:paraId="79FFCE0A" w14:textId="45BEA13A" w:rsidR="00A52484" w:rsidRDefault="00000000">
      <w:pPr>
        <w:spacing w:after="40"/>
        <w:rPr>
          <w:i/>
          <w:sz w:val="18"/>
        </w:rPr>
      </w:pPr>
      <w:r>
        <w:rPr>
          <w:i/>
          <w:sz w:val="18"/>
        </w:rPr>
        <w:t>Identify the objective(s) of the Sorghum Trust Deed in terms of which funding is sought.</w:t>
      </w:r>
    </w:p>
    <w:p w14:paraId="0967AA86" w14:textId="77777777" w:rsidR="00A52484" w:rsidRDefault="00A52484" w:rsidP="00A52484">
      <w:pPr>
        <w:spacing w:before="120" w:after="20"/>
        <w:rPr>
          <w:b/>
        </w:rPr>
      </w:pPr>
      <w:r>
        <w:rPr>
          <w:b/>
        </w:rPr>
        <w:t>________________________________________________________________________________________</w:t>
      </w:r>
    </w:p>
    <w:p w14:paraId="69058C8D" w14:textId="77777777" w:rsidR="00A52484" w:rsidRDefault="00A52484" w:rsidP="00A52484">
      <w:pPr>
        <w:spacing w:before="120" w:after="20"/>
        <w:rPr>
          <w:b/>
        </w:rPr>
      </w:pPr>
      <w:r>
        <w:rPr>
          <w:b/>
        </w:rPr>
        <w:t>________________________________________________________________________________________</w:t>
      </w:r>
    </w:p>
    <w:p w14:paraId="14EDEE11" w14:textId="77777777" w:rsidR="00A52484" w:rsidRDefault="00A52484" w:rsidP="00A52484">
      <w:pPr>
        <w:spacing w:before="120" w:after="20"/>
        <w:rPr>
          <w:b/>
        </w:rPr>
      </w:pPr>
      <w:r>
        <w:rPr>
          <w:b/>
        </w:rPr>
        <w:t>________________________________________________________________________________________</w:t>
      </w:r>
    </w:p>
    <w:p w14:paraId="06D2CAC9" w14:textId="77777777" w:rsidR="00A52484" w:rsidRDefault="00A52484" w:rsidP="00A52484">
      <w:pPr>
        <w:spacing w:before="120" w:after="20"/>
        <w:rPr>
          <w:b/>
        </w:rPr>
      </w:pPr>
      <w:r>
        <w:rPr>
          <w:b/>
        </w:rPr>
        <w:t>________________________________________________________________________________________</w:t>
      </w:r>
    </w:p>
    <w:p w14:paraId="5FBA34DE" w14:textId="77777777" w:rsidR="00A52484" w:rsidRDefault="00A52484" w:rsidP="00A52484">
      <w:pPr>
        <w:spacing w:before="120" w:after="20"/>
        <w:rPr>
          <w:b/>
        </w:rPr>
      </w:pPr>
      <w:r>
        <w:rPr>
          <w:b/>
        </w:rPr>
        <w:t>________________________________________________________________________________________</w:t>
      </w:r>
    </w:p>
    <w:p w14:paraId="058B1D2A" w14:textId="77777777" w:rsidR="00A52484" w:rsidRDefault="00A52484" w:rsidP="00A52484">
      <w:pPr>
        <w:spacing w:before="120" w:after="20"/>
        <w:rPr>
          <w:b/>
        </w:rPr>
      </w:pPr>
      <w:r>
        <w:rPr>
          <w:b/>
        </w:rPr>
        <w:t>________________________________________________________________________________________</w:t>
      </w:r>
    </w:p>
    <w:p w14:paraId="44EA990B" w14:textId="77777777" w:rsidR="00A52484" w:rsidRDefault="00A52484" w:rsidP="00A52484">
      <w:pPr>
        <w:spacing w:before="120" w:after="20"/>
        <w:rPr>
          <w:b/>
        </w:rPr>
      </w:pPr>
      <w:r>
        <w:rPr>
          <w:b/>
        </w:rPr>
        <w:t>________________________________________________________________________________________</w:t>
      </w:r>
    </w:p>
    <w:p w14:paraId="76FE0B17" w14:textId="77777777" w:rsidR="00A52484" w:rsidRDefault="00A52484" w:rsidP="00A52484">
      <w:pPr>
        <w:spacing w:before="120" w:after="20"/>
        <w:rPr>
          <w:b/>
        </w:rPr>
      </w:pPr>
      <w:r>
        <w:rPr>
          <w:b/>
        </w:rPr>
        <w:t>________________________________________________________________________________________</w:t>
      </w:r>
    </w:p>
    <w:p w14:paraId="6DC3BE47" w14:textId="77777777" w:rsidR="00A52484" w:rsidRDefault="00A52484">
      <w:pPr>
        <w:spacing w:after="40"/>
      </w:pPr>
    </w:p>
    <w:p w14:paraId="43F273F7" w14:textId="77777777" w:rsidR="006E41A2" w:rsidRDefault="00000000">
      <w:pPr>
        <w:spacing w:before="120" w:after="20"/>
      </w:pPr>
      <w:r>
        <w:rPr>
          <w:b/>
        </w:rPr>
        <w:t>2. Contribution to the Trust objective</w:t>
      </w:r>
    </w:p>
    <w:p w14:paraId="4757A385" w14:textId="77777777" w:rsidR="006E41A2" w:rsidRDefault="00000000">
      <w:pPr>
        <w:spacing w:after="40"/>
        <w:rPr>
          <w:i/>
          <w:sz w:val="18"/>
        </w:rPr>
      </w:pPr>
      <w:r>
        <w:rPr>
          <w:i/>
          <w:sz w:val="18"/>
        </w:rPr>
        <w:t>Explain how the proposed project will contribute to the identified Trust objective(s).</w:t>
      </w:r>
    </w:p>
    <w:p w14:paraId="312E548F" w14:textId="77777777" w:rsidR="00A52484" w:rsidRDefault="00A52484" w:rsidP="00A52484">
      <w:pPr>
        <w:spacing w:before="120" w:after="20"/>
        <w:rPr>
          <w:b/>
        </w:rPr>
      </w:pPr>
      <w:r>
        <w:rPr>
          <w:b/>
        </w:rPr>
        <w:t>________________________________________________________________________________________</w:t>
      </w:r>
    </w:p>
    <w:p w14:paraId="596EC9FD" w14:textId="77777777" w:rsidR="00A52484" w:rsidRDefault="00A52484" w:rsidP="00A52484">
      <w:pPr>
        <w:spacing w:before="120" w:after="20"/>
        <w:rPr>
          <w:b/>
        </w:rPr>
      </w:pPr>
      <w:r>
        <w:rPr>
          <w:b/>
        </w:rPr>
        <w:t>________________________________________________________________________________________</w:t>
      </w:r>
    </w:p>
    <w:p w14:paraId="0A47D929" w14:textId="77777777" w:rsidR="00A52484" w:rsidRDefault="00A52484" w:rsidP="00A52484">
      <w:pPr>
        <w:spacing w:before="120" w:after="20"/>
        <w:rPr>
          <w:b/>
        </w:rPr>
      </w:pPr>
      <w:r>
        <w:rPr>
          <w:b/>
        </w:rPr>
        <w:t>________________________________________________________________________________________</w:t>
      </w:r>
    </w:p>
    <w:p w14:paraId="0162C31B" w14:textId="77777777" w:rsidR="00A52484" w:rsidRDefault="00A52484" w:rsidP="00A52484">
      <w:pPr>
        <w:spacing w:before="120" w:after="20"/>
        <w:rPr>
          <w:b/>
        </w:rPr>
      </w:pPr>
      <w:r>
        <w:rPr>
          <w:b/>
        </w:rPr>
        <w:t>________________________________________________________________________________________</w:t>
      </w:r>
    </w:p>
    <w:p w14:paraId="44E381AE" w14:textId="77777777" w:rsidR="00A52484" w:rsidRDefault="00A52484" w:rsidP="00A52484">
      <w:pPr>
        <w:spacing w:before="120" w:after="20"/>
        <w:rPr>
          <w:b/>
        </w:rPr>
      </w:pPr>
      <w:r>
        <w:rPr>
          <w:b/>
        </w:rPr>
        <w:t>________________________________________________________________________________________</w:t>
      </w:r>
    </w:p>
    <w:p w14:paraId="66F2C3C1" w14:textId="77777777" w:rsidR="00A52484" w:rsidRDefault="00A52484" w:rsidP="00A52484">
      <w:pPr>
        <w:spacing w:before="120" w:after="20"/>
        <w:rPr>
          <w:b/>
        </w:rPr>
      </w:pPr>
      <w:r>
        <w:rPr>
          <w:b/>
        </w:rPr>
        <w:t>________________________________________________________________________________________</w:t>
      </w:r>
    </w:p>
    <w:p w14:paraId="0A4CBCBA" w14:textId="77777777" w:rsidR="00A52484" w:rsidRDefault="00A52484" w:rsidP="00A52484">
      <w:pPr>
        <w:spacing w:before="120" w:after="20"/>
        <w:rPr>
          <w:b/>
        </w:rPr>
      </w:pPr>
      <w:r>
        <w:rPr>
          <w:b/>
        </w:rPr>
        <w:t>________________________________________________________________________________________</w:t>
      </w:r>
    </w:p>
    <w:p w14:paraId="3CF0D77B" w14:textId="77777777" w:rsidR="00A52484" w:rsidRDefault="00A52484" w:rsidP="00A52484">
      <w:pPr>
        <w:spacing w:before="120" w:after="20"/>
        <w:rPr>
          <w:b/>
        </w:rPr>
      </w:pPr>
      <w:r>
        <w:rPr>
          <w:b/>
        </w:rPr>
        <w:t>________________________________________________________________________________________</w:t>
      </w:r>
    </w:p>
    <w:p w14:paraId="45A04971" w14:textId="77777777" w:rsidR="00A52484" w:rsidRDefault="00A52484">
      <w:pPr>
        <w:spacing w:after="40"/>
      </w:pPr>
    </w:p>
    <w:p w14:paraId="019F1F9E" w14:textId="77777777" w:rsidR="006E41A2" w:rsidRDefault="00000000">
      <w:pPr>
        <w:spacing w:before="120" w:after="20"/>
      </w:pPr>
      <w:r>
        <w:rPr>
          <w:b/>
        </w:rPr>
        <w:t>3. Sector(s) of the sorghum industry that will benefit</w:t>
      </w:r>
    </w:p>
    <w:p w14:paraId="508CA0BA" w14:textId="77777777" w:rsidR="006E41A2" w:rsidRDefault="00000000">
      <w:pPr>
        <w:spacing w:after="40"/>
      </w:pPr>
      <w:r>
        <w:rPr>
          <w:i/>
          <w:sz w:val="18"/>
        </w:rPr>
        <w:t>Identify the sector(s), stakeholders or beneficiaries within the South African sorghum industry and explain the expected benefit.</w:t>
      </w:r>
    </w:p>
    <w:p w14:paraId="3F1CE175" w14:textId="77777777" w:rsidR="00A52484" w:rsidRDefault="00A52484" w:rsidP="00A52484">
      <w:pPr>
        <w:spacing w:before="120" w:after="20"/>
        <w:rPr>
          <w:b/>
        </w:rPr>
      </w:pPr>
      <w:r>
        <w:rPr>
          <w:b/>
        </w:rPr>
        <w:t>________________________________________________________________________________________</w:t>
      </w:r>
    </w:p>
    <w:p w14:paraId="520213A7" w14:textId="77777777" w:rsidR="00A52484" w:rsidRDefault="00A52484" w:rsidP="00A52484">
      <w:pPr>
        <w:spacing w:before="120" w:after="20"/>
        <w:rPr>
          <w:b/>
        </w:rPr>
      </w:pPr>
      <w:r>
        <w:rPr>
          <w:b/>
        </w:rPr>
        <w:t>________________________________________________________________________________________</w:t>
      </w:r>
    </w:p>
    <w:p w14:paraId="34B8D8D1" w14:textId="77777777" w:rsidR="00A52484" w:rsidRDefault="00A52484" w:rsidP="00A52484">
      <w:pPr>
        <w:spacing w:before="120" w:after="20"/>
        <w:rPr>
          <w:b/>
        </w:rPr>
      </w:pPr>
      <w:r>
        <w:rPr>
          <w:b/>
        </w:rPr>
        <w:t>________________________________________________________________________________________</w:t>
      </w:r>
    </w:p>
    <w:p w14:paraId="32629A06" w14:textId="77777777" w:rsidR="00A52484" w:rsidRDefault="00A52484" w:rsidP="00A52484">
      <w:pPr>
        <w:spacing w:before="120" w:after="20"/>
        <w:rPr>
          <w:b/>
        </w:rPr>
      </w:pPr>
      <w:r>
        <w:rPr>
          <w:b/>
        </w:rPr>
        <w:t>________________________________________________________________________________________</w:t>
      </w:r>
    </w:p>
    <w:p w14:paraId="0BBBB8B1" w14:textId="77777777" w:rsidR="00A52484" w:rsidRDefault="00A52484" w:rsidP="00A52484">
      <w:pPr>
        <w:spacing w:before="120" w:after="20"/>
        <w:rPr>
          <w:b/>
        </w:rPr>
      </w:pPr>
      <w:r>
        <w:rPr>
          <w:b/>
        </w:rPr>
        <w:t>________________________________________________________________________________________</w:t>
      </w:r>
    </w:p>
    <w:p w14:paraId="3BA90FFB" w14:textId="77777777" w:rsidR="00A52484" w:rsidRDefault="00A52484" w:rsidP="00A52484">
      <w:pPr>
        <w:spacing w:before="120" w:after="20"/>
        <w:rPr>
          <w:b/>
        </w:rPr>
      </w:pPr>
      <w:r>
        <w:rPr>
          <w:b/>
        </w:rPr>
        <w:t>________________________________________________________________________________________</w:t>
      </w:r>
    </w:p>
    <w:p w14:paraId="5FD6D411" w14:textId="77777777" w:rsidR="00A52484" w:rsidRDefault="00A52484" w:rsidP="00A52484">
      <w:pPr>
        <w:spacing w:before="120" w:after="20"/>
        <w:rPr>
          <w:b/>
        </w:rPr>
      </w:pPr>
      <w:r>
        <w:rPr>
          <w:b/>
        </w:rPr>
        <w:t>________________________________________________________________________________________</w:t>
      </w:r>
    </w:p>
    <w:p w14:paraId="4F927FBE" w14:textId="77777777" w:rsidR="00A52484" w:rsidRDefault="00A52484" w:rsidP="00A52484">
      <w:pPr>
        <w:spacing w:before="120" w:after="20"/>
        <w:rPr>
          <w:b/>
        </w:rPr>
      </w:pPr>
      <w:r>
        <w:rPr>
          <w:b/>
        </w:rPr>
        <w:t>________________________________________________________________________________________</w:t>
      </w:r>
    </w:p>
    <w:p w14:paraId="5AF2475F" w14:textId="77777777" w:rsidR="00A52484" w:rsidRDefault="00A52484">
      <w:pPr>
        <w:spacing w:before="140" w:after="60"/>
        <w:rPr>
          <w:b/>
          <w:sz w:val="22"/>
        </w:rPr>
      </w:pPr>
    </w:p>
    <w:p w14:paraId="3B6F2D9F" w14:textId="77777777" w:rsidR="00A52484" w:rsidRDefault="00A52484">
      <w:pPr>
        <w:spacing w:before="140" w:after="60"/>
        <w:rPr>
          <w:b/>
          <w:sz w:val="22"/>
        </w:rPr>
      </w:pPr>
    </w:p>
    <w:p w14:paraId="3C4600FF" w14:textId="77777777" w:rsidR="00A52484" w:rsidRDefault="00A52484">
      <w:pPr>
        <w:spacing w:before="140" w:after="60"/>
        <w:rPr>
          <w:b/>
          <w:sz w:val="22"/>
        </w:rPr>
      </w:pPr>
    </w:p>
    <w:p w14:paraId="0F3EC9CF" w14:textId="77777777" w:rsidR="00A52484" w:rsidRDefault="00A52484">
      <w:pPr>
        <w:spacing w:before="140" w:after="60"/>
        <w:rPr>
          <w:b/>
          <w:sz w:val="22"/>
        </w:rPr>
      </w:pPr>
    </w:p>
    <w:p w14:paraId="72D3F270" w14:textId="77777777" w:rsidR="00A52484" w:rsidRDefault="00A52484">
      <w:pPr>
        <w:spacing w:before="140" w:after="60"/>
        <w:rPr>
          <w:b/>
          <w:sz w:val="22"/>
        </w:rPr>
      </w:pPr>
    </w:p>
    <w:p w14:paraId="51C612AC" w14:textId="64A0FE0B" w:rsidR="006E41A2" w:rsidRDefault="00000000">
      <w:pPr>
        <w:spacing w:before="140" w:after="60"/>
      </w:pPr>
      <w:r>
        <w:rPr>
          <w:b/>
          <w:sz w:val="22"/>
        </w:rPr>
        <w:lastRenderedPageBreak/>
        <w:t>C. PROJECT PROPOSAL</w:t>
      </w:r>
    </w:p>
    <w:p w14:paraId="36C72C6C" w14:textId="77777777" w:rsidR="006E41A2" w:rsidRDefault="00000000">
      <w:pPr>
        <w:spacing w:before="120" w:after="20"/>
      </w:pPr>
      <w:r>
        <w:rPr>
          <w:b/>
        </w:rPr>
        <w:t>4. Executive summary / brief outline of project</w:t>
      </w:r>
    </w:p>
    <w:p w14:paraId="12000035" w14:textId="77777777" w:rsidR="006E41A2" w:rsidRDefault="00000000">
      <w:pPr>
        <w:spacing w:after="40"/>
        <w:rPr>
          <w:i/>
          <w:sz w:val="18"/>
        </w:rPr>
      </w:pPr>
      <w:r>
        <w:rPr>
          <w:i/>
          <w:sz w:val="18"/>
        </w:rPr>
        <w:t>Provide a concise description of the project, including the problem to be addressed and the proposed approach. Maximum 250 words.</w:t>
      </w:r>
    </w:p>
    <w:p w14:paraId="7324E3AC" w14:textId="77777777" w:rsidR="00A52484" w:rsidRDefault="00A52484" w:rsidP="00A52484">
      <w:pPr>
        <w:spacing w:before="120" w:after="20"/>
        <w:rPr>
          <w:b/>
        </w:rPr>
      </w:pPr>
      <w:r>
        <w:rPr>
          <w:b/>
        </w:rPr>
        <w:t>________________________________________________________________________________________</w:t>
      </w:r>
    </w:p>
    <w:p w14:paraId="693F42B4" w14:textId="77777777" w:rsidR="00A52484" w:rsidRDefault="00A52484" w:rsidP="00A52484">
      <w:pPr>
        <w:spacing w:before="120" w:after="20"/>
        <w:rPr>
          <w:b/>
        </w:rPr>
      </w:pPr>
      <w:r>
        <w:rPr>
          <w:b/>
        </w:rPr>
        <w:t>________________________________________________________________________________________</w:t>
      </w:r>
    </w:p>
    <w:p w14:paraId="3AEEF218" w14:textId="77777777" w:rsidR="00A52484" w:rsidRDefault="00A52484" w:rsidP="00A52484">
      <w:pPr>
        <w:spacing w:before="120" w:after="20"/>
        <w:rPr>
          <w:b/>
        </w:rPr>
      </w:pPr>
      <w:r>
        <w:rPr>
          <w:b/>
        </w:rPr>
        <w:t>________________________________________________________________________________________</w:t>
      </w:r>
    </w:p>
    <w:p w14:paraId="7BCA6279" w14:textId="77777777" w:rsidR="00A52484" w:rsidRDefault="00A52484" w:rsidP="00A52484">
      <w:pPr>
        <w:spacing w:before="120" w:after="20"/>
        <w:rPr>
          <w:b/>
        </w:rPr>
      </w:pPr>
      <w:r>
        <w:rPr>
          <w:b/>
        </w:rPr>
        <w:t>________________________________________________________________________________________</w:t>
      </w:r>
    </w:p>
    <w:p w14:paraId="1E30C168" w14:textId="77777777" w:rsidR="00A52484" w:rsidRDefault="00A52484" w:rsidP="00A52484">
      <w:pPr>
        <w:spacing w:before="120" w:after="20"/>
        <w:rPr>
          <w:b/>
        </w:rPr>
      </w:pPr>
      <w:r>
        <w:rPr>
          <w:b/>
        </w:rPr>
        <w:t>________________________________________________________________________________________</w:t>
      </w:r>
    </w:p>
    <w:p w14:paraId="4F787996" w14:textId="77777777" w:rsidR="00A52484" w:rsidRDefault="00A52484" w:rsidP="00A52484">
      <w:pPr>
        <w:spacing w:before="120" w:after="20"/>
        <w:rPr>
          <w:b/>
        </w:rPr>
      </w:pPr>
      <w:r>
        <w:rPr>
          <w:b/>
        </w:rPr>
        <w:t>________________________________________________________________________________________</w:t>
      </w:r>
    </w:p>
    <w:p w14:paraId="5BDD6248" w14:textId="77777777" w:rsidR="00A52484" w:rsidRDefault="00A52484" w:rsidP="00A52484">
      <w:pPr>
        <w:spacing w:before="120" w:after="20"/>
        <w:rPr>
          <w:b/>
        </w:rPr>
      </w:pPr>
      <w:r>
        <w:rPr>
          <w:b/>
        </w:rPr>
        <w:t>________________________________________________________________________________________</w:t>
      </w:r>
    </w:p>
    <w:p w14:paraId="5710487C" w14:textId="77777777" w:rsidR="00A52484" w:rsidRDefault="00A52484" w:rsidP="00A52484">
      <w:pPr>
        <w:spacing w:before="120" w:after="20"/>
        <w:rPr>
          <w:b/>
        </w:rPr>
      </w:pPr>
      <w:r>
        <w:rPr>
          <w:b/>
        </w:rPr>
        <w:t>________________________________________________________________________________________</w:t>
      </w:r>
    </w:p>
    <w:p w14:paraId="436ACC1A" w14:textId="77777777" w:rsidR="00A52484" w:rsidRDefault="00A52484">
      <w:pPr>
        <w:spacing w:after="40"/>
      </w:pPr>
    </w:p>
    <w:p w14:paraId="706CCFCA" w14:textId="77777777" w:rsidR="006E41A2" w:rsidRDefault="00000000">
      <w:pPr>
        <w:spacing w:before="120" w:after="20"/>
      </w:pPr>
      <w:r>
        <w:rPr>
          <w:b/>
        </w:rPr>
        <w:t>5. Rationale and need for the project</w:t>
      </w:r>
    </w:p>
    <w:p w14:paraId="196C693A" w14:textId="77777777" w:rsidR="006E41A2" w:rsidRDefault="00000000">
      <w:pPr>
        <w:spacing w:after="40"/>
        <w:rPr>
          <w:i/>
          <w:sz w:val="18"/>
        </w:rPr>
      </w:pPr>
      <w:r>
        <w:rPr>
          <w:i/>
          <w:sz w:val="18"/>
        </w:rPr>
        <w:t>Set out the problem statement, why the project is necessary or important, the opportunity or novelty being pursued, and relevant previous work or evidence. Maximum 1 000 words.</w:t>
      </w:r>
    </w:p>
    <w:p w14:paraId="0E4E5D50" w14:textId="77777777" w:rsidR="00A52484" w:rsidRDefault="00A52484" w:rsidP="00A52484">
      <w:pPr>
        <w:spacing w:before="120" w:after="20"/>
        <w:rPr>
          <w:b/>
        </w:rPr>
      </w:pPr>
      <w:r>
        <w:rPr>
          <w:b/>
        </w:rPr>
        <w:t>________________________________________________________________________________________</w:t>
      </w:r>
    </w:p>
    <w:p w14:paraId="6F5E914A" w14:textId="77777777" w:rsidR="00A52484" w:rsidRDefault="00A52484" w:rsidP="00A52484">
      <w:pPr>
        <w:spacing w:before="120" w:after="20"/>
        <w:rPr>
          <w:b/>
        </w:rPr>
      </w:pPr>
      <w:r>
        <w:rPr>
          <w:b/>
        </w:rPr>
        <w:t>________________________________________________________________________________________</w:t>
      </w:r>
    </w:p>
    <w:p w14:paraId="19F8ABD0" w14:textId="77777777" w:rsidR="00A52484" w:rsidRDefault="00A52484" w:rsidP="00A52484">
      <w:pPr>
        <w:spacing w:before="120" w:after="20"/>
        <w:rPr>
          <w:b/>
        </w:rPr>
      </w:pPr>
      <w:r>
        <w:rPr>
          <w:b/>
        </w:rPr>
        <w:t>________________________________________________________________________________________</w:t>
      </w:r>
    </w:p>
    <w:p w14:paraId="73E3FBA3" w14:textId="77777777" w:rsidR="00A52484" w:rsidRDefault="00A52484" w:rsidP="00A52484">
      <w:pPr>
        <w:spacing w:before="120" w:after="20"/>
        <w:rPr>
          <w:b/>
        </w:rPr>
      </w:pPr>
      <w:r>
        <w:rPr>
          <w:b/>
        </w:rPr>
        <w:t>________________________________________________________________________________________</w:t>
      </w:r>
    </w:p>
    <w:p w14:paraId="0C399B72" w14:textId="77777777" w:rsidR="00A52484" w:rsidRDefault="00A52484" w:rsidP="00A52484">
      <w:pPr>
        <w:spacing w:before="120" w:after="20"/>
        <w:rPr>
          <w:b/>
        </w:rPr>
      </w:pPr>
      <w:r>
        <w:rPr>
          <w:b/>
        </w:rPr>
        <w:t>________________________________________________________________________________________</w:t>
      </w:r>
    </w:p>
    <w:p w14:paraId="190D2860" w14:textId="77777777" w:rsidR="00A52484" w:rsidRDefault="00A52484" w:rsidP="00A52484">
      <w:pPr>
        <w:spacing w:before="120" w:after="20"/>
        <w:rPr>
          <w:b/>
        </w:rPr>
      </w:pPr>
      <w:r>
        <w:rPr>
          <w:b/>
        </w:rPr>
        <w:t>________________________________________________________________________________________</w:t>
      </w:r>
    </w:p>
    <w:p w14:paraId="28D2BB0D" w14:textId="77777777" w:rsidR="00A52484" w:rsidRDefault="00A52484" w:rsidP="00A52484">
      <w:pPr>
        <w:spacing w:before="120" w:after="20"/>
        <w:rPr>
          <w:b/>
        </w:rPr>
      </w:pPr>
      <w:r>
        <w:rPr>
          <w:b/>
        </w:rPr>
        <w:t>________________________________________________________________________________________</w:t>
      </w:r>
    </w:p>
    <w:p w14:paraId="375EA2D6" w14:textId="77777777" w:rsidR="00A52484" w:rsidRDefault="00A52484" w:rsidP="00A52484">
      <w:pPr>
        <w:spacing w:before="120" w:after="20"/>
        <w:rPr>
          <w:b/>
        </w:rPr>
      </w:pPr>
      <w:r>
        <w:rPr>
          <w:b/>
        </w:rPr>
        <w:t>________________________________________________________________________________________</w:t>
      </w:r>
    </w:p>
    <w:p w14:paraId="33854E16" w14:textId="77777777" w:rsidR="00A52484" w:rsidRDefault="00A52484" w:rsidP="00A52484">
      <w:pPr>
        <w:spacing w:before="120" w:after="20"/>
        <w:rPr>
          <w:b/>
        </w:rPr>
      </w:pPr>
      <w:r>
        <w:rPr>
          <w:b/>
        </w:rPr>
        <w:t>________________________________________________________________________________________</w:t>
      </w:r>
    </w:p>
    <w:p w14:paraId="1C1165CE" w14:textId="77777777" w:rsidR="00A52484" w:rsidRDefault="00A52484" w:rsidP="00A52484">
      <w:pPr>
        <w:spacing w:before="120" w:after="20"/>
        <w:rPr>
          <w:b/>
        </w:rPr>
      </w:pPr>
      <w:r>
        <w:rPr>
          <w:b/>
        </w:rPr>
        <w:t>________________________________________________________________________________________</w:t>
      </w:r>
    </w:p>
    <w:p w14:paraId="627B5212" w14:textId="77777777" w:rsidR="00A52484" w:rsidRDefault="00A52484" w:rsidP="00A52484">
      <w:pPr>
        <w:spacing w:before="120" w:after="20"/>
        <w:rPr>
          <w:b/>
        </w:rPr>
      </w:pPr>
      <w:r>
        <w:rPr>
          <w:b/>
        </w:rPr>
        <w:t>________________________________________________________________________________________</w:t>
      </w:r>
    </w:p>
    <w:p w14:paraId="30086C42" w14:textId="77777777" w:rsidR="00A52484" w:rsidRDefault="00A52484" w:rsidP="00A52484">
      <w:pPr>
        <w:spacing w:before="120" w:after="20"/>
        <w:rPr>
          <w:b/>
        </w:rPr>
      </w:pPr>
      <w:r>
        <w:rPr>
          <w:b/>
        </w:rPr>
        <w:t>________________________________________________________________________________________</w:t>
      </w:r>
    </w:p>
    <w:p w14:paraId="4E2DF325" w14:textId="77777777" w:rsidR="00A52484" w:rsidRDefault="00A52484" w:rsidP="00A52484">
      <w:pPr>
        <w:spacing w:before="120" w:after="20"/>
        <w:rPr>
          <w:b/>
        </w:rPr>
      </w:pPr>
      <w:r>
        <w:rPr>
          <w:b/>
        </w:rPr>
        <w:t>________________________________________________________________________________________</w:t>
      </w:r>
    </w:p>
    <w:p w14:paraId="53D5C41B" w14:textId="77777777" w:rsidR="00A52484" w:rsidRDefault="00A52484" w:rsidP="00A52484">
      <w:pPr>
        <w:spacing w:before="120" w:after="20"/>
        <w:rPr>
          <w:b/>
        </w:rPr>
      </w:pPr>
      <w:r>
        <w:rPr>
          <w:b/>
        </w:rPr>
        <w:t>________________________________________________________________________________________</w:t>
      </w:r>
    </w:p>
    <w:p w14:paraId="4AD12EB4" w14:textId="77777777" w:rsidR="00A52484" w:rsidRDefault="00A52484" w:rsidP="00A52484">
      <w:pPr>
        <w:spacing w:before="120" w:after="20"/>
        <w:rPr>
          <w:b/>
        </w:rPr>
      </w:pPr>
      <w:r>
        <w:rPr>
          <w:b/>
        </w:rPr>
        <w:t>________________________________________________________________________________________</w:t>
      </w:r>
    </w:p>
    <w:p w14:paraId="55F982A3" w14:textId="77777777" w:rsidR="00A52484" w:rsidRDefault="00A52484" w:rsidP="00A52484">
      <w:pPr>
        <w:spacing w:before="120" w:after="20"/>
        <w:rPr>
          <w:b/>
        </w:rPr>
      </w:pPr>
      <w:r>
        <w:rPr>
          <w:b/>
        </w:rPr>
        <w:t>________________________________________________________________________________________</w:t>
      </w:r>
    </w:p>
    <w:p w14:paraId="54745785" w14:textId="77777777" w:rsidR="00A52484" w:rsidRDefault="00A52484">
      <w:pPr>
        <w:spacing w:after="40"/>
      </w:pPr>
    </w:p>
    <w:p w14:paraId="59902DEF" w14:textId="77777777" w:rsidR="00A52484" w:rsidRDefault="00A52484">
      <w:pPr>
        <w:spacing w:after="40"/>
      </w:pPr>
    </w:p>
    <w:p w14:paraId="0EE07B60" w14:textId="77777777" w:rsidR="00A52484" w:rsidRDefault="00A52484">
      <w:pPr>
        <w:spacing w:after="40"/>
      </w:pPr>
    </w:p>
    <w:p w14:paraId="2A69BB28" w14:textId="77777777" w:rsidR="00A52484" w:rsidRDefault="00A52484">
      <w:pPr>
        <w:spacing w:after="40"/>
      </w:pPr>
    </w:p>
    <w:p w14:paraId="1D921F23" w14:textId="77777777" w:rsidR="00A52484" w:rsidRDefault="00A52484">
      <w:pPr>
        <w:spacing w:after="40"/>
      </w:pPr>
    </w:p>
    <w:p w14:paraId="53BAEF21" w14:textId="77777777" w:rsidR="00A52484" w:rsidRDefault="00A52484">
      <w:pPr>
        <w:spacing w:after="40"/>
      </w:pPr>
    </w:p>
    <w:p w14:paraId="25294642" w14:textId="77777777" w:rsidR="00A52484" w:rsidRDefault="00A52484">
      <w:pPr>
        <w:spacing w:after="40"/>
      </w:pPr>
    </w:p>
    <w:p w14:paraId="3236C6BD" w14:textId="77777777" w:rsidR="00A52484" w:rsidRDefault="00A52484">
      <w:pPr>
        <w:spacing w:after="40"/>
      </w:pPr>
    </w:p>
    <w:p w14:paraId="379360E5" w14:textId="77777777" w:rsidR="006E41A2" w:rsidRDefault="00000000">
      <w:pPr>
        <w:spacing w:before="120" w:after="20"/>
      </w:pPr>
      <w:r>
        <w:rPr>
          <w:b/>
        </w:rPr>
        <w:lastRenderedPageBreak/>
        <w:t>6. Objectives and aims</w:t>
      </w:r>
    </w:p>
    <w:p w14:paraId="2BF904BD" w14:textId="77777777" w:rsidR="006E41A2" w:rsidRDefault="00000000">
      <w:pPr>
        <w:spacing w:after="40"/>
        <w:rPr>
          <w:i/>
          <w:sz w:val="18"/>
        </w:rPr>
      </w:pPr>
      <w:r>
        <w:rPr>
          <w:i/>
          <w:sz w:val="18"/>
        </w:rPr>
        <w:t>State the specific aims and measurable objectives of the project.</w:t>
      </w:r>
    </w:p>
    <w:p w14:paraId="15673F86" w14:textId="77777777" w:rsidR="00A52484" w:rsidRDefault="00A52484" w:rsidP="00A52484">
      <w:pPr>
        <w:spacing w:before="120" w:after="20"/>
        <w:rPr>
          <w:b/>
        </w:rPr>
      </w:pPr>
      <w:r>
        <w:rPr>
          <w:b/>
        </w:rPr>
        <w:t>________________________________________________________________________________________</w:t>
      </w:r>
    </w:p>
    <w:p w14:paraId="34FCA47D" w14:textId="77777777" w:rsidR="00A52484" w:rsidRDefault="00A52484" w:rsidP="00A52484">
      <w:pPr>
        <w:spacing w:before="120" w:after="20"/>
        <w:rPr>
          <w:b/>
        </w:rPr>
      </w:pPr>
      <w:r>
        <w:rPr>
          <w:b/>
        </w:rPr>
        <w:t>________________________________________________________________________________________</w:t>
      </w:r>
    </w:p>
    <w:p w14:paraId="5B3F1AB6" w14:textId="77777777" w:rsidR="00A52484" w:rsidRDefault="00A52484" w:rsidP="00A52484">
      <w:pPr>
        <w:spacing w:before="120" w:after="20"/>
        <w:rPr>
          <w:b/>
        </w:rPr>
      </w:pPr>
      <w:r>
        <w:rPr>
          <w:b/>
        </w:rPr>
        <w:t>________________________________________________________________________________________</w:t>
      </w:r>
    </w:p>
    <w:p w14:paraId="1EF0A703" w14:textId="77777777" w:rsidR="00A52484" w:rsidRDefault="00A52484" w:rsidP="00A52484">
      <w:pPr>
        <w:spacing w:before="120" w:after="20"/>
        <w:rPr>
          <w:b/>
        </w:rPr>
      </w:pPr>
      <w:r>
        <w:rPr>
          <w:b/>
        </w:rPr>
        <w:t>________________________________________________________________________________________</w:t>
      </w:r>
    </w:p>
    <w:p w14:paraId="1143F157" w14:textId="77777777" w:rsidR="00A52484" w:rsidRDefault="00A52484" w:rsidP="00A52484">
      <w:pPr>
        <w:spacing w:before="120" w:after="20"/>
        <w:rPr>
          <w:b/>
        </w:rPr>
      </w:pPr>
      <w:r>
        <w:rPr>
          <w:b/>
        </w:rPr>
        <w:t>________________________________________________________________________________________</w:t>
      </w:r>
    </w:p>
    <w:p w14:paraId="768E4283" w14:textId="77777777" w:rsidR="00A52484" w:rsidRDefault="00A52484" w:rsidP="00A52484">
      <w:pPr>
        <w:spacing w:before="120" w:after="20"/>
        <w:rPr>
          <w:b/>
        </w:rPr>
      </w:pPr>
      <w:r>
        <w:rPr>
          <w:b/>
        </w:rPr>
        <w:t>________________________________________________________________________________________</w:t>
      </w:r>
    </w:p>
    <w:p w14:paraId="4A9A865D" w14:textId="77777777" w:rsidR="00A52484" w:rsidRDefault="00A52484" w:rsidP="00A52484">
      <w:pPr>
        <w:spacing w:before="120" w:after="20"/>
        <w:rPr>
          <w:b/>
        </w:rPr>
      </w:pPr>
      <w:r>
        <w:rPr>
          <w:b/>
        </w:rPr>
        <w:t>________________________________________________________________________________________</w:t>
      </w:r>
    </w:p>
    <w:p w14:paraId="2521717B" w14:textId="77777777" w:rsidR="00A52484" w:rsidRDefault="00A52484" w:rsidP="00A52484">
      <w:pPr>
        <w:spacing w:before="120" w:after="20"/>
        <w:rPr>
          <w:b/>
        </w:rPr>
      </w:pPr>
      <w:r>
        <w:rPr>
          <w:b/>
        </w:rPr>
        <w:t>________________________________________________________________________________________</w:t>
      </w:r>
    </w:p>
    <w:p w14:paraId="297F5832" w14:textId="77777777" w:rsidR="00A52484" w:rsidRDefault="00A52484">
      <w:pPr>
        <w:spacing w:after="40"/>
      </w:pPr>
    </w:p>
    <w:p w14:paraId="253661BA" w14:textId="77777777" w:rsidR="006E41A2" w:rsidRDefault="00000000">
      <w:pPr>
        <w:spacing w:before="120" w:after="20"/>
      </w:pPr>
      <w:r>
        <w:rPr>
          <w:b/>
        </w:rPr>
        <w:t>7. Research design and methodology</w:t>
      </w:r>
    </w:p>
    <w:p w14:paraId="324FDD3C" w14:textId="77777777" w:rsidR="006E41A2" w:rsidRDefault="00000000">
      <w:pPr>
        <w:spacing w:after="40"/>
        <w:rPr>
          <w:i/>
          <w:sz w:val="18"/>
        </w:rPr>
      </w:pPr>
      <w:r>
        <w:rPr>
          <w:i/>
          <w:sz w:val="18"/>
        </w:rPr>
        <w:t>Describe the research approach, trials/experiments, locations, treatments, replications, data collection and analysis sufficiently for technical or peer review.</w:t>
      </w:r>
    </w:p>
    <w:p w14:paraId="78CF8B90" w14:textId="77777777" w:rsidR="00A52484" w:rsidRDefault="00A52484" w:rsidP="00A52484">
      <w:pPr>
        <w:spacing w:before="120" w:after="20"/>
        <w:rPr>
          <w:b/>
        </w:rPr>
      </w:pPr>
      <w:r>
        <w:rPr>
          <w:b/>
        </w:rPr>
        <w:t>________________________________________________________________________________________</w:t>
      </w:r>
    </w:p>
    <w:p w14:paraId="4D2A1862" w14:textId="77777777" w:rsidR="00A52484" w:rsidRDefault="00A52484" w:rsidP="00A52484">
      <w:pPr>
        <w:spacing w:before="120" w:after="20"/>
        <w:rPr>
          <w:b/>
        </w:rPr>
      </w:pPr>
      <w:r>
        <w:rPr>
          <w:b/>
        </w:rPr>
        <w:t>________________________________________________________________________________________</w:t>
      </w:r>
    </w:p>
    <w:p w14:paraId="62F65838" w14:textId="77777777" w:rsidR="00A52484" w:rsidRDefault="00A52484" w:rsidP="00A52484">
      <w:pPr>
        <w:spacing w:before="120" w:after="20"/>
        <w:rPr>
          <w:b/>
        </w:rPr>
      </w:pPr>
      <w:r>
        <w:rPr>
          <w:b/>
        </w:rPr>
        <w:t>________________________________________________________________________________________</w:t>
      </w:r>
    </w:p>
    <w:p w14:paraId="1FA33669" w14:textId="77777777" w:rsidR="00A52484" w:rsidRDefault="00A52484" w:rsidP="00A52484">
      <w:pPr>
        <w:spacing w:before="120" w:after="20"/>
        <w:rPr>
          <w:b/>
        </w:rPr>
      </w:pPr>
      <w:r>
        <w:rPr>
          <w:b/>
        </w:rPr>
        <w:t>________________________________________________________________________________________</w:t>
      </w:r>
    </w:p>
    <w:p w14:paraId="536B1A5B" w14:textId="77777777" w:rsidR="00A52484" w:rsidRDefault="00A52484" w:rsidP="00A52484">
      <w:pPr>
        <w:spacing w:before="120" w:after="20"/>
        <w:rPr>
          <w:b/>
        </w:rPr>
      </w:pPr>
      <w:r>
        <w:rPr>
          <w:b/>
        </w:rPr>
        <w:t>________________________________________________________________________________________</w:t>
      </w:r>
    </w:p>
    <w:p w14:paraId="4EDF0873" w14:textId="77777777" w:rsidR="00A52484" w:rsidRDefault="00A52484" w:rsidP="00A52484">
      <w:pPr>
        <w:spacing w:before="120" w:after="20"/>
        <w:rPr>
          <w:b/>
        </w:rPr>
      </w:pPr>
      <w:r>
        <w:rPr>
          <w:b/>
        </w:rPr>
        <w:t>________________________________________________________________________________________</w:t>
      </w:r>
    </w:p>
    <w:p w14:paraId="5D53F320" w14:textId="77777777" w:rsidR="00A52484" w:rsidRDefault="00A52484" w:rsidP="00A52484">
      <w:pPr>
        <w:spacing w:before="120" w:after="20"/>
        <w:rPr>
          <w:b/>
        </w:rPr>
      </w:pPr>
      <w:r>
        <w:rPr>
          <w:b/>
        </w:rPr>
        <w:t>________________________________________________________________________________________</w:t>
      </w:r>
    </w:p>
    <w:p w14:paraId="78A2FA2C" w14:textId="77777777" w:rsidR="00A52484" w:rsidRDefault="00A52484" w:rsidP="00A52484">
      <w:pPr>
        <w:spacing w:before="120" w:after="20"/>
        <w:rPr>
          <w:b/>
        </w:rPr>
      </w:pPr>
      <w:r>
        <w:rPr>
          <w:b/>
        </w:rPr>
        <w:t>________________________________________________________________________________________</w:t>
      </w:r>
    </w:p>
    <w:p w14:paraId="37BD6B70" w14:textId="77777777" w:rsidR="00A52484" w:rsidRDefault="00A52484">
      <w:pPr>
        <w:spacing w:after="40"/>
      </w:pPr>
    </w:p>
    <w:p w14:paraId="7AA0CF85" w14:textId="77777777" w:rsidR="006E41A2" w:rsidRDefault="00000000">
      <w:pPr>
        <w:spacing w:before="120" w:after="20"/>
      </w:pPr>
      <w:r>
        <w:rPr>
          <w:b/>
        </w:rPr>
        <w:t>8. Deliverables and milestones</w:t>
      </w:r>
    </w:p>
    <w:p w14:paraId="06460D71" w14:textId="77777777" w:rsidR="006E41A2" w:rsidRDefault="00000000">
      <w:pPr>
        <w:spacing w:after="40"/>
        <w:rPr>
          <w:i/>
          <w:sz w:val="18"/>
        </w:rPr>
      </w:pPr>
      <w:r>
        <w:rPr>
          <w:i/>
          <w:sz w:val="18"/>
        </w:rPr>
        <w:t>List the principal deliverables and the key milestones for each funding year. Include measurable means of verification.</w:t>
      </w:r>
    </w:p>
    <w:p w14:paraId="69ECFE67" w14:textId="77777777" w:rsidR="00A52484" w:rsidRDefault="00A52484" w:rsidP="00A52484">
      <w:pPr>
        <w:spacing w:before="120" w:after="20"/>
        <w:rPr>
          <w:b/>
        </w:rPr>
      </w:pPr>
      <w:r>
        <w:rPr>
          <w:b/>
        </w:rPr>
        <w:t>________________________________________________________________________________________</w:t>
      </w:r>
    </w:p>
    <w:p w14:paraId="43E89267" w14:textId="77777777" w:rsidR="00A52484" w:rsidRDefault="00A52484" w:rsidP="00A52484">
      <w:pPr>
        <w:spacing w:before="120" w:after="20"/>
        <w:rPr>
          <w:b/>
        </w:rPr>
      </w:pPr>
      <w:r>
        <w:rPr>
          <w:b/>
        </w:rPr>
        <w:t>________________________________________________________________________________________</w:t>
      </w:r>
    </w:p>
    <w:p w14:paraId="4C456337" w14:textId="77777777" w:rsidR="00A52484" w:rsidRDefault="00A52484" w:rsidP="00A52484">
      <w:pPr>
        <w:spacing w:before="120" w:after="20"/>
        <w:rPr>
          <w:b/>
        </w:rPr>
      </w:pPr>
      <w:r>
        <w:rPr>
          <w:b/>
        </w:rPr>
        <w:t>________________________________________________________________________________________</w:t>
      </w:r>
    </w:p>
    <w:p w14:paraId="1CFC211B" w14:textId="77777777" w:rsidR="00A52484" w:rsidRDefault="00A52484" w:rsidP="00A52484">
      <w:pPr>
        <w:spacing w:before="120" w:after="20"/>
        <w:rPr>
          <w:b/>
        </w:rPr>
      </w:pPr>
      <w:r>
        <w:rPr>
          <w:b/>
        </w:rPr>
        <w:t>________________________________________________________________________________________</w:t>
      </w:r>
    </w:p>
    <w:p w14:paraId="0F8EC069" w14:textId="77777777" w:rsidR="00A52484" w:rsidRDefault="00A52484" w:rsidP="00A52484">
      <w:pPr>
        <w:spacing w:before="120" w:after="20"/>
        <w:rPr>
          <w:b/>
        </w:rPr>
      </w:pPr>
      <w:r>
        <w:rPr>
          <w:b/>
        </w:rPr>
        <w:t>________________________________________________________________________________________</w:t>
      </w:r>
    </w:p>
    <w:p w14:paraId="72782713" w14:textId="77777777" w:rsidR="00A52484" w:rsidRDefault="00A52484" w:rsidP="00A52484">
      <w:pPr>
        <w:spacing w:before="120" w:after="20"/>
        <w:rPr>
          <w:b/>
        </w:rPr>
      </w:pPr>
      <w:r>
        <w:rPr>
          <w:b/>
        </w:rPr>
        <w:t>________________________________________________________________________________________</w:t>
      </w:r>
    </w:p>
    <w:p w14:paraId="0680072E" w14:textId="77777777" w:rsidR="00A52484" w:rsidRDefault="00A52484" w:rsidP="00A52484">
      <w:pPr>
        <w:spacing w:before="120" w:after="20"/>
        <w:rPr>
          <w:b/>
        </w:rPr>
      </w:pPr>
      <w:r>
        <w:rPr>
          <w:b/>
        </w:rPr>
        <w:t>________________________________________________________________________________________</w:t>
      </w:r>
    </w:p>
    <w:p w14:paraId="78A02C2D" w14:textId="77777777" w:rsidR="00A52484" w:rsidRDefault="00A52484" w:rsidP="00A52484">
      <w:pPr>
        <w:spacing w:before="120" w:after="20"/>
        <w:rPr>
          <w:b/>
        </w:rPr>
      </w:pPr>
      <w:r>
        <w:rPr>
          <w:b/>
        </w:rPr>
        <w:t>________________________________________________________________________________________</w:t>
      </w:r>
    </w:p>
    <w:p w14:paraId="0C606AC7" w14:textId="77777777" w:rsidR="00A52484" w:rsidRDefault="00A52484">
      <w:pPr>
        <w:spacing w:after="40"/>
      </w:pPr>
    </w:p>
    <w:p w14:paraId="132107A5" w14:textId="77777777" w:rsidR="00A52484" w:rsidRDefault="00A52484">
      <w:pPr>
        <w:spacing w:after="40"/>
      </w:pPr>
    </w:p>
    <w:p w14:paraId="28F99025" w14:textId="77777777" w:rsidR="00A52484" w:rsidRDefault="00A52484">
      <w:pPr>
        <w:spacing w:after="40"/>
      </w:pPr>
    </w:p>
    <w:p w14:paraId="03A803A1" w14:textId="77777777" w:rsidR="00A52484" w:rsidRDefault="00A52484">
      <w:pPr>
        <w:spacing w:after="40"/>
      </w:pPr>
    </w:p>
    <w:p w14:paraId="1642092E" w14:textId="77777777" w:rsidR="00A52484" w:rsidRDefault="00A52484">
      <w:pPr>
        <w:spacing w:after="40"/>
      </w:pPr>
    </w:p>
    <w:p w14:paraId="4C3D40BA" w14:textId="77777777" w:rsidR="00A52484" w:rsidRDefault="00A52484">
      <w:pPr>
        <w:spacing w:after="40"/>
      </w:pPr>
    </w:p>
    <w:p w14:paraId="5BCE5F1F" w14:textId="77777777" w:rsidR="00A52484" w:rsidRDefault="00A52484">
      <w:pPr>
        <w:spacing w:after="40"/>
      </w:pPr>
    </w:p>
    <w:p w14:paraId="16BD3EC0" w14:textId="77777777" w:rsidR="006E41A2" w:rsidRDefault="00000000">
      <w:pPr>
        <w:spacing w:before="120" w:after="20"/>
      </w:pPr>
      <w:r>
        <w:rPr>
          <w:b/>
        </w:rPr>
        <w:lastRenderedPageBreak/>
        <w:t>9. Project timetable / Gantt chart</w:t>
      </w:r>
    </w:p>
    <w:p w14:paraId="751D0897" w14:textId="77777777" w:rsidR="006E41A2" w:rsidRDefault="00000000">
      <w:pPr>
        <w:spacing w:after="40"/>
        <w:rPr>
          <w:i/>
          <w:sz w:val="18"/>
        </w:rPr>
      </w:pPr>
      <w:r>
        <w:rPr>
          <w:i/>
          <w:sz w:val="18"/>
        </w:rPr>
        <w:t>Attach or insert a detailed Gantt chart showing the expected timing of activities, milestones and deliverables.</w:t>
      </w:r>
    </w:p>
    <w:p w14:paraId="5D659A9D" w14:textId="77777777" w:rsidR="00A52484" w:rsidRDefault="00A52484">
      <w:pPr>
        <w:spacing w:after="40"/>
        <w:rPr>
          <w:i/>
          <w:sz w:val="18"/>
        </w:rPr>
      </w:pPr>
    </w:p>
    <w:p w14:paraId="1CD21964" w14:textId="77777777" w:rsidR="00A52484" w:rsidRDefault="00A52484">
      <w:pPr>
        <w:spacing w:after="40"/>
        <w:rPr>
          <w:i/>
          <w:sz w:val="18"/>
        </w:rPr>
      </w:pPr>
    </w:p>
    <w:p w14:paraId="786A78CB" w14:textId="77777777" w:rsidR="00A52484" w:rsidRDefault="00A52484">
      <w:pPr>
        <w:spacing w:after="40"/>
        <w:rPr>
          <w:i/>
          <w:sz w:val="18"/>
        </w:rPr>
      </w:pPr>
    </w:p>
    <w:p w14:paraId="1831E83C" w14:textId="77777777" w:rsidR="00A52484" w:rsidRDefault="00A52484">
      <w:pPr>
        <w:spacing w:after="40"/>
        <w:rPr>
          <w:i/>
          <w:sz w:val="18"/>
        </w:rPr>
      </w:pPr>
    </w:p>
    <w:p w14:paraId="1E3C2FFC" w14:textId="77777777" w:rsidR="00A52484" w:rsidRDefault="00A52484">
      <w:pPr>
        <w:spacing w:after="40"/>
        <w:rPr>
          <w:i/>
          <w:sz w:val="18"/>
        </w:rPr>
      </w:pPr>
    </w:p>
    <w:p w14:paraId="3B030BAF" w14:textId="77777777" w:rsidR="00A52484" w:rsidRDefault="00A52484">
      <w:pPr>
        <w:spacing w:after="40"/>
        <w:rPr>
          <w:i/>
          <w:sz w:val="18"/>
        </w:rPr>
      </w:pPr>
    </w:p>
    <w:p w14:paraId="0C8F761C" w14:textId="77777777" w:rsidR="00A52484" w:rsidRDefault="00A52484">
      <w:pPr>
        <w:spacing w:after="40"/>
        <w:rPr>
          <w:i/>
          <w:sz w:val="18"/>
        </w:rPr>
      </w:pPr>
    </w:p>
    <w:p w14:paraId="423F5208" w14:textId="77777777" w:rsidR="00A52484" w:rsidRDefault="00A52484">
      <w:pPr>
        <w:spacing w:after="40"/>
        <w:rPr>
          <w:i/>
          <w:sz w:val="18"/>
        </w:rPr>
      </w:pPr>
    </w:p>
    <w:p w14:paraId="7378CFA5" w14:textId="77777777" w:rsidR="00A52484" w:rsidRDefault="00A52484">
      <w:pPr>
        <w:spacing w:after="40"/>
        <w:rPr>
          <w:i/>
          <w:sz w:val="18"/>
        </w:rPr>
      </w:pPr>
    </w:p>
    <w:p w14:paraId="5D66B24F" w14:textId="77777777" w:rsidR="00A52484" w:rsidRDefault="00A52484">
      <w:pPr>
        <w:spacing w:after="40"/>
        <w:rPr>
          <w:i/>
          <w:sz w:val="18"/>
        </w:rPr>
      </w:pPr>
    </w:p>
    <w:p w14:paraId="11FA752C" w14:textId="77777777" w:rsidR="00A52484" w:rsidRDefault="00A52484">
      <w:pPr>
        <w:spacing w:after="40"/>
        <w:rPr>
          <w:i/>
          <w:sz w:val="18"/>
        </w:rPr>
      </w:pPr>
    </w:p>
    <w:p w14:paraId="1E07AB07" w14:textId="77777777" w:rsidR="00A52484" w:rsidRDefault="00A52484">
      <w:pPr>
        <w:spacing w:after="40"/>
        <w:rPr>
          <w:i/>
          <w:sz w:val="18"/>
        </w:rPr>
      </w:pPr>
    </w:p>
    <w:p w14:paraId="4BED5332" w14:textId="77777777" w:rsidR="00A52484" w:rsidRDefault="00A52484">
      <w:pPr>
        <w:spacing w:after="40"/>
        <w:rPr>
          <w:i/>
          <w:sz w:val="18"/>
        </w:rPr>
      </w:pPr>
    </w:p>
    <w:p w14:paraId="5C89C50C" w14:textId="77777777" w:rsidR="00A52484" w:rsidRDefault="00A52484">
      <w:pPr>
        <w:spacing w:after="40"/>
        <w:rPr>
          <w:i/>
          <w:sz w:val="18"/>
        </w:rPr>
      </w:pPr>
    </w:p>
    <w:p w14:paraId="75DB2EDE" w14:textId="77777777" w:rsidR="00A52484" w:rsidRDefault="00A52484">
      <w:pPr>
        <w:spacing w:after="40"/>
      </w:pPr>
    </w:p>
    <w:p w14:paraId="78379105" w14:textId="77777777" w:rsidR="006E41A2" w:rsidRDefault="00000000">
      <w:pPr>
        <w:spacing w:before="140" w:after="60"/>
      </w:pPr>
      <w:r>
        <w:rPr>
          <w:b/>
          <w:sz w:val="22"/>
        </w:rPr>
        <w:t>D. BUDGET AND FUNDING</w:t>
      </w:r>
    </w:p>
    <w:p w14:paraId="06C375F0" w14:textId="77777777" w:rsidR="006E41A2" w:rsidRDefault="00000000">
      <w:r>
        <w:rPr>
          <w:b/>
        </w:rPr>
        <w:t>10. Detailed budget and budget justification</w:t>
      </w:r>
    </w:p>
    <w:p w14:paraId="13903B40" w14:textId="50272DAA" w:rsidR="006E41A2" w:rsidRPr="00CE395A" w:rsidRDefault="00000000">
      <w:pPr>
        <w:rPr>
          <w:i/>
          <w:iCs/>
        </w:rPr>
      </w:pPr>
      <w:r w:rsidRPr="00CE395A">
        <w:rPr>
          <w:i/>
          <w:iCs/>
        </w:rPr>
        <w:t xml:space="preserve">Provide a detailed budget for the full duration of the project, separately for </w:t>
      </w:r>
      <w:r w:rsidRPr="00CE395A">
        <w:rPr>
          <w:b/>
          <w:bCs/>
          <w:i/>
          <w:iCs/>
          <w:u w:val="single"/>
        </w:rPr>
        <w:t>each year</w:t>
      </w:r>
      <w:r w:rsidR="00057CCD" w:rsidRPr="00CE395A">
        <w:rPr>
          <w:b/>
          <w:bCs/>
          <w:i/>
          <w:iCs/>
          <w:u w:val="single"/>
        </w:rPr>
        <w:t xml:space="preserve"> of the projects proposed duration</w:t>
      </w:r>
      <w:r w:rsidRPr="00CE395A">
        <w:rPr>
          <w:i/>
          <w:iCs/>
        </w:rPr>
        <w:t>. Indicate total project cost, the amount requested from the Sorghum Trust, co-funding and the basis on which each cost was calculated. Clearly identify capacity-building expenditure, capital expenditure and overseas travel.</w:t>
      </w:r>
    </w:p>
    <w:tbl>
      <w:tblPr>
        <w:tblStyle w:val="TableGrid"/>
        <w:tblW w:w="0" w:type="auto"/>
        <w:tblLook w:val="04A0" w:firstRow="1" w:lastRow="0" w:firstColumn="1" w:lastColumn="0" w:noHBand="0" w:noVBand="1"/>
      </w:tblPr>
      <w:tblGrid>
        <w:gridCol w:w="1704"/>
        <w:gridCol w:w="1704"/>
        <w:gridCol w:w="1704"/>
        <w:gridCol w:w="1704"/>
        <w:gridCol w:w="1704"/>
        <w:gridCol w:w="1704"/>
      </w:tblGrid>
      <w:tr w:rsidR="006E41A2" w14:paraId="6C40223F" w14:textId="77777777" w:rsidTr="00A52484">
        <w:trPr>
          <w:trHeight w:val="720"/>
        </w:trPr>
        <w:tc>
          <w:tcPr>
            <w:tcW w:w="1704" w:type="dxa"/>
          </w:tcPr>
          <w:p w14:paraId="1F3DCF88" w14:textId="77777777" w:rsidR="006E41A2" w:rsidRDefault="00000000">
            <w:r>
              <w:rPr>
                <w:b/>
              </w:rPr>
              <w:t>Budget item</w:t>
            </w:r>
          </w:p>
        </w:tc>
        <w:tc>
          <w:tcPr>
            <w:tcW w:w="1704" w:type="dxa"/>
          </w:tcPr>
          <w:p w14:paraId="214F609C" w14:textId="77777777" w:rsidR="006E41A2" w:rsidRDefault="00000000">
            <w:r>
              <w:rPr>
                <w:b/>
              </w:rPr>
              <w:t>Year</w:t>
            </w:r>
          </w:p>
        </w:tc>
        <w:tc>
          <w:tcPr>
            <w:tcW w:w="1704" w:type="dxa"/>
          </w:tcPr>
          <w:p w14:paraId="7D3A1018" w14:textId="77777777" w:rsidR="006E41A2" w:rsidRDefault="00000000">
            <w:r>
              <w:rPr>
                <w:b/>
              </w:rPr>
              <w:t>Total cost</w:t>
            </w:r>
          </w:p>
        </w:tc>
        <w:tc>
          <w:tcPr>
            <w:tcW w:w="1704" w:type="dxa"/>
          </w:tcPr>
          <w:p w14:paraId="3788573D" w14:textId="77777777" w:rsidR="006E41A2" w:rsidRDefault="00000000">
            <w:r>
              <w:rPr>
                <w:b/>
              </w:rPr>
              <w:t>Requested from Trust</w:t>
            </w:r>
          </w:p>
        </w:tc>
        <w:tc>
          <w:tcPr>
            <w:tcW w:w="1704" w:type="dxa"/>
          </w:tcPr>
          <w:p w14:paraId="04879602" w14:textId="77777777" w:rsidR="006E41A2" w:rsidRDefault="00000000">
            <w:r>
              <w:rPr>
                <w:b/>
              </w:rPr>
              <w:t>Other funding</w:t>
            </w:r>
          </w:p>
        </w:tc>
        <w:tc>
          <w:tcPr>
            <w:tcW w:w="1704" w:type="dxa"/>
          </w:tcPr>
          <w:p w14:paraId="60926BD8" w14:textId="77777777" w:rsidR="006E41A2" w:rsidRDefault="00000000">
            <w:r>
              <w:rPr>
                <w:b/>
              </w:rPr>
              <w:t>Justification / calculation</w:t>
            </w:r>
          </w:p>
        </w:tc>
      </w:tr>
      <w:tr w:rsidR="006E41A2" w14:paraId="29C13E3C" w14:textId="77777777" w:rsidTr="00A52484">
        <w:trPr>
          <w:trHeight w:val="720"/>
        </w:trPr>
        <w:tc>
          <w:tcPr>
            <w:tcW w:w="1704" w:type="dxa"/>
          </w:tcPr>
          <w:p w14:paraId="736EB07D" w14:textId="77777777" w:rsidR="006E41A2" w:rsidRDefault="006E41A2"/>
        </w:tc>
        <w:tc>
          <w:tcPr>
            <w:tcW w:w="1704" w:type="dxa"/>
          </w:tcPr>
          <w:p w14:paraId="787590EF" w14:textId="77777777" w:rsidR="006E41A2" w:rsidRDefault="006E41A2"/>
        </w:tc>
        <w:tc>
          <w:tcPr>
            <w:tcW w:w="1704" w:type="dxa"/>
          </w:tcPr>
          <w:p w14:paraId="514625D2" w14:textId="77777777" w:rsidR="006E41A2" w:rsidRDefault="006E41A2"/>
        </w:tc>
        <w:tc>
          <w:tcPr>
            <w:tcW w:w="1704" w:type="dxa"/>
          </w:tcPr>
          <w:p w14:paraId="0B25D304" w14:textId="77777777" w:rsidR="006E41A2" w:rsidRDefault="006E41A2"/>
        </w:tc>
        <w:tc>
          <w:tcPr>
            <w:tcW w:w="1704" w:type="dxa"/>
          </w:tcPr>
          <w:p w14:paraId="451CFF3E" w14:textId="77777777" w:rsidR="006E41A2" w:rsidRDefault="006E41A2"/>
        </w:tc>
        <w:tc>
          <w:tcPr>
            <w:tcW w:w="1704" w:type="dxa"/>
          </w:tcPr>
          <w:p w14:paraId="0478CF9C" w14:textId="77777777" w:rsidR="006E41A2" w:rsidRDefault="006E41A2"/>
        </w:tc>
      </w:tr>
      <w:tr w:rsidR="006E41A2" w14:paraId="3DBAEA48" w14:textId="77777777" w:rsidTr="00A52484">
        <w:trPr>
          <w:trHeight w:val="720"/>
        </w:trPr>
        <w:tc>
          <w:tcPr>
            <w:tcW w:w="1704" w:type="dxa"/>
          </w:tcPr>
          <w:p w14:paraId="757D3DDD" w14:textId="77777777" w:rsidR="006E41A2" w:rsidRDefault="006E41A2"/>
        </w:tc>
        <w:tc>
          <w:tcPr>
            <w:tcW w:w="1704" w:type="dxa"/>
          </w:tcPr>
          <w:p w14:paraId="60BB3EB8" w14:textId="77777777" w:rsidR="006E41A2" w:rsidRDefault="006E41A2"/>
        </w:tc>
        <w:tc>
          <w:tcPr>
            <w:tcW w:w="1704" w:type="dxa"/>
          </w:tcPr>
          <w:p w14:paraId="0A62075E" w14:textId="77777777" w:rsidR="006E41A2" w:rsidRDefault="006E41A2"/>
        </w:tc>
        <w:tc>
          <w:tcPr>
            <w:tcW w:w="1704" w:type="dxa"/>
          </w:tcPr>
          <w:p w14:paraId="6DC1518D" w14:textId="77777777" w:rsidR="006E41A2" w:rsidRDefault="006E41A2"/>
        </w:tc>
        <w:tc>
          <w:tcPr>
            <w:tcW w:w="1704" w:type="dxa"/>
          </w:tcPr>
          <w:p w14:paraId="2C62751A" w14:textId="77777777" w:rsidR="006E41A2" w:rsidRDefault="006E41A2"/>
        </w:tc>
        <w:tc>
          <w:tcPr>
            <w:tcW w:w="1704" w:type="dxa"/>
          </w:tcPr>
          <w:p w14:paraId="5833290E" w14:textId="77777777" w:rsidR="006E41A2" w:rsidRDefault="006E41A2"/>
        </w:tc>
      </w:tr>
      <w:tr w:rsidR="006E41A2" w14:paraId="12D78185" w14:textId="77777777" w:rsidTr="00A52484">
        <w:trPr>
          <w:trHeight w:val="720"/>
        </w:trPr>
        <w:tc>
          <w:tcPr>
            <w:tcW w:w="1704" w:type="dxa"/>
          </w:tcPr>
          <w:p w14:paraId="46BAB116" w14:textId="77777777" w:rsidR="006E41A2" w:rsidRDefault="006E41A2"/>
        </w:tc>
        <w:tc>
          <w:tcPr>
            <w:tcW w:w="1704" w:type="dxa"/>
          </w:tcPr>
          <w:p w14:paraId="0328662C" w14:textId="77777777" w:rsidR="006E41A2" w:rsidRDefault="006E41A2"/>
        </w:tc>
        <w:tc>
          <w:tcPr>
            <w:tcW w:w="1704" w:type="dxa"/>
          </w:tcPr>
          <w:p w14:paraId="3FE45CE8" w14:textId="77777777" w:rsidR="006E41A2" w:rsidRDefault="006E41A2"/>
        </w:tc>
        <w:tc>
          <w:tcPr>
            <w:tcW w:w="1704" w:type="dxa"/>
          </w:tcPr>
          <w:p w14:paraId="36CD0F98" w14:textId="77777777" w:rsidR="006E41A2" w:rsidRDefault="006E41A2"/>
        </w:tc>
        <w:tc>
          <w:tcPr>
            <w:tcW w:w="1704" w:type="dxa"/>
          </w:tcPr>
          <w:p w14:paraId="73DC067E" w14:textId="77777777" w:rsidR="006E41A2" w:rsidRDefault="006E41A2"/>
        </w:tc>
        <w:tc>
          <w:tcPr>
            <w:tcW w:w="1704" w:type="dxa"/>
          </w:tcPr>
          <w:p w14:paraId="5AF20C87" w14:textId="77777777" w:rsidR="006E41A2" w:rsidRDefault="006E41A2"/>
        </w:tc>
      </w:tr>
      <w:tr w:rsidR="006E41A2" w14:paraId="2969C2BF" w14:textId="77777777" w:rsidTr="00A52484">
        <w:trPr>
          <w:trHeight w:val="720"/>
        </w:trPr>
        <w:tc>
          <w:tcPr>
            <w:tcW w:w="1704" w:type="dxa"/>
          </w:tcPr>
          <w:p w14:paraId="7090830F" w14:textId="77777777" w:rsidR="006E41A2" w:rsidRDefault="006E41A2"/>
        </w:tc>
        <w:tc>
          <w:tcPr>
            <w:tcW w:w="1704" w:type="dxa"/>
          </w:tcPr>
          <w:p w14:paraId="7300DC0B" w14:textId="77777777" w:rsidR="006E41A2" w:rsidRDefault="006E41A2"/>
        </w:tc>
        <w:tc>
          <w:tcPr>
            <w:tcW w:w="1704" w:type="dxa"/>
          </w:tcPr>
          <w:p w14:paraId="03068D1B" w14:textId="77777777" w:rsidR="006E41A2" w:rsidRDefault="006E41A2"/>
        </w:tc>
        <w:tc>
          <w:tcPr>
            <w:tcW w:w="1704" w:type="dxa"/>
          </w:tcPr>
          <w:p w14:paraId="2D600912" w14:textId="77777777" w:rsidR="006E41A2" w:rsidRDefault="006E41A2"/>
        </w:tc>
        <w:tc>
          <w:tcPr>
            <w:tcW w:w="1704" w:type="dxa"/>
          </w:tcPr>
          <w:p w14:paraId="5848BD39" w14:textId="77777777" w:rsidR="006E41A2" w:rsidRDefault="006E41A2"/>
        </w:tc>
        <w:tc>
          <w:tcPr>
            <w:tcW w:w="1704" w:type="dxa"/>
          </w:tcPr>
          <w:p w14:paraId="799021B3" w14:textId="77777777" w:rsidR="006E41A2" w:rsidRDefault="006E41A2"/>
        </w:tc>
      </w:tr>
      <w:tr w:rsidR="006E41A2" w14:paraId="2EBBF172" w14:textId="77777777" w:rsidTr="00A52484">
        <w:trPr>
          <w:trHeight w:val="720"/>
        </w:trPr>
        <w:tc>
          <w:tcPr>
            <w:tcW w:w="1704" w:type="dxa"/>
          </w:tcPr>
          <w:p w14:paraId="5960D075" w14:textId="77777777" w:rsidR="006E41A2" w:rsidRDefault="006E41A2"/>
        </w:tc>
        <w:tc>
          <w:tcPr>
            <w:tcW w:w="1704" w:type="dxa"/>
          </w:tcPr>
          <w:p w14:paraId="722A05BF" w14:textId="77777777" w:rsidR="006E41A2" w:rsidRDefault="006E41A2"/>
        </w:tc>
        <w:tc>
          <w:tcPr>
            <w:tcW w:w="1704" w:type="dxa"/>
          </w:tcPr>
          <w:p w14:paraId="512B6A25" w14:textId="77777777" w:rsidR="006E41A2" w:rsidRDefault="006E41A2"/>
        </w:tc>
        <w:tc>
          <w:tcPr>
            <w:tcW w:w="1704" w:type="dxa"/>
          </w:tcPr>
          <w:p w14:paraId="0993EDBA" w14:textId="77777777" w:rsidR="006E41A2" w:rsidRDefault="006E41A2"/>
        </w:tc>
        <w:tc>
          <w:tcPr>
            <w:tcW w:w="1704" w:type="dxa"/>
          </w:tcPr>
          <w:p w14:paraId="0B13BBB6" w14:textId="77777777" w:rsidR="006E41A2" w:rsidRDefault="006E41A2"/>
        </w:tc>
        <w:tc>
          <w:tcPr>
            <w:tcW w:w="1704" w:type="dxa"/>
          </w:tcPr>
          <w:p w14:paraId="0F14DF01" w14:textId="77777777" w:rsidR="006E41A2" w:rsidRDefault="006E41A2"/>
        </w:tc>
      </w:tr>
      <w:tr w:rsidR="006E41A2" w14:paraId="24D665E6" w14:textId="77777777" w:rsidTr="00A52484">
        <w:trPr>
          <w:trHeight w:val="720"/>
        </w:trPr>
        <w:tc>
          <w:tcPr>
            <w:tcW w:w="1704" w:type="dxa"/>
          </w:tcPr>
          <w:p w14:paraId="7B2A7236" w14:textId="77777777" w:rsidR="006E41A2" w:rsidRDefault="006E41A2"/>
        </w:tc>
        <w:tc>
          <w:tcPr>
            <w:tcW w:w="1704" w:type="dxa"/>
          </w:tcPr>
          <w:p w14:paraId="266C6C9E" w14:textId="77777777" w:rsidR="006E41A2" w:rsidRDefault="006E41A2"/>
        </w:tc>
        <w:tc>
          <w:tcPr>
            <w:tcW w:w="1704" w:type="dxa"/>
          </w:tcPr>
          <w:p w14:paraId="288FAB90" w14:textId="77777777" w:rsidR="006E41A2" w:rsidRDefault="006E41A2"/>
        </w:tc>
        <w:tc>
          <w:tcPr>
            <w:tcW w:w="1704" w:type="dxa"/>
          </w:tcPr>
          <w:p w14:paraId="2AB575B3" w14:textId="77777777" w:rsidR="006E41A2" w:rsidRDefault="006E41A2"/>
        </w:tc>
        <w:tc>
          <w:tcPr>
            <w:tcW w:w="1704" w:type="dxa"/>
          </w:tcPr>
          <w:p w14:paraId="0E712B52" w14:textId="77777777" w:rsidR="006E41A2" w:rsidRDefault="006E41A2"/>
        </w:tc>
        <w:tc>
          <w:tcPr>
            <w:tcW w:w="1704" w:type="dxa"/>
          </w:tcPr>
          <w:p w14:paraId="2697B3B8" w14:textId="77777777" w:rsidR="006E41A2" w:rsidRDefault="006E41A2"/>
        </w:tc>
      </w:tr>
      <w:tr w:rsidR="006E41A2" w14:paraId="787C21B9" w14:textId="77777777" w:rsidTr="00A52484">
        <w:trPr>
          <w:trHeight w:val="720"/>
        </w:trPr>
        <w:tc>
          <w:tcPr>
            <w:tcW w:w="1704" w:type="dxa"/>
          </w:tcPr>
          <w:p w14:paraId="500FEA0B" w14:textId="77777777" w:rsidR="006E41A2" w:rsidRDefault="006E41A2"/>
        </w:tc>
        <w:tc>
          <w:tcPr>
            <w:tcW w:w="1704" w:type="dxa"/>
          </w:tcPr>
          <w:p w14:paraId="0D927866" w14:textId="77777777" w:rsidR="006E41A2" w:rsidRDefault="006E41A2"/>
        </w:tc>
        <w:tc>
          <w:tcPr>
            <w:tcW w:w="1704" w:type="dxa"/>
          </w:tcPr>
          <w:p w14:paraId="472190B5" w14:textId="77777777" w:rsidR="006E41A2" w:rsidRDefault="006E41A2"/>
        </w:tc>
        <w:tc>
          <w:tcPr>
            <w:tcW w:w="1704" w:type="dxa"/>
          </w:tcPr>
          <w:p w14:paraId="6DB95DAC" w14:textId="77777777" w:rsidR="006E41A2" w:rsidRDefault="006E41A2"/>
        </w:tc>
        <w:tc>
          <w:tcPr>
            <w:tcW w:w="1704" w:type="dxa"/>
          </w:tcPr>
          <w:p w14:paraId="7B4B7B3A" w14:textId="77777777" w:rsidR="006E41A2" w:rsidRDefault="006E41A2"/>
        </w:tc>
        <w:tc>
          <w:tcPr>
            <w:tcW w:w="1704" w:type="dxa"/>
          </w:tcPr>
          <w:p w14:paraId="19C36811" w14:textId="77777777" w:rsidR="006E41A2" w:rsidRDefault="006E41A2"/>
        </w:tc>
      </w:tr>
      <w:tr w:rsidR="006E41A2" w14:paraId="2F14EE29" w14:textId="77777777" w:rsidTr="00A52484">
        <w:trPr>
          <w:trHeight w:val="720"/>
        </w:trPr>
        <w:tc>
          <w:tcPr>
            <w:tcW w:w="1704" w:type="dxa"/>
          </w:tcPr>
          <w:p w14:paraId="4D26B655" w14:textId="77777777" w:rsidR="006E41A2" w:rsidRDefault="006E41A2"/>
        </w:tc>
        <w:tc>
          <w:tcPr>
            <w:tcW w:w="1704" w:type="dxa"/>
          </w:tcPr>
          <w:p w14:paraId="612DCC18" w14:textId="77777777" w:rsidR="006E41A2" w:rsidRDefault="006E41A2"/>
        </w:tc>
        <w:tc>
          <w:tcPr>
            <w:tcW w:w="1704" w:type="dxa"/>
          </w:tcPr>
          <w:p w14:paraId="34FBA02B" w14:textId="77777777" w:rsidR="006E41A2" w:rsidRDefault="006E41A2"/>
        </w:tc>
        <w:tc>
          <w:tcPr>
            <w:tcW w:w="1704" w:type="dxa"/>
          </w:tcPr>
          <w:p w14:paraId="343C573B" w14:textId="77777777" w:rsidR="006E41A2" w:rsidRDefault="006E41A2"/>
        </w:tc>
        <w:tc>
          <w:tcPr>
            <w:tcW w:w="1704" w:type="dxa"/>
          </w:tcPr>
          <w:p w14:paraId="09EB4276" w14:textId="77777777" w:rsidR="006E41A2" w:rsidRDefault="006E41A2"/>
        </w:tc>
        <w:tc>
          <w:tcPr>
            <w:tcW w:w="1704" w:type="dxa"/>
          </w:tcPr>
          <w:p w14:paraId="21615C0C" w14:textId="77777777" w:rsidR="006E41A2" w:rsidRDefault="006E41A2"/>
        </w:tc>
      </w:tr>
    </w:tbl>
    <w:p w14:paraId="0571CB53" w14:textId="77777777" w:rsidR="00A52484" w:rsidRDefault="00A52484">
      <w:pPr>
        <w:spacing w:before="120" w:after="20"/>
        <w:rPr>
          <w:b/>
        </w:rPr>
      </w:pPr>
    </w:p>
    <w:p w14:paraId="6DA1814B" w14:textId="77777777" w:rsidR="00A52484" w:rsidRDefault="00A52484">
      <w:pPr>
        <w:spacing w:before="120" w:after="20"/>
        <w:rPr>
          <w:b/>
        </w:rPr>
      </w:pPr>
    </w:p>
    <w:p w14:paraId="07E21D9E" w14:textId="77777777" w:rsidR="00057CCD" w:rsidRDefault="00057CCD" w:rsidP="00CE395A">
      <w:pPr>
        <w:rPr>
          <w:b/>
        </w:rPr>
      </w:pPr>
    </w:p>
    <w:p w14:paraId="0C5996C8" w14:textId="57AC4179" w:rsidR="00CE395A" w:rsidRDefault="00CE395A" w:rsidP="00CE395A">
      <w:pPr>
        <w:spacing w:after="0"/>
        <w:rPr>
          <w:b/>
          <w:bCs/>
          <w:lang w:val="en-ZA"/>
        </w:rPr>
      </w:pPr>
      <w:r>
        <w:rPr>
          <w:b/>
          <w:bCs/>
          <w:lang w:val="en-ZA"/>
        </w:rPr>
        <w:t xml:space="preserve">10A. </w:t>
      </w:r>
      <w:r w:rsidRPr="00CE395A">
        <w:rPr>
          <w:b/>
          <w:bCs/>
          <w:lang w:val="en-ZA"/>
        </w:rPr>
        <w:t xml:space="preserve">Sorghum </w:t>
      </w:r>
      <w:r w:rsidRPr="00CE395A">
        <w:rPr>
          <w:b/>
        </w:rPr>
        <w:t>Trust</w:t>
      </w:r>
      <w:r w:rsidRPr="00CE395A">
        <w:rPr>
          <w:b/>
          <w:bCs/>
          <w:lang w:val="en-ZA"/>
        </w:rPr>
        <w:t xml:space="preserve"> funding requested over the full project term</w:t>
      </w:r>
    </w:p>
    <w:p w14:paraId="4C33CB7D" w14:textId="77777777" w:rsidR="00CE395A" w:rsidRPr="00CE395A" w:rsidRDefault="00CE395A" w:rsidP="00CE395A">
      <w:pPr>
        <w:spacing w:after="0"/>
        <w:rPr>
          <w:b/>
          <w:lang w:val="en-ZA"/>
        </w:rPr>
      </w:pPr>
    </w:p>
    <w:p w14:paraId="63FA3764" w14:textId="77777777" w:rsidR="00CE395A" w:rsidRPr="00CE395A" w:rsidRDefault="00CE395A" w:rsidP="00CE395A">
      <w:pPr>
        <w:spacing w:after="0"/>
        <w:rPr>
          <w:i/>
          <w:iCs/>
        </w:rPr>
      </w:pPr>
      <w:r w:rsidRPr="00CE395A">
        <w:rPr>
          <w:i/>
          <w:iCs/>
        </w:rPr>
        <w:t>Indicate the total amount of funding requested from the Sorghum Trust for each year of the proposed project.</w:t>
      </w:r>
    </w:p>
    <w:p w14:paraId="53D82C0C" w14:textId="77777777" w:rsidR="00CE395A" w:rsidRDefault="00CE395A" w:rsidP="00057CCD">
      <w:pPr>
        <w:rPr>
          <w:b/>
        </w:rPr>
      </w:pPr>
    </w:p>
    <w:tbl>
      <w:tblPr>
        <w:tblStyle w:val="TableGrid"/>
        <w:tblW w:w="0" w:type="auto"/>
        <w:tblInd w:w="108" w:type="dxa"/>
        <w:tblLook w:val="04A0" w:firstRow="1" w:lastRow="0" w:firstColumn="1" w:lastColumn="0" w:noHBand="0" w:noVBand="1"/>
      </w:tblPr>
      <w:tblGrid>
        <w:gridCol w:w="4680"/>
        <w:gridCol w:w="5457"/>
      </w:tblGrid>
      <w:tr w:rsidR="00CE395A" w:rsidRPr="00CE395A" w14:paraId="555EE64F" w14:textId="77777777" w:rsidTr="00CE395A">
        <w:tc>
          <w:tcPr>
            <w:tcW w:w="4680" w:type="dxa"/>
            <w:hideMark/>
          </w:tcPr>
          <w:p w14:paraId="6E7202F9" w14:textId="77777777" w:rsidR="00CE395A" w:rsidRPr="00CE395A" w:rsidRDefault="00CE395A" w:rsidP="00CE395A">
            <w:pPr>
              <w:spacing w:after="200" w:line="276" w:lineRule="auto"/>
              <w:rPr>
                <w:b/>
                <w:bCs/>
                <w:lang w:val="en-ZA"/>
              </w:rPr>
            </w:pPr>
            <w:r w:rsidRPr="00CE395A">
              <w:rPr>
                <w:b/>
                <w:bCs/>
                <w:lang w:val="en-ZA"/>
              </w:rPr>
              <w:t>Project year</w:t>
            </w:r>
          </w:p>
        </w:tc>
        <w:tc>
          <w:tcPr>
            <w:tcW w:w="5457" w:type="dxa"/>
            <w:hideMark/>
          </w:tcPr>
          <w:p w14:paraId="26E90B30" w14:textId="77777777" w:rsidR="00CE395A" w:rsidRPr="00CE395A" w:rsidRDefault="00CE395A" w:rsidP="00CE395A">
            <w:pPr>
              <w:spacing w:after="200" w:line="276" w:lineRule="auto"/>
              <w:rPr>
                <w:b/>
                <w:bCs/>
                <w:lang w:val="en-ZA"/>
              </w:rPr>
            </w:pPr>
            <w:r w:rsidRPr="00CE395A">
              <w:rPr>
                <w:b/>
                <w:bCs/>
                <w:lang w:val="en-ZA"/>
              </w:rPr>
              <w:t>Amount requested from Sorghum Trust</w:t>
            </w:r>
          </w:p>
        </w:tc>
      </w:tr>
      <w:tr w:rsidR="00CE395A" w:rsidRPr="00CE395A" w14:paraId="5E7E85A8" w14:textId="77777777" w:rsidTr="00CE395A">
        <w:tc>
          <w:tcPr>
            <w:tcW w:w="4680" w:type="dxa"/>
            <w:hideMark/>
          </w:tcPr>
          <w:p w14:paraId="34B6558B" w14:textId="77777777" w:rsidR="00CE395A" w:rsidRPr="00CE395A" w:rsidRDefault="00CE395A" w:rsidP="00CE395A">
            <w:pPr>
              <w:spacing w:after="200" w:line="276" w:lineRule="auto"/>
              <w:rPr>
                <w:b/>
                <w:lang w:val="en-ZA"/>
              </w:rPr>
            </w:pPr>
            <w:r w:rsidRPr="00CE395A">
              <w:rPr>
                <w:b/>
                <w:lang w:val="en-ZA"/>
              </w:rPr>
              <w:t>Year 1</w:t>
            </w:r>
          </w:p>
        </w:tc>
        <w:tc>
          <w:tcPr>
            <w:tcW w:w="5457" w:type="dxa"/>
            <w:hideMark/>
          </w:tcPr>
          <w:p w14:paraId="51FC7E1A" w14:textId="77777777" w:rsidR="00CE395A" w:rsidRPr="00CE395A" w:rsidRDefault="00CE395A" w:rsidP="00CE395A">
            <w:pPr>
              <w:spacing w:after="200" w:line="276" w:lineRule="auto"/>
              <w:rPr>
                <w:b/>
                <w:lang w:val="en-ZA"/>
              </w:rPr>
            </w:pPr>
            <w:r w:rsidRPr="00CE395A">
              <w:rPr>
                <w:b/>
                <w:lang w:val="en-ZA"/>
              </w:rPr>
              <w:t>R</w:t>
            </w:r>
          </w:p>
        </w:tc>
      </w:tr>
      <w:tr w:rsidR="00CE395A" w:rsidRPr="00CE395A" w14:paraId="5E6F6F0A" w14:textId="77777777" w:rsidTr="00CE395A">
        <w:tc>
          <w:tcPr>
            <w:tcW w:w="4680" w:type="dxa"/>
            <w:hideMark/>
          </w:tcPr>
          <w:p w14:paraId="36DA728C" w14:textId="77777777" w:rsidR="00CE395A" w:rsidRPr="00CE395A" w:rsidRDefault="00CE395A" w:rsidP="00CE395A">
            <w:pPr>
              <w:spacing w:after="200" w:line="276" w:lineRule="auto"/>
              <w:rPr>
                <w:b/>
                <w:lang w:val="en-ZA"/>
              </w:rPr>
            </w:pPr>
            <w:r w:rsidRPr="00CE395A">
              <w:rPr>
                <w:b/>
                <w:lang w:val="en-ZA"/>
              </w:rPr>
              <w:t>Year 2</w:t>
            </w:r>
          </w:p>
        </w:tc>
        <w:tc>
          <w:tcPr>
            <w:tcW w:w="5457" w:type="dxa"/>
            <w:hideMark/>
          </w:tcPr>
          <w:p w14:paraId="756929A4" w14:textId="77777777" w:rsidR="00CE395A" w:rsidRPr="00CE395A" w:rsidRDefault="00CE395A" w:rsidP="00CE395A">
            <w:pPr>
              <w:spacing w:after="200" w:line="276" w:lineRule="auto"/>
              <w:rPr>
                <w:b/>
                <w:lang w:val="en-ZA"/>
              </w:rPr>
            </w:pPr>
            <w:r w:rsidRPr="00CE395A">
              <w:rPr>
                <w:b/>
                <w:lang w:val="en-ZA"/>
              </w:rPr>
              <w:t>R</w:t>
            </w:r>
          </w:p>
        </w:tc>
      </w:tr>
      <w:tr w:rsidR="00CE395A" w:rsidRPr="00CE395A" w14:paraId="73148709" w14:textId="77777777" w:rsidTr="00CE395A">
        <w:tc>
          <w:tcPr>
            <w:tcW w:w="4680" w:type="dxa"/>
            <w:hideMark/>
          </w:tcPr>
          <w:p w14:paraId="7403B336" w14:textId="77777777" w:rsidR="00CE395A" w:rsidRPr="00CE395A" w:rsidRDefault="00CE395A" w:rsidP="00CE395A">
            <w:pPr>
              <w:spacing w:after="200" w:line="276" w:lineRule="auto"/>
              <w:rPr>
                <w:b/>
                <w:lang w:val="en-ZA"/>
              </w:rPr>
            </w:pPr>
            <w:r w:rsidRPr="00CE395A">
              <w:rPr>
                <w:b/>
                <w:lang w:val="en-ZA"/>
              </w:rPr>
              <w:t>Year 3</w:t>
            </w:r>
          </w:p>
        </w:tc>
        <w:tc>
          <w:tcPr>
            <w:tcW w:w="5457" w:type="dxa"/>
            <w:hideMark/>
          </w:tcPr>
          <w:p w14:paraId="4CFF23FD" w14:textId="77777777" w:rsidR="00CE395A" w:rsidRPr="00CE395A" w:rsidRDefault="00CE395A" w:rsidP="00CE395A">
            <w:pPr>
              <w:spacing w:after="200" w:line="276" w:lineRule="auto"/>
              <w:rPr>
                <w:b/>
                <w:lang w:val="en-ZA"/>
              </w:rPr>
            </w:pPr>
            <w:r w:rsidRPr="00CE395A">
              <w:rPr>
                <w:b/>
                <w:lang w:val="en-ZA"/>
              </w:rPr>
              <w:t>R</w:t>
            </w:r>
          </w:p>
        </w:tc>
      </w:tr>
      <w:tr w:rsidR="00CE395A" w:rsidRPr="00CE395A" w14:paraId="5EA2C26B" w14:textId="77777777" w:rsidTr="00CE395A">
        <w:tc>
          <w:tcPr>
            <w:tcW w:w="4680" w:type="dxa"/>
            <w:hideMark/>
          </w:tcPr>
          <w:p w14:paraId="758D5436" w14:textId="77777777" w:rsidR="00CE395A" w:rsidRPr="00CE395A" w:rsidRDefault="00CE395A" w:rsidP="00CE395A">
            <w:pPr>
              <w:spacing w:after="200" w:line="276" w:lineRule="auto"/>
              <w:rPr>
                <w:b/>
                <w:lang w:val="en-ZA"/>
              </w:rPr>
            </w:pPr>
            <w:r w:rsidRPr="00CE395A">
              <w:rPr>
                <w:b/>
                <w:lang w:val="en-ZA"/>
              </w:rPr>
              <w:t>Year 4</w:t>
            </w:r>
          </w:p>
        </w:tc>
        <w:tc>
          <w:tcPr>
            <w:tcW w:w="5457" w:type="dxa"/>
            <w:hideMark/>
          </w:tcPr>
          <w:p w14:paraId="49E483D8" w14:textId="77777777" w:rsidR="00CE395A" w:rsidRPr="00CE395A" w:rsidRDefault="00CE395A" w:rsidP="00CE395A">
            <w:pPr>
              <w:spacing w:after="200" w:line="276" w:lineRule="auto"/>
              <w:rPr>
                <w:b/>
                <w:lang w:val="en-ZA"/>
              </w:rPr>
            </w:pPr>
            <w:r w:rsidRPr="00CE395A">
              <w:rPr>
                <w:b/>
                <w:lang w:val="en-ZA"/>
              </w:rPr>
              <w:t>R</w:t>
            </w:r>
          </w:p>
        </w:tc>
      </w:tr>
      <w:tr w:rsidR="00CE395A" w:rsidRPr="00CE395A" w14:paraId="3C281D45" w14:textId="77777777" w:rsidTr="00CE395A">
        <w:tc>
          <w:tcPr>
            <w:tcW w:w="4680" w:type="dxa"/>
            <w:hideMark/>
          </w:tcPr>
          <w:p w14:paraId="2509719E" w14:textId="77777777" w:rsidR="00CE395A" w:rsidRPr="00CE395A" w:rsidRDefault="00CE395A" w:rsidP="00CE395A">
            <w:pPr>
              <w:spacing w:after="200" w:line="276" w:lineRule="auto"/>
              <w:rPr>
                <w:b/>
                <w:lang w:val="en-ZA"/>
              </w:rPr>
            </w:pPr>
            <w:r w:rsidRPr="00CE395A">
              <w:rPr>
                <w:b/>
                <w:lang w:val="en-ZA"/>
              </w:rPr>
              <w:t>Year 5</w:t>
            </w:r>
          </w:p>
        </w:tc>
        <w:tc>
          <w:tcPr>
            <w:tcW w:w="5457" w:type="dxa"/>
            <w:hideMark/>
          </w:tcPr>
          <w:p w14:paraId="76587FB4" w14:textId="77777777" w:rsidR="00CE395A" w:rsidRPr="00CE395A" w:rsidRDefault="00CE395A" w:rsidP="00CE395A">
            <w:pPr>
              <w:spacing w:after="200" w:line="276" w:lineRule="auto"/>
              <w:rPr>
                <w:b/>
                <w:lang w:val="en-ZA"/>
              </w:rPr>
            </w:pPr>
            <w:r w:rsidRPr="00CE395A">
              <w:rPr>
                <w:b/>
                <w:lang w:val="en-ZA"/>
              </w:rPr>
              <w:t>R</w:t>
            </w:r>
          </w:p>
        </w:tc>
      </w:tr>
      <w:tr w:rsidR="00CE395A" w:rsidRPr="00CE395A" w14:paraId="28435C65" w14:textId="77777777" w:rsidTr="00CE395A">
        <w:tc>
          <w:tcPr>
            <w:tcW w:w="4680" w:type="dxa"/>
            <w:hideMark/>
          </w:tcPr>
          <w:p w14:paraId="69F7A3B9" w14:textId="77777777" w:rsidR="00CE395A" w:rsidRPr="00CE395A" w:rsidRDefault="00CE395A" w:rsidP="00CE395A">
            <w:pPr>
              <w:spacing w:after="200" w:line="276" w:lineRule="auto"/>
              <w:rPr>
                <w:b/>
                <w:lang w:val="en-ZA"/>
              </w:rPr>
            </w:pPr>
            <w:r w:rsidRPr="00CE395A">
              <w:rPr>
                <w:b/>
                <w:lang w:val="en-ZA"/>
              </w:rPr>
              <w:t>Additional year(s), if applicable</w:t>
            </w:r>
          </w:p>
        </w:tc>
        <w:tc>
          <w:tcPr>
            <w:tcW w:w="5457" w:type="dxa"/>
            <w:hideMark/>
          </w:tcPr>
          <w:p w14:paraId="5C50F13B" w14:textId="77777777" w:rsidR="00CE395A" w:rsidRPr="00CE395A" w:rsidRDefault="00CE395A" w:rsidP="00CE395A">
            <w:pPr>
              <w:spacing w:after="200" w:line="276" w:lineRule="auto"/>
              <w:rPr>
                <w:b/>
                <w:lang w:val="en-ZA"/>
              </w:rPr>
            </w:pPr>
            <w:r w:rsidRPr="00CE395A">
              <w:rPr>
                <w:b/>
                <w:lang w:val="en-ZA"/>
              </w:rPr>
              <w:t>R</w:t>
            </w:r>
          </w:p>
        </w:tc>
      </w:tr>
      <w:tr w:rsidR="00CE395A" w:rsidRPr="00CE395A" w14:paraId="71AC147A" w14:textId="77777777" w:rsidTr="00CE395A">
        <w:tc>
          <w:tcPr>
            <w:tcW w:w="4680" w:type="dxa"/>
            <w:hideMark/>
          </w:tcPr>
          <w:p w14:paraId="3B3C611D" w14:textId="77777777" w:rsidR="00CE395A" w:rsidRPr="00CE395A" w:rsidRDefault="00CE395A" w:rsidP="00CE395A">
            <w:pPr>
              <w:spacing w:after="200" w:line="276" w:lineRule="auto"/>
              <w:rPr>
                <w:b/>
                <w:lang w:val="en-ZA"/>
              </w:rPr>
            </w:pPr>
            <w:r w:rsidRPr="00CE395A">
              <w:rPr>
                <w:b/>
                <w:bCs/>
                <w:lang w:val="en-ZA"/>
              </w:rPr>
              <w:t>Total amount requested over project term</w:t>
            </w:r>
          </w:p>
        </w:tc>
        <w:tc>
          <w:tcPr>
            <w:tcW w:w="5457" w:type="dxa"/>
            <w:hideMark/>
          </w:tcPr>
          <w:p w14:paraId="166667E2" w14:textId="77777777" w:rsidR="00CE395A" w:rsidRPr="00CE395A" w:rsidRDefault="00CE395A" w:rsidP="00CE395A">
            <w:pPr>
              <w:spacing w:after="200" w:line="276" w:lineRule="auto"/>
              <w:rPr>
                <w:b/>
                <w:lang w:val="en-ZA"/>
              </w:rPr>
            </w:pPr>
            <w:r w:rsidRPr="00CE395A">
              <w:rPr>
                <w:b/>
                <w:bCs/>
                <w:lang w:val="en-ZA"/>
              </w:rPr>
              <w:t>R</w:t>
            </w:r>
          </w:p>
        </w:tc>
      </w:tr>
    </w:tbl>
    <w:p w14:paraId="5D38B096" w14:textId="77777777" w:rsidR="00CE395A" w:rsidRDefault="00CE395A" w:rsidP="00CE395A">
      <w:pPr>
        <w:spacing w:after="0"/>
        <w:rPr>
          <w:b/>
        </w:rPr>
      </w:pPr>
    </w:p>
    <w:p w14:paraId="09E48660" w14:textId="0F9A1F68" w:rsidR="00057CCD" w:rsidRDefault="00057CCD" w:rsidP="00CE395A">
      <w:pPr>
        <w:spacing w:after="0"/>
      </w:pPr>
      <w:r>
        <w:rPr>
          <w:b/>
        </w:rPr>
        <w:t>10</w:t>
      </w:r>
      <w:r w:rsidR="00CE395A">
        <w:rPr>
          <w:b/>
        </w:rPr>
        <w:t>B</w:t>
      </w:r>
      <w:r>
        <w:rPr>
          <w:b/>
        </w:rPr>
        <w:t>. Funding dependency and minimum viable funding</w:t>
      </w:r>
    </w:p>
    <w:p w14:paraId="486D4038" w14:textId="7424DDD7" w:rsidR="00057CCD" w:rsidRPr="00057CCD" w:rsidRDefault="00057CCD" w:rsidP="00057CCD">
      <w:pPr>
        <w:spacing w:after="0"/>
        <w:rPr>
          <w:bCs/>
        </w:rPr>
      </w:pPr>
      <w:r w:rsidRPr="00057CCD">
        <w:rPr>
          <w:bCs/>
        </w:rPr>
        <w:t>Indicate whether the project could proceed if the full amount requested from the Sorghum Trust is not approved and, if so, specify the minimum amount of Sorghum Trust funding required for the project to proceed.</w:t>
      </w:r>
    </w:p>
    <w:p w14:paraId="13647990" w14:textId="77777777" w:rsidR="00057CCD" w:rsidRDefault="00057CCD" w:rsidP="00057CCD">
      <w:pPr>
        <w:spacing w:after="0"/>
        <w:rPr>
          <w:bCs/>
        </w:rPr>
      </w:pPr>
      <w:r w:rsidRPr="00057CCD">
        <w:rPr>
          <w:bCs/>
        </w:rPr>
        <w:t xml:space="preserve">Can the project proceed if the full amount requested from the Sorghum Trust is not approved?  </w:t>
      </w:r>
    </w:p>
    <w:p w14:paraId="3E8E5E75" w14:textId="77777777" w:rsidR="00057CCD" w:rsidRDefault="00057CCD" w:rsidP="00057CCD">
      <w:pPr>
        <w:spacing w:after="0"/>
        <w:rPr>
          <w:bCs/>
        </w:rPr>
      </w:pPr>
    </w:p>
    <w:p w14:paraId="6F1BEC18" w14:textId="60D99F4B" w:rsidR="00057CCD" w:rsidRPr="00057CCD" w:rsidRDefault="00057CCD" w:rsidP="00057CCD">
      <w:pPr>
        <w:spacing w:after="0"/>
        <w:rPr>
          <w:b/>
        </w:rPr>
      </w:pPr>
      <w:r w:rsidRPr="00057CCD">
        <w:rPr>
          <w:b/>
        </w:rPr>
        <w:t>Yes / No</w:t>
      </w:r>
      <w:r>
        <w:rPr>
          <w:b/>
        </w:rPr>
        <w:t xml:space="preserve"> </w:t>
      </w:r>
      <w:r w:rsidRPr="00057CCD">
        <w:rPr>
          <w:bCs/>
          <w:i/>
          <w:iCs/>
        </w:rPr>
        <w:t xml:space="preserve">(delete the option that is not applicable) </w:t>
      </w:r>
    </w:p>
    <w:p w14:paraId="5D3AB770" w14:textId="77777777" w:rsidR="00057CCD" w:rsidRPr="00057CCD" w:rsidRDefault="00057CCD" w:rsidP="00057CCD">
      <w:pPr>
        <w:spacing w:after="0"/>
        <w:rPr>
          <w:bCs/>
        </w:rPr>
      </w:pPr>
    </w:p>
    <w:p w14:paraId="1D3D393D" w14:textId="77777777" w:rsidR="00057CCD" w:rsidRDefault="00057CCD" w:rsidP="00057CCD">
      <w:pPr>
        <w:spacing w:after="0"/>
        <w:rPr>
          <w:bCs/>
        </w:rPr>
      </w:pPr>
      <w:r w:rsidRPr="00057CCD">
        <w:rPr>
          <w:bCs/>
        </w:rPr>
        <w:t>If yes, minimum Sorghum Trust funding required for the project to proceed:  R __________________________</w:t>
      </w:r>
    </w:p>
    <w:p w14:paraId="71284A13" w14:textId="77777777" w:rsidR="00057CCD" w:rsidRPr="00057CCD" w:rsidRDefault="00057CCD" w:rsidP="00057CCD">
      <w:pPr>
        <w:spacing w:after="0"/>
        <w:rPr>
          <w:bCs/>
        </w:rPr>
      </w:pPr>
    </w:p>
    <w:p w14:paraId="50C9933B" w14:textId="77777777" w:rsidR="00057CCD" w:rsidRDefault="00057CCD" w:rsidP="00057CCD">
      <w:pPr>
        <w:spacing w:after="0"/>
        <w:rPr>
          <w:bCs/>
        </w:rPr>
      </w:pPr>
      <w:r w:rsidRPr="00057CCD">
        <w:rPr>
          <w:bCs/>
        </w:rPr>
        <w:t>If partial funding is approved, explain what changes would be made to the project scope, activities, deliverables or timetable:</w:t>
      </w:r>
    </w:p>
    <w:p w14:paraId="0480C463" w14:textId="77777777" w:rsidR="00057CCD" w:rsidRDefault="00057CCD" w:rsidP="00057CCD">
      <w:pPr>
        <w:spacing w:before="120" w:after="20"/>
        <w:rPr>
          <w:b/>
        </w:rPr>
      </w:pPr>
      <w:r>
        <w:rPr>
          <w:b/>
        </w:rPr>
        <w:t>________________________________________________________________________________________</w:t>
      </w:r>
    </w:p>
    <w:p w14:paraId="5AFAC47C" w14:textId="77777777" w:rsidR="00057CCD" w:rsidRDefault="00057CCD" w:rsidP="00057CCD">
      <w:pPr>
        <w:spacing w:before="120" w:after="20"/>
        <w:rPr>
          <w:b/>
        </w:rPr>
      </w:pPr>
      <w:r>
        <w:rPr>
          <w:b/>
        </w:rPr>
        <w:t>________________________________________________________________________________________</w:t>
      </w:r>
    </w:p>
    <w:p w14:paraId="61509D90" w14:textId="77777777" w:rsidR="00057CCD" w:rsidRDefault="00057CCD" w:rsidP="00057CCD">
      <w:pPr>
        <w:spacing w:before="120" w:after="20"/>
        <w:rPr>
          <w:b/>
        </w:rPr>
      </w:pPr>
      <w:r>
        <w:rPr>
          <w:b/>
        </w:rPr>
        <w:t>________________________________________________________________________________________</w:t>
      </w:r>
    </w:p>
    <w:p w14:paraId="6CB99951" w14:textId="77777777" w:rsidR="00057CCD" w:rsidRDefault="00057CCD" w:rsidP="00057CCD">
      <w:pPr>
        <w:spacing w:before="120" w:after="20"/>
        <w:rPr>
          <w:b/>
        </w:rPr>
      </w:pPr>
      <w:r>
        <w:rPr>
          <w:b/>
        </w:rPr>
        <w:t>________________________________________________________________________________________</w:t>
      </w:r>
    </w:p>
    <w:p w14:paraId="5DC750C3" w14:textId="77777777" w:rsidR="00057CCD" w:rsidRPr="00057CCD" w:rsidRDefault="00057CCD" w:rsidP="00057CCD">
      <w:pPr>
        <w:spacing w:before="120" w:after="20"/>
        <w:rPr>
          <w:bCs/>
        </w:rPr>
      </w:pPr>
    </w:p>
    <w:p w14:paraId="51015E67" w14:textId="7991E8EB" w:rsidR="006E41A2" w:rsidRDefault="00000000">
      <w:pPr>
        <w:spacing w:before="120" w:after="20"/>
      </w:pPr>
      <w:r>
        <w:rPr>
          <w:b/>
        </w:rPr>
        <w:t>11. Other contributors and co-funders</w:t>
      </w:r>
    </w:p>
    <w:p w14:paraId="3C8F8882" w14:textId="77777777" w:rsidR="006E41A2" w:rsidRDefault="00000000">
      <w:pPr>
        <w:spacing w:after="40"/>
        <w:rPr>
          <w:i/>
          <w:sz w:val="18"/>
        </w:rPr>
      </w:pPr>
      <w:r>
        <w:rPr>
          <w:i/>
          <w:sz w:val="18"/>
        </w:rPr>
        <w:t>Give the names of other contributors to the project and the nature/value of their contribution, including funding applied for but not yet secured.</w:t>
      </w:r>
    </w:p>
    <w:p w14:paraId="589379C9" w14:textId="77777777" w:rsidR="00A52484" w:rsidRDefault="00A52484" w:rsidP="00A52484">
      <w:pPr>
        <w:spacing w:before="120" w:after="20"/>
        <w:rPr>
          <w:b/>
        </w:rPr>
      </w:pPr>
      <w:r>
        <w:rPr>
          <w:b/>
        </w:rPr>
        <w:t>________________________________________________________________________________________</w:t>
      </w:r>
    </w:p>
    <w:p w14:paraId="2CB3FE7E" w14:textId="77777777" w:rsidR="00A52484" w:rsidRDefault="00A52484" w:rsidP="00A52484">
      <w:pPr>
        <w:spacing w:before="120" w:after="20"/>
        <w:rPr>
          <w:b/>
        </w:rPr>
      </w:pPr>
      <w:r>
        <w:rPr>
          <w:b/>
        </w:rPr>
        <w:t>________________________________________________________________________________________</w:t>
      </w:r>
    </w:p>
    <w:p w14:paraId="103705E3" w14:textId="77777777" w:rsidR="00A52484" w:rsidRDefault="00A52484" w:rsidP="00A52484">
      <w:pPr>
        <w:spacing w:before="120" w:after="20"/>
        <w:rPr>
          <w:b/>
        </w:rPr>
      </w:pPr>
      <w:r>
        <w:rPr>
          <w:b/>
        </w:rPr>
        <w:t>________________________________________________________________________________________</w:t>
      </w:r>
    </w:p>
    <w:p w14:paraId="29E98E56" w14:textId="77777777" w:rsidR="00A52484" w:rsidRDefault="00A52484" w:rsidP="00A52484">
      <w:pPr>
        <w:spacing w:before="120" w:after="20"/>
        <w:rPr>
          <w:b/>
        </w:rPr>
      </w:pPr>
      <w:r>
        <w:rPr>
          <w:b/>
        </w:rPr>
        <w:t>________________________________________________________________________________________</w:t>
      </w:r>
    </w:p>
    <w:p w14:paraId="00064DEA" w14:textId="77777777" w:rsidR="00A52484" w:rsidRDefault="00A52484" w:rsidP="00A52484">
      <w:pPr>
        <w:spacing w:before="120" w:after="20"/>
        <w:rPr>
          <w:b/>
        </w:rPr>
      </w:pPr>
      <w:r>
        <w:rPr>
          <w:b/>
        </w:rPr>
        <w:t>________________________________________________________________________________________</w:t>
      </w:r>
    </w:p>
    <w:p w14:paraId="0CE7C73A" w14:textId="77777777" w:rsidR="00A52484" w:rsidRDefault="00A52484" w:rsidP="00A52484">
      <w:pPr>
        <w:spacing w:before="120" w:after="20"/>
        <w:rPr>
          <w:b/>
        </w:rPr>
      </w:pPr>
      <w:r>
        <w:rPr>
          <w:b/>
        </w:rPr>
        <w:t>________________________________________________________________________________________</w:t>
      </w:r>
    </w:p>
    <w:p w14:paraId="32D2BEE9" w14:textId="77777777" w:rsidR="00A52484" w:rsidRDefault="00A52484" w:rsidP="00A52484">
      <w:pPr>
        <w:spacing w:before="120" w:after="20"/>
        <w:rPr>
          <w:b/>
        </w:rPr>
      </w:pPr>
      <w:r>
        <w:rPr>
          <w:b/>
        </w:rPr>
        <w:t>________________________________________________________________________________________</w:t>
      </w:r>
    </w:p>
    <w:p w14:paraId="59F2B2AD" w14:textId="77777777" w:rsidR="00A52484" w:rsidRDefault="00A52484" w:rsidP="00A52484">
      <w:pPr>
        <w:spacing w:before="120" w:after="20"/>
        <w:rPr>
          <w:b/>
        </w:rPr>
      </w:pPr>
      <w:r>
        <w:rPr>
          <w:b/>
        </w:rPr>
        <w:lastRenderedPageBreak/>
        <w:t>________________________________________________________________________________________</w:t>
      </w:r>
    </w:p>
    <w:p w14:paraId="1AD78199" w14:textId="77777777" w:rsidR="00A52484" w:rsidRDefault="00A52484">
      <w:pPr>
        <w:spacing w:after="40"/>
      </w:pPr>
    </w:p>
    <w:p w14:paraId="36C18C39" w14:textId="77777777" w:rsidR="006E41A2" w:rsidRDefault="00000000">
      <w:pPr>
        <w:spacing w:before="120" w:after="20"/>
      </w:pPr>
      <w:r>
        <w:rPr>
          <w:b/>
        </w:rPr>
        <w:t>12. Capital expenditure</w:t>
      </w:r>
    </w:p>
    <w:p w14:paraId="3A2D34EF" w14:textId="77777777" w:rsidR="006E41A2" w:rsidRDefault="00000000">
      <w:pPr>
        <w:spacing w:after="40"/>
        <w:rPr>
          <w:i/>
          <w:sz w:val="18"/>
        </w:rPr>
      </w:pPr>
      <w:r>
        <w:rPr>
          <w:i/>
          <w:sz w:val="18"/>
        </w:rPr>
        <w:t>Provide details and motivation for any capital expenditure included in the application.</w:t>
      </w:r>
    </w:p>
    <w:p w14:paraId="121F74E3" w14:textId="77777777" w:rsidR="00A52484" w:rsidRDefault="00A52484" w:rsidP="00A52484">
      <w:pPr>
        <w:spacing w:before="120" w:after="20"/>
        <w:rPr>
          <w:b/>
        </w:rPr>
      </w:pPr>
      <w:r>
        <w:rPr>
          <w:b/>
        </w:rPr>
        <w:t>________________________________________________________________________________________</w:t>
      </w:r>
    </w:p>
    <w:p w14:paraId="5BD3F291" w14:textId="77777777" w:rsidR="00A52484" w:rsidRDefault="00A52484" w:rsidP="00A52484">
      <w:pPr>
        <w:spacing w:before="120" w:after="20"/>
        <w:rPr>
          <w:b/>
        </w:rPr>
      </w:pPr>
      <w:r>
        <w:rPr>
          <w:b/>
        </w:rPr>
        <w:t>________________________________________________________________________________________</w:t>
      </w:r>
    </w:p>
    <w:p w14:paraId="6D0D972A" w14:textId="77777777" w:rsidR="00A52484" w:rsidRDefault="00A52484" w:rsidP="00A52484">
      <w:pPr>
        <w:spacing w:before="120" w:after="20"/>
        <w:rPr>
          <w:b/>
        </w:rPr>
      </w:pPr>
      <w:r>
        <w:rPr>
          <w:b/>
        </w:rPr>
        <w:t>________________________________________________________________________________________</w:t>
      </w:r>
    </w:p>
    <w:p w14:paraId="3D6D1514" w14:textId="77777777" w:rsidR="00A52484" w:rsidRDefault="00A52484" w:rsidP="00A52484">
      <w:pPr>
        <w:spacing w:before="120" w:after="20"/>
        <w:rPr>
          <w:b/>
        </w:rPr>
      </w:pPr>
      <w:r>
        <w:rPr>
          <w:b/>
        </w:rPr>
        <w:t>________________________________________________________________________________________</w:t>
      </w:r>
    </w:p>
    <w:p w14:paraId="1CCE6C9F" w14:textId="77777777" w:rsidR="00A52484" w:rsidRDefault="00A52484" w:rsidP="00A52484">
      <w:pPr>
        <w:spacing w:before="120" w:after="20"/>
        <w:rPr>
          <w:b/>
        </w:rPr>
      </w:pPr>
      <w:r>
        <w:rPr>
          <w:b/>
        </w:rPr>
        <w:t>________________________________________________________________________________________</w:t>
      </w:r>
    </w:p>
    <w:p w14:paraId="3629C6C3" w14:textId="77777777" w:rsidR="00A52484" w:rsidRDefault="00A52484" w:rsidP="00A52484">
      <w:pPr>
        <w:spacing w:before="120" w:after="20"/>
        <w:rPr>
          <w:b/>
        </w:rPr>
      </w:pPr>
      <w:r>
        <w:rPr>
          <w:b/>
        </w:rPr>
        <w:t>________________________________________________________________________________________</w:t>
      </w:r>
    </w:p>
    <w:p w14:paraId="7BBAE6C0" w14:textId="77777777" w:rsidR="00A52484" w:rsidRDefault="00A52484" w:rsidP="00A52484">
      <w:pPr>
        <w:spacing w:before="120" w:after="20"/>
        <w:rPr>
          <w:b/>
        </w:rPr>
      </w:pPr>
      <w:r>
        <w:rPr>
          <w:b/>
        </w:rPr>
        <w:t>________________________________________________________________________________________</w:t>
      </w:r>
    </w:p>
    <w:p w14:paraId="4C3351A1" w14:textId="77777777" w:rsidR="00A52484" w:rsidRDefault="00A52484" w:rsidP="00A52484">
      <w:pPr>
        <w:spacing w:before="120" w:after="20"/>
        <w:rPr>
          <w:b/>
        </w:rPr>
      </w:pPr>
      <w:r>
        <w:rPr>
          <w:b/>
        </w:rPr>
        <w:t>________________________________________________________________________________________</w:t>
      </w:r>
    </w:p>
    <w:p w14:paraId="4EA7B033" w14:textId="77777777" w:rsidR="00A52484" w:rsidRDefault="00A52484">
      <w:pPr>
        <w:spacing w:after="40"/>
      </w:pPr>
    </w:p>
    <w:p w14:paraId="17AC4F0F" w14:textId="77777777" w:rsidR="006E41A2" w:rsidRDefault="00000000">
      <w:pPr>
        <w:spacing w:before="120" w:after="20"/>
      </w:pPr>
      <w:r>
        <w:rPr>
          <w:b/>
        </w:rPr>
        <w:t>13. Overseas travel</w:t>
      </w:r>
    </w:p>
    <w:p w14:paraId="4861AE8B" w14:textId="77777777" w:rsidR="006E41A2" w:rsidRDefault="00000000">
      <w:pPr>
        <w:spacing w:after="40"/>
        <w:rPr>
          <w:i/>
          <w:sz w:val="18"/>
        </w:rPr>
      </w:pPr>
      <w:r>
        <w:rPr>
          <w:i/>
          <w:sz w:val="18"/>
        </w:rPr>
        <w:t>Provide details and motivation for any overseas travel expenditure included in the application.</w:t>
      </w:r>
    </w:p>
    <w:p w14:paraId="35A1B565" w14:textId="77777777" w:rsidR="00A52484" w:rsidRDefault="00A52484" w:rsidP="00A52484">
      <w:pPr>
        <w:spacing w:before="120" w:after="20"/>
        <w:rPr>
          <w:b/>
        </w:rPr>
      </w:pPr>
      <w:r>
        <w:rPr>
          <w:b/>
        </w:rPr>
        <w:t>________________________________________________________________________________________</w:t>
      </w:r>
    </w:p>
    <w:p w14:paraId="17B8B66A" w14:textId="77777777" w:rsidR="00A52484" w:rsidRDefault="00A52484" w:rsidP="00A52484">
      <w:pPr>
        <w:spacing w:before="120" w:after="20"/>
        <w:rPr>
          <w:b/>
        </w:rPr>
      </w:pPr>
      <w:r>
        <w:rPr>
          <w:b/>
        </w:rPr>
        <w:t>________________________________________________________________________________________</w:t>
      </w:r>
    </w:p>
    <w:p w14:paraId="243AC85E" w14:textId="77777777" w:rsidR="00A52484" w:rsidRDefault="00A52484" w:rsidP="00A52484">
      <w:pPr>
        <w:spacing w:before="120" w:after="20"/>
        <w:rPr>
          <w:b/>
        </w:rPr>
      </w:pPr>
      <w:r>
        <w:rPr>
          <w:b/>
        </w:rPr>
        <w:t>________________________________________________________________________________________</w:t>
      </w:r>
    </w:p>
    <w:p w14:paraId="7E25790A" w14:textId="77777777" w:rsidR="00A52484" w:rsidRDefault="00A52484" w:rsidP="00A52484">
      <w:pPr>
        <w:spacing w:before="120" w:after="20"/>
        <w:rPr>
          <w:b/>
        </w:rPr>
      </w:pPr>
      <w:r>
        <w:rPr>
          <w:b/>
        </w:rPr>
        <w:t>________________________________________________________________________________________</w:t>
      </w:r>
    </w:p>
    <w:p w14:paraId="7EA16BFD" w14:textId="77777777" w:rsidR="00A52484" w:rsidRDefault="00A52484" w:rsidP="00A52484">
      <w:pPr>
        <w:spacing w:before="120" w:after="20"/>
        <w:rPr>
          <w:b/>
        </w:rPr>
      </w:pPr>
      <w:r>
        <w:rPr>
          <w:b/>
        </w:rPr>
        <w:t>________________________________________________________________________________________</w:t>
      </w:r>
    </w:p>
    <w:p w14:paraId="11B8D6C1" w14:textId="77777777" w:rsidR="00A52484" w:rsidRDefault="00A52484" w:rsidP="00A52484">
      <w:pPr>
        <w:spacing w:before="120" w:after="20"/>
        <w:rPr>
          <w:b/>
        </w:rPr>
      </w:pPr>
      <w:r>
        <w:rPr>
          <w:b/>
        </w:rPr>
        <w:t>________________________________________________________________________________________</w:t>
      </w:r>
    </w:p>
    <w:p w14:paraId="7B1357BE" w14:textId="77777777" w:rsidR="00A52484" w:rsidRDefault="00A52484" w:rsidP="00A52484">
      <w:pPr>
        <w:spacing w:before="120" w:after="20"/>
        <w:rPr>
          <w:b/>
        </w:rPr>
      </w:pPr>
      <w:r>
        <w:rPr>
          <w:b/>
        </w:rPr>
        <w:t>________________________________________________________________________________________</w:t>
      </w:r>
    </w:p>
    <w:p w14:paraId="301A059E" w14:textId="77777777" w:rsidR="00A52484" w:rsidRDefault="00A52484" w:rsidP="00A52484">
      <w:pPr>
        <w:spacing w:before="120" w:after="20"/>
        <w:rPr>
          <w:b/>
        </w:rPr>
      </w:pPr>
      <w:r>
        <w:rPr>
          <w:b/>
        </w:rPr>
        <w:t>________________________________________________________________________________________</w:t>
      </w:r>
    </w:p>
    <w:p w14:paraId="6018E1F7" w14:textId="77777777" w:rsidR="00A52484" w:rsidRDefault="00A52484">
      <w:pPr>
        <w:spacing w:after="40"/>
      </w:pPr>
    </w:p>
    <w:p w14:paraId="0DC8BC71" w14:textId="77777777" w:rsidR="00A52484" w:rsidRDefault="00A52484">
      <w:pPr>
        <w:spacing w:after="40"/>
      </w:pPr>
    </w:p>
    <w:p w14:paraId="27BC9BA9" w14:textId="77777777" w:rsidR="00A52484" w:rsidRDefault="00A52484">
      <w:pPr>
        <w:spacing w:after="40"/>
      </w:pPr>
    </w:p>
    <w:p w14:paraId="368BF979" w14:textId="77777777" w:rsidR="00A52484" w:rsidRDefault="00A52484">
      <w:pPr>
        <w:spacing w:after="40"/>
      </w:pPr>
    </w:p>
    <w:p w14:paraId="7FE5D9BA" w14:textId="77777777" w:rsidR="00A52484" w:rsidRDefault="00A52484">
      <w:pPr>
        <w:spacing w:after="40"/>
      </w:pPr>
    </w:p>
    <w:p w14:paraId="0D626656" w14:textId="77777777" w:rsidR="00A52484" w:rsidRDefault="00A52484">
      <w:pPr>
        <w:spacing w:after="40"/>
      </w:pPr>
    </w:p>
    <w:p w14:paraId="6355A88C" w14:textId="77777777" w:rsidR="006E41A2" w:rsidRDefault="00000000">
      <w:pPr>
        <w:spacing w:before="120" w:after="20"/>
      </w:pPr>
      <w:r>
        <w:rPr>
          <w:b/>
        </w:rPr>
        <w:t>14. Surplus Sorghum Trust funding from previously funded projects</w:t>
      </w:r>
    </w:p>
    <w:p w14:paraId="0D820C15" w14:textId="4AAF60B3" w:rsidR="00A52484" w:rsidRDefault="00000000">
      <w:pPr>
        <w:spacing w:after="40"/>
        <w:rPr>
          <w:i/>
          <w:sz w:val="18"/>
        </w:rPr>
      </w:pPr>
      <w:r>
        <w:rPr>
          <w:i/>
          <w:sz w:val="18"/>
        </w:rPr>
        <w:t>Disclose any unspent or surplus Trust funding held by the applicant or institution from previously funded projects and explain its proposed treatment.</w:t>
      </w:r>
    </w:p>
    <w:p w14:paraId="1F006E09" w14:textId="77777777" w:rsidR="00A52484" w:rsidRDefault="00A52484" w:rsidP="00A52484">
      <w:pPr>
        <w:spacing w:before="120" w:after="20"/>
        <w:rPr>
          <w:b/>
        </w:rPr>
      </w:pPr>
      <w:r>
        <w:rPr>
          <w:b/>
        </w:rPr>
        <w:t>________________________________________________________________________________________</w:t>
      </w:r>
    </w:p>
    <w:p w14:paraId="6E8A0E95" w14:textId="77777777" w:rsidR="00A52484" w:rsidRDefault="00A52484" w:rsidP="00A52484">
      <w:pPr>
        <w:spacing w:before="120" w:after="20"/>
        <w:rPr>
          <w:b/>
        </w:rPr>
      </w:pPr>
      <w:r>
        <w:rPr>
          <w:b/>
        </w:rPr>
        <w:t>________________________________________________________________________________________</w:t>
      </w:r>
    </w:p>
    <w:p w14:paraId="415E56A0" w14:textId="77777777" w:rsidR="00A52484" w:rsidRDefault="00A52484" w:rsidP="00A52484">
      <w:pPr>
        <w:spacing w:before="120" w:after="20"/>
        <w:rPr>
          <w:b/>
        </w:rPr>
      </w:pPr>
      <w:r>
        <w:rPr>
          <w:b/>
        </w:rPr>
        <w:t>________________________________________________________________________________________</w:t>
      </w:r>
    </w:p>
    <w:p w14:paraId="5B2E1290" w14:textId="77777777" w:rsidR="00A52484" w:rsidRDefault="00A52484" w:rsidP="00A52484">
      <w:pPr>
        <w:spacing w:before="120" w:after="20"/>
        <w:rPr>
          <w:b/>
        </w:rPr>
      </w:pPr>
      <w:r>
        <w:rPr>
          <w:b/>
        </w:rPr>
        <w:t>________________________________________________________________________________________</w:t>
      </w:r>
    </w:p>
    <w:p w14:paraId="118B015F" w14:textId="77777777" w:rsidR="00A52484" w:rsidRDefault="00A52484" w:rsidP="00A52484">
      <w:pPr>
        <w:spacing w:before="120" w:after="20"/>
        <w:rPr>
          <w:b/>
        </w:rPr>
      </w:pPr>
      <w:r>
        <w:rPr>
          <w:b/>
        </w:rPr>
        <w:t>________________________________________________________________________________________</w:t>
      </w:r>
    </w:p>
    <w:p w14:paraId="1CC051EF" w14:textId="77777777" w:rsidR="00A52484" w:rsidRDefault="00A52484" w:rsidP="00A52484">
      <w:pPr>
        <w:spacing w:before="120" w:after="20"/>
        <w:rPr>
          <w:b/>
        </w:rPr>
      </w:pPr>
      <w:r>
        <w:rPr>
          <w:b/>
        </w:rPr>
        <w:t>________________________________________________________________________________________</w:t>
      </w:r>
    </w:p>
    <w:p w14:paraId="19140F0D" w14:textId="77777777" w:rsidR="00A52484" w:rsidRDefault="00A52484" w:rsidP="00A52484">
      <w:pPr>
        <w:spacing w:before="120" w:after="20"/>
        <w:rPr>
          <w:b/>
        </w:rPr>
      </w:pPr>
      <w:r>
        <w:rPr>
          <w:b/>
        </w:rPr>
        <w:t>________________________________________________________________________________________</w:t>
      </w:r>
    </w:p>
    <w:p w14:paraId="3192154E" w14:textId="77777777" w:rsidR="00A52484" w:rsidRDefault="00A52484" w:rsidP="00A52484">
      <w:pPr>
        <w:spacing w:before="120" w:after="20"/>
        <w:rPr>
          <w:b/>
        </w:rPr>
      </w:pPr>
      <w:r>
        <w:rPr>
          <w:b/>
        </w:rPr>
        <w:t>________________________________________________________________________________________</w:t>
      </w:r>
    </w:p>
    <w:p w14:paraId="5DDA6924" w14:textId="77777777" w:rsidR="00A52484" w:rsidRDefault="00A52484">
      <w:pPr>
        <w:spacing w:after="40"/>
      </w:pPr>
    </w:p>
    <w:p w14:paraId="0FB19B02" w14:textId="77777777" w:rsidR="006E41A2" w:rsidRDefault="00000000">
      <w:pPr>
        <w:spacing w:before="120" w:after="20"/>
      </w:pPr>
      <w:r>
        <w:rPr>
          <w:b/>
        </w:rPr>
        <w:t>15. Similar or related projects and previous funding</w:t>
      </w:r>
    </w:p>
    <w:p w14:paraId="2B94514D" w14:textId="77777777" w:rsidR="006E41A2" w:rsidRDefault="00000000">
      <w:pPr>
        <w:spacing w:after="40"/>
        <w:rPr>
          <w:i/>
          <w:sz w:val="18"/>
        </w:rPr>
      </w:pPr>
      <w:r>
        <w:rPr>
          <w:i/>
          <w:sz w:val="18"/>
        </w:rPr>
        <w:t>Identify similar or related projects previously or currently funded by the Sorghum Trust or other entities, and explain how this proposal differs from or complements them.</w:t>
      </w:r>
    </w:p>
    <w:p w14:paraId="704F9543" w14:textId="77777777" w:rsidR="00A52484" w:rsidRDefault="00A52484" w:rsidP="00A52484">
      <w:pPr>
        <w:spacing w:before="120" w:after="20"/>
        <w:rPr>
          <w:b/>
        </w:rPr>
      </w:pPr>
      <w:r>
        <w:rPr>
          <w:b/>
        </w:rPr>
        <w:t>________________________________________________________________________________________</w:t>
      </w:r>
    </w:p>
    <w:p w14:paraId="381E270C" w14:textId="77777777" w:rsidR="00A52484" w:rsidRDefault="00A52484" w:rsidP="00A52484">
      <w:pPr>
        <w:spacing w:before="120" w:after="20"/>
        <w:rPr>
          <w:b/>
        </w:rPr>
      </w:pPr>
      <w:r>
        <w:rPr>
          <w:b/>
        </w:rPr>
        <w:t>________________________________________________________________________________________</w:t>
      </w:r>
    </w:p>
    <w:p w14:paraId="77CCD88A" w14:textId="77777777" w:rsidR="00A52484" w:rsidRDefault="00A52484" w:rsidP="00A52484">
      <w:pPr>
        <w:spacing w:before="120" w:after="20"/>
        <w:rPr>
          <w:b/>
        </w:rPr>
      </w:pPr>
      <w:r>
        <w:rPr>
          <w:b/>
        </w:rPr>
        <w:t>________________________________________________________________________________________</w:t>
      </w:r>
    </w:p>
    <w:p w14:paraId="089C1687" w14:textId="77777777" w:rsidR="00A52484" w:rsidRDefault="00A52484" w:rsidP="00A52484">
      <w:pPr>
        <w:spacing w:before="120" w:after="20"/>
        <w:rPr>
          <w:b/>
        </w:rPr>
      </w:pPr>
      <w:r>
        <w:rPr>
          <w:b/>
        </w:rPr>
        <w:t>________________________________________________________________________________________</w:t>
      </w:r>
    </w:p>
    <w:p w14:paraId="6718FE33" w14:textId="77777777" w:rsidR="00A52484" w:rsidRDefault="00A52484" w:rsidP="00A52484">
      <w:pPr>
        <w:spacing w:before="120" w:after="20"/>
        <w:rPr>
          <w:b/>
        </w:rPr>
      </w:pPr>
      <w:r>
        <w:rPr>
          <w:b/>
        </w:rPr>
        <w:t>________________________________________________________________________________________</w:t>
      </w:r>
    </w:p>
    <w:p w14:paraId="44DCDD78" w14:textId="77777777" w:rsidR="00A52484" w:rsidRDefault="00A52484" w:rsidP="00A52484">
      <w:pPr>
        <w:spacing w:before="120" w:after="20"/>
        <w:rPr>
          <w:b/>
        </w:rPr>
      </w:pPr>
      <w:r>
        <w:rPr>
          <w:b/>
        </w:rPr>
        <w:t>________________________________________________________________________________________</w:t>
      </w:r>
    </w:p>
    <w:p w14:paraId="6829107E" w14:textId="77777777" w:rsidR="00A52484" w:rsidRDefault="00A52484" w:rsidP="00A52484">
      <w:pPr>
        <w:spacing w:before="120" w:after="20"/>
        <w:rPr>
          <w:b/>
        </w:rPr>
      </w:pPr>
      <w:r>
        <w:rPr>
          <w:b/>
        </w:rPr>
        <w:t>________________________________________________________________________________________</w:t>
      </w:r>
    </w:p>
    <w:p w14:paraId="0A6AB20E" w14:textId="77777777" w:rsidR="00A52484" w:rsidRDefault="00A52484" w:rsidP="00A52484">
      <w:pPr>
        <w:spacing w:before="120" w:after="20"/>
        <w:rPr>
          <w:b/>
        </w:rPr>
      </w:pPr>
      <w:r>
        <w:rPr>
          <w:b/>
        </w:rPr>
        <w:t>________________________________________________________________________________________</w:t>
      </w:r>
    </w:p>
    <w:p w14:paraId="017E9610" w14:textId="77777777" w:rsidR="00A52484" w:rsidRDefault="00A52484">
      <w:pPr>
        <w:spacing w:after="40"/>
      </w:pPr>
    </w:p>
    <w:p w14:paraId="22282D5F" w14:textId="77777777" w:rsidR="006E41A2" w:rsidRDefault="00000000">
      <w:pPr>
        <w:spacing w:before="140" w:after="60"/>
      </w:pPr>
      <w:r>
        <w:rPr>
          <w:b/>
          <w:sz w:val="22"/>
        </w:rPr>
        <w:t>E. PROJECT TEAM, CAPACITY AND RISK</w:t>
      </w:r>
    </w:p>
    <w:p w14:paraId="7A61525A" w14:textId="77777777" w:rsidR="006E41A2" w:rsidRDefault="00000000">
      <w:r>
        <w:rPr>
          <w:b/>
        </w:rPr>
        <w:t>16. Project team / co-workers</w:t>
      </w:r>
    </w:p>
    <w:tbl>
      <w:tblPr>
        <w:tblStyle w:val="TableGrid"/>
        <w:tblW w:w="0" w:type="auto"/>
        <w:tblLook w:val="04A0" w:firstRow="1" w:lastRow="0" w:firstColumn="1" w:lastColumn="0" w:noHBand="0" w:noVBand="1"/>
      </w:tblPr>
      <w:tblGrid>
        <w:gridCol w:w="2556"/>
        <w:gridCol w:w="2556"/>
        <w:gridCol w:w="2556"/>
        <w:gridCol w:w="2556"/>
      </w:tblGrid>
      <w:tr w:rsidR="006E41A2" w14:paraId="54ACA6E7" w14:textId="77777777" w:rsidTr="00A52484">
        <w:trPr>
          <w:trHeight w:val="576"/>
        </w:trPr>
        <w:tc>
          <w:tcPr>
            <w:tcW w:w="2556" w:type="dxa"/>
          </w:tcPr>
          <w:p w14:paraId="02A1336C" w14:textId="77777777" w:rsidR="006E41A2" w:rsidRDefault="00000000">
            <w:r>
              <w:rPr>
                <w:b/>
              </w:rPr>
              <w:t>Name and surname</w:t>
            </w:r>
          </w:p>
        </w:tc>
        <w:tc>
          <w:tcPr>
            <w:tcW w:w="2556" w:type="dxa"/>
          </w:tcPr>
          <w:p w14:paraId="7D3E58EC" w14:textId="77777777" w:rsidR="006E41A2" w:rsidRDefault="00000000">
            <w:r>
              <w:rPr>
                <w:b/>
              </w:rPr>
              <w:t>Institution / affiliation</w:t>
            </w:r>
          </w:p>
        </w:tc>
        <w:tc>
          <w:tcPr>
            <w:tcW w:w="2556" w:type="dxa"/>
          </w:tcPr>
          <w:p w14:paraId="5BE659C2" w14:textId="77777777" w:rsidR="006E41A2" w:rsidRDefault="00000000">
            <w:r>
              <w:rPr>
                <w:b/>
              </w:rPr>
              <w:t>Role / contribution</w:t>
            </w:r>
          </w:p>
        </w:tc>
        <w:tc>
          <w:tcPr>
            <w:tcW w:w="2556" w:type="dxa"/>
          </w:tcPr>
          <w:p w14:paraId="2F0E5A58" w14:textId="77777777" w:rsidR="006E41A2" w:rsidRDefault="00000000">
            <w:r>
              <w:rPr>
                <w:b/>
              </w:rPr>
              <w:t>Relevant expertise</w:t>
            </w:r>
          </w:p>
        </w:tc>
      </w:tr>
      <w:tr w:rsidR="006E41A2" w14:paraId="45FDC087" w14:textId="77777777" w:rsidTr="00A52484">
        <w:trPr>
          <w:trHeight w:val="576"/>
        </w:trPr>
        <w:tc>
          <w:tcPr>
            <w:tcW w:w="2556" w:type="dxa"/>
          </w:tcPr>
          <w:p w14:paraId="7E8BC9F3" w14:textId="77777777" w:rsidR="006E41A2" w:rsidRDefault="006E41A2"/>
        </w:tc>
        <w:tc>
          <w:tcPr>
            <w:tcW w:w="2556" w:type="dxa"/>
          </w:tcPr>
          <w:p w14:paraId="53CF6DE8" w14:textId="77777777" w:rsidR="006E41A2" w:rsidRDefault="006E41A2"/>
        </w:tc>
        <w:tc>
          <w:tcPr>
            <w:tcW w:w="2556" w:type="dxa"/>
          </w:tcPr>
          <w:p w14:paraId="57B83638" w14:textId="77777777" w:rsidR="006E41A2" w:rsidRDefault="006E41A2"/>
        </w:tc>
        <w:tc>
          <w:tcPr>
            <w:tcW w:w="2556" w:type="dxa"/>
          </w:tcPr>
          <w:p w14:paraId="5104F37C" w14:textId="77777777" w:rsidR="006E41A2" w:rsidRDefault="006E41A2"/>
        </w:tc>
      </w:tr>
      <w:tr w:rsidR="006E41A2" w14:paraId="66D328DF" w14:textId="77777777" w:rsidTr="00A52484">
        <w:trPr>
          <w:trHeight w:val="576"/>
        </w:trPr>
        <w:tc>
          <w:tcPr>
            <w:tcW w:w="2556" w:type="dxa"/>
          </w:tcPr>
          <w:p w14:paraId="32CFC4C6" w14:textId="77777777" w:rsidR="006E41A2" w:rsidRDefault="006E41A2"/>
        </w:tc>
        <w:tc>
          <w:tcPr>
            <w:tcW w:w="2556" w:type="dxa"/>
          </w:tcPr>
          <w:p w14:paraId="67BCAF94" w14:textId="77777777" w:rsidR="006E41A2" w:rsidRDefault="006E41A2"/>
        </w:tc>
        <w:tc>
          <w:tcPr>
            <w:tcW w:w="2556" w:type="dxa"/>
          </w:tcPr>
          <w:p w14:paraId="4CA89DD3" w14:textId="77777777" w:rsidR="006E41A2" w:rsidRDefault="006E41A2"/>
        </w:tc>
        <w:tc>
          <w:tcPr>
            <w:tcW w:w="2556" w:type="dxa"/>
          </w:tcPr>
          <w:p w14:paraId="7BBB986B" w14:textId="77777777" w:rsidR="006E41A2" w:rsidRDefault="006E41A2"/>
        </w:tc>
      </w:tr>
      <w:tr w:rsidR="006E41A2" w14:paraId="679CBCD0" w14:textId="77777777" w:rsidTr="00A52484">
        <w:trPr>
          <w:trHeight w:val="576"/>
        </w:trPr>
        <w:tc>
          <w:tcPr>
            <w:tcW w:w="2556" w:type="dxa"/>
          </w:tcPr>
          <w:p w14:paraId="4DD3D159" w14:textId="77777777" w:rsidR="006E41A2" w:rsidRDefault="006E41A2"/>
        </w:tc>
        <w:tc>
          <w:tcPr>
            <w:tcW w:w="2556" w:type="dxa"/>
          </w:tcPr>
          <w:p w14:paraId="5213111B" w14:textId="77777777" w:rsidR="006E41A2" w:rsidRDefault="006E41A2"/>
        </w:tc>
        <w:tc>
          <w:tcPr>
            <w:tcW w:w="2556" w:type="dxa"/>
          </w:tcPr>
          <w:p w14:paraId="4084277A" w14:textId="77777777" w:rsidR="006E41A2" w:rsidRDefault="006E41A2"/>
        </w:tc>
        <w:tc>
          <w:tcPr>
            <w:tcW w:w="2556" w:type="dxa"/>
          </w:tcPr>
          <w:p w14:paraId="28EB5807" w14:textId="77777777" w:rsidR="006E41A2" w:rsidRDefault="006E41A2"/>
        </w:tc>
      </w:tr>
      <w:tr w:rsidR="006E41A2" w14:paraId="55FF2FF1" w14:textId="77777777" w:rsidTr="00A52484">
        <w:trPr>
          <w:trHeight w:val="576"/>
        </w:trPr>
        <w:tc>
          <w:tcPr>
            <w:tcW w:w="2556" w:type="dxa"/>
          </w:tcPr>
          <w:p w14:paraId="03046137" w14:textId="77777777" w:rsidR="006E41A2" w:rsidRDefault="006E41A2"/>
        </w:tc>
        <w:tc>
          <w:tcPr>
            <w:tcW w:w="2556" w:type="dxa"/>
          </w:tcPr>
          <w:p w14:paraId="5A1232CD" w14:textId="77777777" w:rsidR="006E41A2" w:rsidRDefault="006E41A2"/>
        </w:tc>
        <w:tc>
          <w:tcPr>
            <w:tcW w:w="2556" w:type="dxa"/>
          </w:tcPr>
          <w:p w14:paraId="0733C8AE" w14:textId="77777777" w:rsidR="006E41A2" w:rsidRDefault="006E41A2"/>
        </w:tc>
        <w:tc>
          <w:tcPr>
            <w:tcW w:w="2556" w:type="dxa"/>
          </w:tcPr>
          <w:p w14:paraId="68A67C65" w14:textId="77777777" w:rsidR="006E41A2" w:rsidRDefault="006E41A2"/>
        </w:tc>
      </w:tr>
    </w:tbl>
    <w:p w14:paraId="179E2A40" w14:textId="77777777" w:rsidR="00A52484" w:rsidRDefault="00A52484">
      <w:pPr>
        <w:spacing w:before="120" w:after="20"/>
        <w:rPr>
          <w:b/>
        </w:rPr>
      </w:pPr>
    </w:p>
    <w:p w14:paraId="66A2766C" w14:textId="77777777" w:rsidR="00A52484" w:rsidRDefault="00A52484">
      <w:pPr>
        <w:spacing w:before="120" w:after="20"/>
        <w:rPr>
          <w:b/>
        </w:rPr>
      </w:pPr>
    </w:p>
    <w:p w14:paraId="58280CD6" w14:textId="77777777" w:rsidR="00A52484" w:rsidRDefault="00A52484">
      <w:pPr>
        <w:spacing w:before="120" w:after="20"/>
        <w:rPr>
          <w:b/>
        </w:rPr>
      </w:pPr>
    </w:p>
    <w:p w14:paraId="6281524E" w14:textId="77777777" w:rsidR="00A52484" w:rsidRDefault="00A52484">
      <w:pPr>
        <w:spacing w:before="120" w:after="20"/>
        <w:rPr>
          <w:b/>
        </w:rPr>
      </w:pPr>
    </w:p>
    <w:p w14:paraId="19787266" w14:textId="77777777" w:rsidR="00A52484" w:rsidRDefault="00A52484">
      <w:pPr>
        <w:spacing w:before="120" w:after="20"/>
        <w:rPr>
          <w:b/>
        </w:rPr>
      </w:pPr>
    </w:p>
    <w:p w14:paraId="39DF170E" w14:textId="163F67A9" w:rsidR="006E41A2" w:rsidRDefault="00000000">
      <w:pPr>
        <w:spacing w:before="120" w:after="20"/>
      </w:pPr>
      <w:r>
        <w:rPr>
          <w:b/>
        </w:rPr>
        <w:t>17. Applicant’s capacity and involvement in the sorghum industry</w:t>
      </w:r>
    </w:p>
    <w:p w14:paraId="3E843A25" w14:textId="77777777" w:rsidR="006E41A2" w:rsidRDefault="00000000">
      <w:pPr>
        <w:spacing w:after="40"/>
        <w:rPr>
          <w:i/>
          <w:sz w:val="18"/>
        </w:rPr>
      </w:pPr>
      <w:r>
        <w:rPr>
          <w:i/>
          <w:sz w:val="18"/>
        </w:rPr>
        <w:t>Briefly describe the applicant’s institutional and technical capacity and its current involvement in the South African sorghum industry.</w:t>
      </w:r>
    </w:p>
    <w:p w14:paraId="057306AB" w14:textId="77777777" w:rsidR="00A52484" w:rsidRDefault="00A52484" w:rsidP="00A52484">
      <w:pPr>
        <w:spacing w:before="120" w:after="20"/>
        <w:rPr>
          <w:b/>
        </w:rPr>
      </w:pPr>
      <w:r>
        <w:rPr>
          <w:b/>
        </w:rPr>
        <w:t>________________________________________________________________________________________</w:t>
      </w:r>
    </w:p>
    <w:p w14:paraId="28D3945E" w14:textId="77777777" w:rsidR="00A52484" w:rsidRDefault="00A52484" w:rsidP="00A52484">
      <w:pPr>
        <w:spacing w:before="120" w:after="20"/>
        <w:rPr>
          <w:b/>
        </w:rPr>
      </w:pPr>
      <w:r>
        <w:rPr>
          <w:b/>
        </w:rPr>
        <w:t>________________________________________________________________________________________</w:t>
      </w:r>
    </w:p>
    <w:p w14:paraId="57EFABDB" w14:textId="77777777" w:rsidR="00A52484" w:rsidRDefault="00A52484" w:rsidP="00A52484">
      <w:pPr>
        <w:spacing w:before="120" w:after="20"/>
        <w:rPr>
          <w:b/>
        </w:rPr>
      </w:pPr>
      <w:r>
        <w:rPr>
          <w:b/>
        </w:rPr>
        <w:t>________________________________________________________________________________________</w:t>
      </w:r>
    </w:p>
    <w:p w14:paraId="20A0E09E" w14:textId="77777777" w:rsidR="00A52484" w:rsidRDefault="00A52484" w:rsidP="00A52484">
      <w:pPr>
        <w:spacing w:before="120" w:after="20"/>
        <w:rPr>
          <w:b/>
        </w:rPr>
      </w:pPr>
      <w:r>
        <w:rPr>
          <w:b/>
        </w:rPr>
        <w:t>________________________________________________________________________________________</w:t>
      </w:r>
    </w:p>
    <w:p w14:paraId="56D5C658" w14:textId="77777777" w:rsidR="00A52484" w:rsidRDefault="00A52484" w:rsidP="00A52484">
      <w:pPr>
        <w:spacing w:before="120" w:after="20"/>
        <w:rPr>
          <w:b/>
        </w:rPr>
      </w:pPr>
      <w:r>
        <w:rPr>
          <w:b/>
        </w:rPr>
        <w:t>________________________________________________________________________________________</w:t>
      </w:r>
    </w:p>
    <w:p w14:paraId="6226F99B" w14:textId="77777777" w:rsidR="00A52484" w:rsidRDefault="00A52484" w:rsidP="00A52484">
      <w:pPr>
        <w:spacing w:before="120" w:after="20"/>
        <w:rPr>
          <w:b/>
        </w:rPr>
      </w:pPr>
      <w:r>
        <w:rPr>
          <w:b/>
        </w:rPr>
        <w:t>________________________________________________________________________________________</w:t>
      </w:r>
    </w:p>
    <w:p w14:paraId="0C428EC5" w14:textId="77777777" w:rsidR="00A52484" w:rsidRDefault="00A52484" w:rsidP="00A52484">
      <w:pPr>
        <w:spacing w:before="120" w:after="20"/>
        <w:rPr>
          <w:b/>
        </w:rPr>
      </w:pPr>
      <w:r>
        <w:rPr>
          <w:b/>
        </w:rPr>
        <w:t>________________________________________________________________________________________</w:t>
      </w:r>
    </w:p>
    <w:p w14:paraId="706BDEC6" w14:textId="77777777" w:rsidR="00A52484" w:rsidRDefault="00A52484" w:rsidP="00A52484">
      <w:pPr>
        <w:spacing w:before="120" w:after="20"/>
        <w:rPr>
          <w:b/>
        </w:rPr>
      </w:pPr>
      <w:r>
        <w:rPr>
          <w:b/>
        </w:rPr>
        <w:t>________________________________________________________________________________________</w:t>
      </w:r>
    </w:p>
    <w:p w14:paraId="22ADED3D" w14:textId="77777777" w:rsidR="00A52484" w:rsidRDefault="00A52484">
      <w:pPr>
        <w:spacing w:after="40"/>
      </w:pPr>
    </w:p>
    <w:p w14:paraId="5B4833C6" w14:textId="77777777" w:rsidR="006E41A2" w:rsidRDefault="00000000">
      <w:pPr>
        <w:spacing w:before="120" w:after="20"/>
      </w:pPr>
      <w:r>
        <w:rPr>
          <w:b/>
        </w:rPr>
        <w:t>18. Human capacity development</w:t>
      </w:r>
    </w:p>
    <w:p w14:paraId="7BF70EA3" w14:textId="77777777" w:rsidR="006E41A2" w:rsidRDefault="00000000">
      <w:pPr>
        <w:spacing w:after="40"/>
        <w:rPr>
          <w:i/>
          <w:sz w:val="18"/>
        </w:rPr>
      </w:pPr>
      <w:r>
        <w:rPr>
          <w:i/>
          <w:sz w:val="18"/>
        </w:rPr>
        <w:t>Describe any student bursaries, postgraduate training, internships or other capacity-building linked to the project, including numbers and funding amounts.</w:t>
      </w:r>
    </w:p>
    <w:p w14:paraId="0E8D5F76" w14:textId="77777777" w:rsidR="00A52484" w:rsidRDefault="00A52484" w:rsidP="00A52484">
      <w:pPr>
        <w:spacing w:before="120" w:after="20"/>
        <w:rPr>
          <w:b/>
        </w:rPr>
      </w:pPr>
      <w:r>
        <w:rPr>
          <w:b/>
        </w:rPr>
        <w:t>________________________________________________________________________________________</w:t>
      </w:r>
    </w:p>
    <w:p w14:paraId="6093E38B" w14:textId="77777777" w:rsidR="00A52484" w:rsidRDefault="00A52484" w:rsidP="00A52484">
      <w:pPr>
        <w:spacing w:before="120" w:after="20"/>
        <w:rPr>
          <w:b/>
        </w:rPr>
      </w:pPr>
      <w:r>
        <w:rPr>
          <w:b/>
        </w:rPr>
        <w:t>________________________________________________________________________________________</w:t>
      </w:r>
    </w:p>
    <w:p w14:paraId="248D35BF" w14:textId="77777777" w:rsidR="00A52484" w:rsidRDefault="00A52484" w:rsidP="00A52484">
      <w:pPr>
        <w:spacing w:before="120" w:after="20"/>
        <w:rPr>
          <w:b/>
        </w:rPr>
      </w:pPr>
      <w:r>
        <w:rPr>
          <w:b/>
        </w:rPr>
        <w:t>________________________________________________________________________________________</w:t>
      </w:r>
    </w:p>
    <w:p w14:paraId="5853A997" w14:textId="77777777" w:rsidR="00A52484" w:rsidRDefault="00A52484" w:rsidP="00A52484">
      <w:pPr>
        <w:spacing w:before="120" w:after="20"/>
        <w:rPr>
          <w:b/>
        </w:rPr>
      </w:pPr>
      <w:r>
        <w:rPr>
          <w:b/>
        </w:rPr>
        <w:t>________________________________________________________________________________________</w:t>
      </w:r>
    </w:p>
    <w:p w14:paraId="1C9DF174" w14:textId="77777777" w:rsidR="00A52484" w:rsidRDefault="00A52484" w:rsidP="00A52484">
      <w:pPr>
        <w:spacing w:before="120" w:after="20"/>
        <w:rPr>
          <w:b/>
        </w:rPr>
      </w:pPr>
      <w:r>
        <w:rPr>
          <w:b/>
        </w:rPr>
        <w:t>________________________________________________________________________________________</w:t>
      </w:r>
    </w:p>
    <w:p w14:paraId="7244C2AF" w14:textId="77777777" w:rsidR="00A52484" w:rsidRDefault="00A52484" w:rsidP="00A52484">
      <w:pPr>
        <w:spacing w:before="120" w:after="20"/>
        <w:rPr>
          <w:b/>
        </w:rPr>
      </w:pPr>
      <w:r>
        <w:rPr>
          <w:b/>
        </w:rPr>
        <w:t>________________________________________________________________________________________</w:t>
      </w:r>
    </w:p>
    <w:p w14:paraId="52EDA1B8" w14:textId="77777777" w:rsidR="00A52484" w:rsidRDefault="00A52484" w:rsidP="00A52484">
      <w:pPr>
        <w:spacing w:before="120" w:after="20"/>
        <w:rPr>
          <w:b/>
        </w:rPr>
      </w:pPr>
      <w:r>
        <w:rPr>
          <w:b/>
        </w:rPr>
        <w:t>________________________________________________________________________________________</w:t>
      </w:r>
    </w:p>
    <w:p w14:paraId="0161EA49" w14:textId="77777777" w:rsidR="00A52484" w:rsidRDefault="00A52484" w:rsidP="00A52484">
      <w:pPr>
        <w:spacing w:before="120" w:after="20"/>
        <w:rPr>
          <w:b/>
        </w:rPr>
      </w:pPr>
      <w:r>
        <w:rPr>
          <w:b/>
        </w:rPr>
        <w:t>________________________________________________________________________________________</w:t>
      </w:r>
    </w:p>
    <w:p w14:paraId="5424458F" w14:textId="77777777" w:rsidR="00A52484" w:rsidRDefault="00A52484">
      <w:pPr>
        <w:spacing w:after="40"/>
      </w:pPr>
    </w:p>
    <w:p w14:paraId="58D01863" w14:textId="77777777" w:rsidR="006E41A2" w:rsidRDefault="00000000">
      <w:pPr>
        <w:spacing w:before="120" w:after="20"/>
      </w:pPr>
      <w:r>
        <w:rPr>
          <w:b/>
        </w:rPr>
        <w:t>19. Risk and mitigation plan</w:t>
      </w:r>
    </w:p>
    <w:p w14:paraId="424470A5" w14:textId="77777777" w:rsidR="006E41A2" w:rsidRDefault="00000000">
      <w:pPr>
        <w:spacing w:after="40"/>
        <w:rPr>
          <w:i/>
          <w:sz w:val="18"/>
        </w:rPr>
      </w:pPr>
      <w:r>
        <w:rPr>
          <w:i/>
          <w:sz w:val="18"/>
        </w:rPr>
        <w:t>Identify the main risks that could threaten successful delivery of the project and the measures proposed to mitigate them.</w:t>
      </w:r>
    </w:p>
    <w:p w14:paraId="0F1310D0" w14:textId="77777777" w:rsidR="00A52484" w:rsidRDefault="00A52484" w:rsidP="00A52484">
      <w:pPr>
        <w:spacing w:before="120" w:after="20"/>
        <w:rPr>
          <w:b/>
        </w:rPr>
      </w:pPr>
      <w:r>
        <w:rPr>
          <w:b/>
        </w:rPr>
        <w:t>________________________________________________________________________________________</w:t>
      </w:r>
    </w:p>
    <w:p w14:paraId="6978C105" w14:textId="77777777" w:rsidR="00A52484" w:rsidRDefault="00A52484" w:rsidP="00A52484">
      <w:pPr>
        <w:spacing w:before="120" w:after="20"/>
        <w:rPr>
          <w:b/>
        </w:rPr>
      </w:pPr>
      <w:r>
        <w:rPr>
          <w:b/>
        </w:rPr>
        <w:t>________________________________________________________________________________________</w:t>
      </w:r>
    </w:p>
    <w:p w14:paraId="5891C544" w14:textId="77777777" w:rsidR="00A52484" w:rsidRDefault="00A52484" w:rsidP="00A52484">
      <w:pPr>
        <w:spacing w:before="120" w:after="20"/>
        <w:rPr>
          <w:b/>
        </w:rPr>
      </w:pPr>
      <w:r>
        <w:rPr>
          <w:b/>
        </w:rPr>
        <w:t>________________________________________________________________________________________</w:t>
      </w:r>
    </w:p>
    <w:p w14:paraId="6B49A37B" w14:textId="77777777" w:rsidR="00A52484" w:rsidRDefault="00A52484" w:rsidP="00A52484">
      <w:pPr>
        <w:spacing w:before="120" w:after="20"/>
        <w:rPr>
          <w:b/>
        </w:rPr>
      </w:pPr>
      <w:r>
        <w:rPr>
          <w:b/>
        </w:rPr>
        <w:t>________________________________________________________________________________________</w:t>
      </w:r>
    </w:p>
    <w:p w14:paraId="0311A777" w14:textId="77777777" w:rsidR="00A52484" w:rsidRDefault="00A52484" w:rsidP="00A52484">
      <w:pPr>
        <w:spacing w:before="120" w:after="20"/>
        <w:rPr>
          <w:b/>
        </w:rPr>
      </w:pPr>
      <w:r>
        <w:rPr>
          <w:b/>
        </w:rPr>
        <w:t>________________________________________________________________________________________</w:t>
      </w:r>
    </w:p>
    <w:p w14:paraId="5752246B" w14:textId="77777777" w:rsidR="00A52484" w:rsidRDefault="00A52484" w:rsidP="00A52484">
      <w:pPr>
        <w:spacing w:before="120" w:after="20"/>
        <w:rPr>
          <w:b/>
        </w:rPr>
      </w:pPr>
      <w:r>
        <w:rPr>
          <w:b/>
        </w:rPr>
        <w:t>________________________________________________________________________________________</w:t>
      </w:r>
    </w:p>
    <w:p w14:paraId="054C12D1" w14:textId="77777777" w:rsidR="00A52484" w:rsidRDefault="00A52484" w:rsidP="00A52484">
      <w:pPr>
        <w:spacing w:before="120" w:after="20"/>
        <w:rPr>
          <w:b/>
        </w:rPr>
      </w:pPr>
      <w:r>
        <w:rPr>
          <w:b/>
        </w:rPr>
        <w:t>________________________________________________________________________________________</w:t>
      </w:r>
    </w:p>
    <w:p w14:paraId="527A7C4B" w14:textId="77777777" w:rsidR="00A52484" w:rsidRDefault="00A52484" w:rsidP="00A52484">
      <w:pPr>
        <w:spacing w:before="120" w:after="20"/>
        <w:rPr>
          <w:b/>
        </w:rPr>
      </w:pPr>
      <w:r>
        <w:rPr>
          <w:b/>
        </w:rPr>
        <w:t>________________________________________________________________________________________</w:t>
      </w:r>
    </w:p>
    <w:p w14:paraId="6C623834" w14:textId="77777777" w:rsidR="00A52484" w:rsidRDefault="00A52484">
      <w:pPr>
        <w:spacing w:after="40"/>
      </w:pPr>
    </w:p>
    <w:p w14:paraId="15C57D34" w14:textId="77777777" w:rsidR="00A52484" w:rsidRDefault="00A52484">
      <w:pPr>
        <w:spacing w:after="40"/>
      </w:pPr>
    </w:p>
    <w:p w14:paraId="233FE257" w14:textId="77777777" w:rsidR="00A52484" w:rsidRDefault="00A52484">
      <w:pPr>
        <w:spacing w:after="40"/>
      </w:pPr>
    </w:p>
    <w:p w14:paraId="3F87981B" w14:textId="77777777" w:rsidR="00A52484" w:rsidRDefault="00A52484">
      <w:pPr>
        <w:spacing w:after="40"/>
      </w:pPr>
    </w:p>
    <w:p w14:paraId="54EFD241" w14:textId="77777777" w:rsidR="00A52484" w:rsidRDefault="00A52484">
      <w:pPr>
        <w:spacing w:after="40"/>
      </w:pPr>
    </w:p>
    <w:p w14:paraId="3AF01B58" w14:textId="77777777" w:rsidR="00A52484" w:rsidRDefault="00A52484">
      <w:pPr>
        <w:spacing w:after="40"/>
      </w:pPr>
    </w:p>
    <w:p w14:paraId="4D6DD54E" w14:textId="77777777" w:rsidR="00A52484" w:rsidRDefault="00A52484">
      <w:pPr>
        <w:spacing w:after="40"/>
      </w:pPr>
    </w:p>
    <w:p w14:paraId="4E932A8D" w14:textId="77777777" w:rsidR="006E41A2" w:rsidRDefault="00000000">
      <w:pPr>
        <w:spacing w:before="140" w:after="60"/>
      </w:pPr>
      <w:r>
        <w:rPr>
          <w:b/>
          <w:sz w:val="22"/>
        </w:rPr>
        <w:t>F. PEER REVIEW</w:t>
      </w:r>
    </w:p>
    <w:p w14:paraId="7ED4356A" w14:textId="77777777" w:rsidR="006E41A2" w:rsidRDefault="00000000">
      <w:pPr>
        <w:spacing w:before="120" w:after="20"/>
      </w:pPr>
      <w:r>
        <w:rPr>
          <w:b/>
        </w:rPr>
        <w:t>20. Suggested peer reviewers</w:t>
      </w:r>
    </w:p>
    <w:p w14:paraId="2E122DAD" w14:textId="77777777" w:rsidR="006E41A2" w:rsidRDefault="00000000">
      <w:pPr>
        <w:spacing w:after="40"/>
        <w:rPr>
          <w:i/>
          <w:sz w:val="18"/>
        </w:rPr>
      </w:pPr>
      <w:r>
        <w:rPr>
          <w:i/>
          <w:sz w:val="18"/>
        </w:rPr>
        <w:t>Provide the names, institutions and contact details of suitably qualified independent persons who could peer review the application. The Trust is not bound to appoint the persons nominated.</w:t>
      </w:r>
    </w:p>
    <w:p w14:paraId="0AC83721" w14:textId="77777777" w:rsidR="00A52484" w:rsidRDefault="00A52484" w:rsidP="00A52484">
      <w:pPr>
        <w:spacing w:before="120" w:after="20"/>
        <w:rPr>
          <w:b/>
        </w:rPr>
      </w:pPr>
      <w:r>
        <w:rPr>
          <w:b/>
        </w:rPr>
        <w:t>________________________________________________________________________________________</w:t>
      </w:r>
    </w:p>
    <w:p w14:paraId="3DF7B3CC" w14:textId="77777777" w:rsidR="00A52484" w:rsidRDefault="00A52484" w:rsidP="00A52484">
      <w:pPr>
        <w:spacing w:before="120" w:after="20"/>
        <w:rPr>
          <w:b/>
        </w:rPr>
      </w:pPr>
      <w:r>
        <w:rPr>
          <w:b/>
        </w:rPr>
        <w:t>________________________________________________________________________________________</w:t>
      </w:r>
    </w:p>
    <w:p w14:paraId="62B96589" w14:textId="77777777" w:rsidR="00A52484" w:rsidRDefault="00A52484" w:rsidP="00A52484">
      <w:pPr>
        <w:spacing w:before="120" w:after="20"/>
        <w:rPr>
          <w:b/>
        </w:rPr>
      </w:pPr>
      <w:r>
        <w:rPr>
          <w:b/>
        </w:rPr>
        <w:t>________________________________________________________________________________________</w:t>
      </w:r>
    </w:p>
    <w:p w14:paraId="7D791D18" w14:textId="77777777" w:rsidR="00A52484" w:rsidRDefault="00A52484" w:rsidP="00A52484">
      <w:pPr>
        <w:spacing w:before="120" w:after="20"/>
        <w:rPr>
          <w:b/>
        </w:rPr>
      </w:pPr>
      <w:r>
        <w:rPr>
          <w:b/>
        </w:rPr>
        <w:t>________________________________________________________________________________________</w:t>
      </w:r>
    </w:p>
    <w:p w14:paraId="2A5E2A3D" w14:textId="77777777" w:rsidR="00A52484" w:rsidRDefault="00A52484" w:rsidP="00A52484">
      <w:pPr>
        <w:spacing w:before="120" w:after="20"/>
        <w:rPr>
          <w:b/>
        </w:rPr>
      </w:pPr>
      <w:r>
        <w:rPr>
          <w:b/>
        </w:rPr>
        <w:t>________________________________________________________________________________________</w:t>
      </w:r>
    </w:p>
    <w:p w14:paraId="79873E33" w14:textId="77777777" w:rsidR="00A52484" w:rsidRDefault="00A52484" w:rsidP="00A52484">
      <w:pPr>
        <w:spacing w:before="120" w:after="20"/>
        <w:rPr>
          <w:b/>
        </w:rPr>
      </w:pPr>
      <w:r>
        <w:rPr>
          <w:b/>
        </w:rPr>
        <w:t>________________________________________________________________________________________</w:t>
      </w:r>
    </w:p>
    <w:p w14:paraId="546A14C6" w14:textId="77777777" w:rsidR="00A52484" w:rsidRDefault="00A52484" w:rsidP="00A52484">
      <w:pPr>
        <w:spacing w:before="120" w:after="20"/>
        <w:rPr>
          <w:b/>
        </w:rPr>
      </w:pPr>
      <w:r>
        <w:rPr>
          <w:b/>
        </w:rPr>
        <w:lastRenderedPageBreak/>
        <w:t>________________________________________________________________________________________</w:t>
      </w:r>
    </w:p>
    <w:p w14:paraId="04ABDFA7" w14:textId="77777777" w:rsidR="00A52484" w:rsidRDefault="00A52484" w:rsidP="00A52484">
      <w:pPr>
        <w:spacing w:before="120" w:after="20"/>
        <w:rPr>
          <w:b/>
        </w:rPr>
      </w:pPr>
      <w:r>
        <w:rPr>
          <w:b/>
        </w:rPr>
        <w:t>________________________________________________________________________________________</w:t>
      </w:r>
    </w:p>
    <w:p w14:paraId="3F21B276" w14:textId="77777777" w:rsidR="00A52484" w:rsidRDefault="00A52484">
      <w:pPr>
        <w:spacing w:after="40"/>
      </w:pPr>
    </w:p>
    <w:p w14:paraId="6DA2D3B3" w14:textId="77777777" w:rsidR="00A52484" w:rsidRDefault="00A52484">
      <w:pPr>
        <w:spacing w:after="40"/>
      </w:pPr>
    </w:p>
    <w:p w14:paraId="1615C920" w14:textId="77777777" w:rsidR="006E41A2" w:rsidRDefault="00000000">
      <w:pPr>
        <w:spacing w:before="140" w:after="60"/>
      </w:pPr>
      <w:r>
        <w:rPr>
          <w:b/>
          <w:sz w:val="22"/>
        </w:rPr>
        <w:t>G. APPLICANT INFORMATION AND COMPLIANCE</w:t>
      </w:r>
    </w:p>
    <w:tbl>
      <w:tblPr>
        <w:tblStyle w:val="TableGrid"/>
        <w:tblW w:w="0" w:type="auto"/>
        <w:jc w:val="center"/>
        <w:tblLook w:val="04A0" w:firstRow="1" w:lastRow="0" w:firstColumn="1" w:lastColumn="0" w:noHBand="0" w:noVBand="1"/>
      </w:tblPr>
      <w:tblGrid>
        <w:gridCol w:w="5112"/>
        <w:gridCol w:w="5112"/>
      </w:tblGrid>
      <w:tr w:rsidR="006E41A2" w14:paraId="6FF2398F" w14:textId="77777777" w:rsidTr="00A52484">
        <w:trPr>
          <w:trHeight w:val="720"/>
          <w:jc w:val="center"/>
        </w:trPr>
        <w:tc>
          <w:tcPr>
            <w:tcW w:w="5112" w:type="dxa"/>
            <w:vAlign w:val="center"/>
          </w:tcPr>
          <w:p w14:paraId="5CD1945C" w14:textId="77777777" w:rsidR="006E41A2" w:rsidRDefault="00000000">
            <w:r>
              <w:rPr>
                <w:b/>
              </w:rPr>
              <w:t>Postal Address:</w:t>
            </w:r>
          </w:p>
        </w:tc>
        <w:tc>
          <w:tcPr>
            <w:tcW w:w="5112" w:type="dxa"/>
            <w:vAlign w:val="center"/>
          </w:tcPr>
          <w:p w14:paraId="6F356F0D" w14:textId="77777777" w:rsidR="006E41A2" w:rsidRDefault="006E41A2"/>
        </w:tc>
      </w:tr>
      <w:tr w:rsidR="006E41A2" w14:paraId="4740C36D" w14:textId="77777777" w:rsidTr="00A52484">
        <w:trPr>
          <w:trHeight w:val="720"/>
          <w:jc w:val="center"/>
        </w:trPr>
        <w:tc>
          <w:tcPr>
            <w:tcW w:w="5112" w:type="dxa"/>
            <w:vAlign w:val="center"/>
          </w:tcPr>
          <w:p w14:paraId="3A971C42" w14:textId="77777777" w:rsidR="006E41A2" w:rsidRDefault="00000000">
            <w:r>
              <w:rPr>
                <w:b/>
              </w:rPr>
              <w:t>Physical Address:</w:t>
            </w:r>
          </w:p>
        </w:tc>
        <w:tc>
          <w:tcPr>
            <w:tcW w:w="5112" w:type="dxa"/>
            <w:vAlign w:val="center"/>
          </w:tcPr>
          <w:p w14:paraId="5223ECD0" w14:textId="77777777" w:rsidR="006E41A2" w:rsidRDefault="006E41A2"/>
        </w:tc>
      </w:tr>
      <w:tr w:rsidR="006E41A2" w14:paraId="667AF016" w14:textId="77777777" w:rsidTr="00A52484">
        <w:trPr>
          <w:trHeight w:val="720"/>
          <w:jc w:val="center"/>
        </w:trPr>
        <w:tc>
          <w:tcPr>
            <w:tcW w:w="5112" w:type="dxa"/>
            <w:vAlign w:val="center"/>
          </w:tcPr>
          <w:p w14:paraId="1A95FA9A" w14:textId="77777777" w:rsidR="006E41A2" w:rsidRDefault="00000000">
            <w:r>
              <w:rPr>
                <w:b/>
              </w:rPr>
              <w:t>Title, Name and Surname of Contact Person:</w:t>
            </w:r>
          </w:p>
        </w:tc>
        <w:tc>
          <w:tcPr>
            <w:tcW w:w="5112" w:type="dxa"/>
            <w:vAlign w:val="center"/>
          </w:tcPr>
          <w:p w14:paraId="06BB9CCC" w14:textId="77777777" w:rsidR="006E41A2" w:rsidRDefault="006E41A2"/>
        </w:tc>
      </w:tr>
      <w:tr w:rsidR="006E41A2" w14:paraId="47FCDF79" w14:textId="77777777" w:rsidTr="00A52484">
        <w:trPr>
          <w:trHeight w:val="720"/>
          <w:jc w:val="center"/>
        </w:trPr>
        <w:tc>
          <w:tcPr>
            <w:tcW w:w="5112" w:type="dxa"/>
            <w:vAlign w:val="center"/>
          </w:tcPr>
          <w:p w14:paraId="15595BC1" w14:textId="77777777" w:rsidR="006E41A2" w:rsidRDefault="00000000">
            <w:r>
              <w:rPr>
                <w:b/>
              </w:rPr>
              <w:t>E-mail Address:</w:t>
            </w:r>
          </w:p>
        </w:tc>
        <w:tc>
          <w:tcPr>
            <w:tcW w:w="5112" w:type="dxa"/>
            <w:vAlign w:val="center"/>
          </w:tcPr>
          <w:p w14:paraId="2021B3D6" w14:textId="77777777" w:rsidR="006E41A2" w:rsidRDefault="006E41A2"/>
        </w:tc>
      </w:tr>
      <w:tr w:rsidR="006E41A2" w14:paraId="7F6D7CCD" w14:textId="77777777" w:rsidTr="00A52484">
        <w:trPr>
          <w:trHeight w:val="720"/>
          <w:jc w:val="center"/>
        </w:trPr>
        <w:tc>
          <w:tcPr>
            <w:tcW w:w="5112" w:type="dxa"/>
            <w:vAlign w:val="center"/>
          </w:tcPr>
          <w:p w14:paraId="4B1610C7" w14:textId="77777777" w:rsidR="006E41A2" w:rsidRDefault="00000000">
            <w:r>
              <w:rPr>
                <w:b/>
              </w:rPr>
              <w:t>Telephone Number:</w:t>
            </w:r>
          </w:p>
        </w:tc>
        <w:tc>
          <w:tcPr>
            <w:tcW w:w="5112" w:type="dxa"/>
            <w:vAlign w:val="center"/>
          </w:tcPr>
          <w:p w14:paraId="288E8ABF" w14:textId="77777777" w:rsidR="006E41A2" w:rsidRDefault="006E41A2"/>
        </w:tc>
      </w:tr>
      <w:tr w:rsidR="006E41A2" w14:paraId="625D6168" w14:textId="77777777" w:rsidTr="00A52484">
        <w:trPr>
          <w:trHeight w:val="720"/>
          <w:jc w:val="center"/>
        </w:trPr>
        <w:tc>
          <w:tcPr>
            <w:tcW w:w="5112" w:type="dxa"/>
            <w:vAlign w:val="center"/>
          </w:tcPr>
          <w:p w14:paraId="2659C640" w14:textId="77777777" w:rsidR="006E41A2" w:rsidRDefault="00000000">
            <w:r>
              <w:rPr>
                <w:b/>
              </w:rPr>
              <w:t>Registered as a Public Benefit Organisation (Yes/No):</w:t>
            </w:r>
          </w:p>
        </w:tc>
        <w:tc>
          <w:tcPr>
            <w:tcW w:w="5112" w:type="dxa"/>
            <w:vAlign w:val="center"/>
          </w:tcPr>
          <w:p w14:paraId="5D174FCD" w14:textId="77777777" w:rsidR="006E41A2" w:rsidRDefault="006E41A2"/>
        </w:tc>
      </w:tr>
      <w:tr w:rsidR="006E41A2" w14:paraId="55DF9233" w14:textId="77777777" w:rsidTr="00A52484">
        <w:trPr>
          <w:trHeight w:val="720"/>
          <w:jc w:val="center"/>
        </w:trPr>
        <w:tc>
          <w:tcPr>
            <w:tcW w:w="5112" w:type="dxa"/>
            <w:vAlign w:val="center"/>
          </w:tcPr>
          <w:p w14:paraId="336ECF3D" w14:textId="77777777" w:rsidR="006E41A2" w:rsidRDefault="00000000">
            <w:r>
              <w:rPr>
                <w:b/>
              </w:rPr>
              <w:t>PBO Registration Number (if applicable):</w:t>
            </w:r>
          </w:p>
        </w:tc>
        <w:tc>
          <w:tcPr>
            <w:tcW w:w="5112" w:type="dxa"/>
            <w:vAlign w:val="center"/>
          </w:tcPr>
          <w:p w14:paraId="3D1125AF" w14:textId="77777777" w:rsidR="006E41A2" w:rsidRDefault="006E41A2"/>
        </w:tc>
      </w:tr>
      <w:tr w:rsidR="006E41A2" w14:paraId="1D35470F" w14:textId="77777777" w:rsidTr="00A52484">
        <w:trPr>
          <w:trHeight w:val="720"/>
          <w:jc w:val="center"/>
        </w:trPr>
        <w:tc>
          <w:tcPr>
            <w:tcW w:w="5112" w:type="dxa"/>
            <w:vAlign w:val="center"/>
          </w:tcPr>
          <w:p w14:paraId="7CF89061" w14:textId="77777777" w:rsidR="006E41A2" w:rsidRDefault="00000000">
            <w:r>
              <w:rPr>
                <w:b/>
              </w:rPr>
              <w:t>Registered as a VAT Vendor (Yes/No):</w:t>
            </w:r>
          </w:p>
        </w:tc>
        <w:tc>
          <w:tcPr>
            <w:tcW w:w="5112" w:type="dxa"/>
            <w:vAlign w:val="center"/>
          </w:tcPr>
          <w:p w14:paraId="66C7E1FB" w14:textId="77777777" w:rsidR="006E41A2" w:rsidRDefault="006E41A2"/>
        </w:tc>
      </w:tr>
      <w:tr w:rsidR="006E41A2" w14:paraId="67858338" w14:textId="77777777" w:rsidTr="00A52484">
        <w:trPr>
          <w:trHeight w:val="720"/>
          <w:jc w:val="center"/>
        </w:trPr>
        <w:tc>
          <w:tcPr>
            <w:tcW w:w="5112" w:type="dxa"/>
            <w:vAlign w:val="center"/>
          </w:tcPr>
          <w:p w14:paraId="1FF3BB01" w14:textId="77777777" w:rsidR="006E41A2" w:rsidRDefault="00000000">
            <w:r>
              <w:rPr>
                <w:b/>
              </w:rPr>
              <w:t>VAT Registration Number (if applicable):</w:t>
            </w:r>
          </w:p>
        </w:tc>
        <w:tc>
          <w:tcPr>
            <w:tcW w:w="5112" w:type="dxa"/>
            <w:vAlign w:val="center"/>
          </w:tcPr>
          <w:p w14:paraId="6459E3D0" w14:textId="77777777" w:rsidR="006E41A2" w:rsidRDefault="006E41A2"/>
        </w:tc>
      </w:tr>
    </w:tbl>
    <w:p w14:paraId="648AF865" w14:textId="77777777" w:rsidR="00A52484" w:rsidRDefault="00A52484">
      <w:pPr>
        <w:spacing w:before="120" w:after="20"/>
        <w:rPr>
          <w:b/>
        </w:rPr>
      </w:pPr>
    </w:p>
    <w:p w14:paraId="310D52DE" w14:textId="77777777" w:rsidR="00A52484" w:rsidRDefault="00A52484">
      <w:pPr>
        <w:spacing w:before="120" w:after="20"/>
        <w:rPr>
          <w:b/>
        </w:rPr>
      </w:pPr>
    </w:p>
    <w:p w14:paraId="59CF9B08" w14:textId="77777777" w:rsidR="00A52484" w:rsidRDefault="00A52484">
      <w:pPr>
        <w:spacing w:before="120" w:after="20"/>
        <w:rPr>
          <w:b/>
        </w:rPr>
      </w:pPr>
    </w:p>
    <w:p w14:paraId="731404B6" w14:textId="77777777" w:rsidR="00A52484" w:rsidRDefault="00A52484">
      <w:pPr>
        <w:spacing w:before="120" w:after="20"/>
        <w:rPr>
          <w:b/>
        </w:rPr>
      </w:pPr>
    </w:p>
    <w:p w14:paraId="0FF4F71C" w14:textId="77777777" w:rsidR="00A52484" w:rsidRDefault="00A52484">
      <w:pPr>
        <w:spacing w:before="120" w:after="20"/>
        <w:rPr>
          <w:b/>
        </w:rPr>
      </w:pPr>
    </w:p>
    <w:p w14:paraId="1DA72A17" w14:textId="77777777" w:rsidR="00A52484" w:rsidRDefault="00A52484">
      <w:pPr>
        <w:spacing w:before="120" w:after="20"/>
        <w:rPr>
          <w:b/>
        </w:rPr>
      </w:pPr>
    </w:p>
    <w:p w14:paraId="0807E153" w14:textId="5D9161E0" w:rsidR="006E41A2" w:rsidRDefault="00000000">
      <w:pPr>
        <w:spacing w:before="120" w:after="20"/>
      </w:pPr>
      <w:r>
        <w:rPr>
          <w:b/>
        </w:rPr>
        <w:t>21. Transformation / BBBEE framework</w:t>
      </w:r>
    </w:p>
    <w:p w14:paraId="315BE8CC" w14:textId="77777777" w:rsidR="006E41A2" w:rsidRDefault="00000000">
      <w:pPr>
        <w:spacing w:after="40"/>
        <w:rPr>
          <w:i/>
          <w:sz w:val="18"/>
        </w:rPr>
      </w:pPr>
      <w:r>
        <w:rPr>
          <w:i/>
          <w:sz w:val="18"/>
        </w:rPr>
        <w:t>Provide the applicant’s current transformation / BBBEE framework, including relevant equity, ownership, skills development or capacity-development measures, where applicable.</w:t>
      </w:r>
    </w:p>
    <w:p w14:paraId="7F534315" w14:textId="77777777" w:rsidR="00A52484" w:rsidRDefault="00A52484" w:rsidP="00A52484">
      <w:pPr>
        <w:spacing w:before="120" w:after="20"/>
        <w:rPr>
          <w:b/>
        </w:rPr>
      </w:pPr>
      <w:r>
        <w:rPr>
          <w:b/>
        </w:rPr>
        <w:t>________________________________________________________________________________________</w:t>
      </w:r>
    </w:p>
    <w:p w14:paraId="38417F88" w14:textId="77777777" w:rsidR="00A52484" w:rsidRDefault="00A52484" w:rsidP="00A52484">
      <w:pPr>
        <w:spacing w:before="120" w:after="20"/>
        <w:rPr>
          <w:b/>
        </w:rPr>
      </w:pPr>
      <w:r>
        <w:rPr>
          <w:b/>
        </w:rPr>
        <w:t>________________________________________________________________________________________</w:t>
      </w:r>
    </w:p>
    <w:p w14:paraId="43C64478" w14:textId="77777777" w:rsidR="00A52484" w:rsidRDefault="00A52484" w:rsidP="00A52484">
      <w:pPr>
        <w:spacing w:before="120" w:after="20"/>
        <w:rPr>
          <w:b/>
        </w:rPr>
      </w:pPr>
      <w:r>
        <w:rPr>
          <w:b/>
        </w:rPr>
        <w:t>________________________________________________________________________________________</w:t>
      </w:r>
    </w:p>
    <w:p w14:paraId="283D950C" w14:textId="77777777" w:rsidR="00A52484" w:rsidRDefault="00A52484" w:rsidP="00A52484">
      <w:pPr>
        <w:spacing w:before="120" w:after="20"/>
        <w:rPr>
          <w:b/>
        </w:rPr>
      </w:pPr>
      <w:r>
        <w:rPr>
          <w:b/>
        </w:rPr>
        <w:t>________________________________________________________________________________________</w:t>
      </w:r>
    </w:p>
    <w:p w14:paraId="5D8BC4F3" w14:textId="77777777" w:rsidR="00A52484" w:rsidRDefault="00A52484" w:rsidP="00A52484">
      <w:pPr>
        <w:spacing w:before="120" w:after="20"/>
        <w:rPr>
          <w:b/>
        </w:rPr>
      </w:pPr>
      <w:r>
        <w:rPr>
          <w:b/>
        </w:rPr>
        <w:t>________________________________________________________________________________________</w:t>
      </w:r>
    </w:p>
    <w:p w14:paraId="560F8514" w14:textId="77777777" w:rsidR="00A52484" w:rsidRDefault="00A52484" w:rsidP="00A52484">
      <w:pPr>
        <w:spacing w:before="120" w:after="20"/>
        <w:rPr>
          <w:b/>
        </w:rPr>
      </w:pPr>
      <w:r>
        <w:rPr>
          <w:b/>
        </w:rPr>
        <w:t>________________________________________________________________________________________</w:t>
      </w:r>
    </w:p>
    <w:p w14:paraId="2C713233" w14:textId="77777777" w:rsidR="00A52484" w:rsidRDefault="00A52484" w:rsidP="00A52484">
      <w:pPr>
        <w:spacing w:before="120" w:after="20"/>
        <w:rPr>
          <w:b/>
        </w:rPr>
      </w:pPr>
      <w:r>
        <w:rPr>
          <w:b/>
        </w:rPr>
        <w:t>________________________________________________________________________________________</w:t>
      </w:r>
    </w:p>
    <w:p w14:paraId="0D9F9184" w14:textId="77777777" w:rsidR="00A52484" w:rsidRDefault="00A52484" w:rsidP="00A52484">
      <w:pPr>
        <w:spacing w:before="120" w:after="20"/>
        <w:rPr>
          <w:b/>
        </w:rPr>
      </w:pPr>
      <w:r>
        <w:rPr>
          <w:b/>
        </w:rPr>
        <w:lastRenderedPageBreak/>
        <w:t>________________________________________________________________________________________</w:t>
      </w:r>
    </w:p>
    <w:p w14:paraId="185E93A8" w14:textId="77777777" w:rsidR="00A52484" w:rsidRDefault="00A52484">
      <w:pPr>
        <w:spacing w:after="40"/>
      </w:pPr>
    </w:p>
    <w:p w14:paraId="5400C611" w14:textId="77777777" w:rsidR="00A52484" w:rsidRDefault="00A52484">
      <w:pPr>
        <w:spacing w:after="40"/>
      </w:pPr>
    </w:p>
    <w:p w14:paraId="2CA78CD9" w14:textId="77777777" w:rsidR="006E41A2" w:rsidRDefault="00000000">
      <w:pPr>
        <w:spacing w:before="140" w:after="60"/>
      </w:pPr>
      <w:r>
        <w:rPr>
          <w:b/>
          <w:sz w:val="22"/>
        </w:rPr>
        <w:t>H. DECLARATION AND AUTHORISATION</w:t>
      </w:r>
    </w:p>
    <w:p w14:paraId="32D32C5C" w14:textId="77777777" w:rsidR="006E41A2" w:rsidRDefault="00000000">
      <w:r>
        <w:t>The undersigned warrants that he/she is duly authorised to submit this application on behalf of the applicant/institution; that the information supplied is true and complete to the best of his/her knowledge; and that, if funding is approved, the applicant/institution will comply with the Sorghum Trust’s applicable funding norms, conditions and reporting requirements.</w:t>
      </w:r>
    </w:p>
    <w:tbl>
      <w:tblPr>
        <w:tblStyle w:val="TableGrid"/>
        <w:tblW w:w="0" w:type="auto"/>
        <w:jc w:val="center"/>
        <w:tblLook w:val="04A0" w:firstRow="1" w:lastRow="0" w:firstColumn="1" w:lastColumn="0" w:noHBand="0" w:noVBand="1"/>
      </w:tblPr>
      <w:tblGrid>
        <w:gridCol w:w="5112"/>
        <w:gridCol w:w="5112"/>
      </w:tblGrid>
      <w:tr w:rsidR="006E41A2" w14:paraId="4FF7EA3B" w14:textId="77777777" w:rsidTr="00A52484">
        <w:trPr>
          <w:trHeight w:val="432"/>
          <w:jc w:val="center"/>
        </w:trPr>
        <w:tc>
          <w:tcPr>
            <w:tcW w:w="5112" w:type="dxa"/>
            <w:vAlign w:val="center"/>
          </w:tcPr>
          <w:p w14:paraId="6A59A2DB" w14:textId="77777777" w:rsidR="006E41A2" w:rsidRDefault="00000000">
            <w:r>
              <w:rPr>
                <w:b/>
              </w:rPr>
              <w:t>Name of Applicant / Project Leader:</w:t>
            </w:r>
          </w:p>
        </w:tc>
        <w:tc>
          <w:tcPr>
            <w:tcW w:w="5112" w:type="dxa"/>
            <w:vAlign w:val="center"/>
          </w:tcPr>
          <w:p w14:paraId="0BC998CF" w14:textId="77777777" w:rsidR="006E41A2" w:rsidRDefault="006E41A2"/>
        </w:tc>
      </w:tr>
      <w:tr w:rsidR="006E41A2" w14:paraId="7900259D" w14:textId="77777777" w:rsidTr="00A52484">
        <w:trPr>
          <w:trHeight w:val="432"/>
          <w:jc w:val="center"/>
        </w:trPr>
        <w:tc>
          <w:tcPr>
            <w:tcW w:w="5112" w:type="dxa"/>
            <w:vAlign w:val="center"/>
          </w:tcPr>
          <w:p w14:paraId="74E1B9A3" w14:textId="77777777" w:rsidR="006E41A2" w:rsidRDefault="00000000">
            <w:r>
              <w:rPr>
                <w:b/>
              </w:rPr>
              <w:t>Signature:</w:t>
            </w:r>
          </w:p>
        </w:tc>
        <w:tc>
          <w:tcPr>
            <w:tcW w:w="5112" w:type="dxa"/>
            <w:vAlign w:val="center"/>
          </w:tcPr>
          <w:p w14:paraId="129BAB1D" w14:textId="77777777" w:rsidR="006E41A2" w:rsidRDefault="006E41A2"/>
        </w:tc>
      </w:tr>
      <w:tr w:rsidR="006E41A2" w14:paraId="7ED09BCC" w14:textId="77777777" w:rsidTr="00A52484">
        <w:trPr>
          <w:trHeight w:val="432"/>
          <w:jc w:val="center"/>
        </w:trPr>
        <w:tc>
          <w:tcPr>
            <w:tcW w:w="5112" w:type="dxa"/>
            <w:vAlign w:val="center"/>
          </w:tcPr>
          <w:p w14:paraId="15AFED13" w14:textId="77777777" w:rsidR="006E41A2" w:rsidRDefault="00000000">
            <w:r>
              <w:rPr>
                <w:b/>
              </w:rPr>
              <w:t>Place and Date:</w:t>
            </w:r>
          </w:p>
        </w:tc>
        <w:tc>
          <w:tcPr>
            <w:tcW w:w="5112" w:type="dxa"/>
            <w:vAlign w:val="center"/>
          </w:tcPr>
          <w:p w14:paraId="1926C141" w14:textId="77777777" w:rsidR="006E41A2" w:rsidRDefault="006E41A2"/>
        </w:tc>
      </w:tr>
      <w:tr w:rsidR="006E41A2" w14:paraId="4BC72F07" w14:textId="77777777" w:rsidTr="00A52484">
        <w:trPr>
          <w:trHeight w:val="432"/>
          <w:jc w:val="center"/>
        </w:trPr>
        <w:tc>
          <w:tcPr>
            <w:tcW w:w="5112" w:type="dxa"/>
            <w:vAlign w:val="center"/>
          </w:tcPr>
          <w:p w14:paraId="23F5E25D" w14:textId="77777777" w:rsidR="006E41A2" w:rsidRDefault="00000000">
            <w:r>
              <w:rPr>
                <w:b/>
              </w:rPr>
              <w:t>Name and Position of Authorised Institutional Representative:</w:t>
            </w:r>
          </w:p>
        </w:tc>
        <w:tc>
          <w:tcPr>
            <w:tcW w:w="5112" w:type="dxa"/>
            <w:vAlign w:val="center"/>
          </w:tcPr>
          <w:p w14:paraId="2AF9CA00" w14:textId="77777777" w:rsidR="006E41A2" w:rsidRDefault="006E41A2"/>
        </w:tc>
      </w:tr>
      <w:tr w:rsidR="006E41A2" w14:paraId="2A0CCC21" w14:textId="77777777" w:rsidTr="00A52484">
        <w:trPr>
          <w:trHeight w:val="432"/>
          <w:jc w:val="center"/>
        </w:trPr>
        <w:tc>
          <w:tcPr>
            <w:tcW w:w="5112" w:type="dxa"/>
            <w:vAlign w:val="center"/>
          </w:tcPr>
          <w:p w14:paraId="3363EEE5" w14:textId="77777777" w:rsidR="006E41A2" w:rsidRDefault="00000000">
            <w:r>
              <w:rPr>
                <w:b/>
              </w:rPr>
              <w:t>Signature:</w:t>
            </w:r>
          </w:p>
        </w:tc>
        <w:tc>
          <w:tcPr>
            <w:tcW w:w="5112" w:type="dxa"/>
            <w:vAlign w:val="center"/>
          </w:tcPr>
          <w:p w14:paraId="1BD08862" w14:textId="77777777" w:rsidR="006E41A2" w:rsidRDefault="006E41A2"/>
        </w:tc>
      </w:tr>
      <w:tr w:rsidR="006E41A2" w14:paraId="26BD35D5" w14:textId="77777777" w:rsidTr="00A52484">
        <w:trPr>
          <w:trHeight w:val="432"/>
          <w:jc w:val="center"/>
        </w:trPr>
        <w:tc>
          <w:tcPr>
            <w:tcW w:w="5112" w:type="dxa"/>
            <w:vAlign w:val="center"/>
          </w:tcPr>
          <w:p w14:paraId="47FFCE20" w14:textId="77777777" w:rsidR="006E41A2" w:rsidRDefault="00000000">
            <w:r>
              <w:rPr>
                <w:b/>
              </w:rPr>
              <w:t>Place and Date:</w:t>
            </w:r>
          </w:p>
        </w:tc>
        <w:tc>
          <w:tcPr>
            <w:tcW w:w="5112" w:type="dxa"/>
            <w:vAlign w:val="center"/>
          </w:tcPr>
          <w:p w14:paraId="3B938E0C" w14:textId="77777777" w:rsidR="006E41A2" w:rsidRDefault="006E41A2"/>
        </w:tc>
      </w:tr>
    </w:tbl>
    <w:p w14:paraId="43A90EBB" w14:textId="77777777" w:rsidR="00A52484" w:rsidRDefault="00A52484">
      <w:pPr>
        <w:spacing w:before="140" w:after="60"/>
        <w:rPr>
          <w:b/>
          <w:sz w:val="22"/>
        </w:rPr>
      </w:pPr>
    </w:p>
    <w:p w14:paraId="43C6ED31" w14:textId="0E8C9E7E" w:rsidR="006E41A2" w:rsidRDefault="00000000">
      <w:pPr>
        <w:spacing w:before="140" w:after="60"/>
      </w:pPr>
      <w:r>
        <w:rPr>
          <w:b/>
          <w:sz w:val="22"/>
        </w:rPr>
        <w:t>I. ATTACHMENTS / SUPPORTING DOCUMENTS</w:t>
      </w:r>
    </w:p>
    <w:p w14:paraId="41864F36" w14:textId="77777777" w:rsidR="006E41A2" w:rsidRDefault="00000000">
      <w:r>
        <w:t>Where applicable, attach:</w:t>
      </w:r>
    </w:p>
    <w:p w14:paraId="58999F5C" w14:textId="77777777" w:rsidR="006E41A2" w:rsidRDefault="00000000">
      <w:pPr>
        <w:pStyle w:val="ListBullet"/>
      </w:pPr>
      <w:r>
        <w:t>Detailed project proposal and supporting literature/references;</w:t>
      </w:r>
    </w:p>
    <w:p w14:paraId="188376F9" w14:textId="77777777" w:rsidR="006E41A2" w:rsidRDefault="00000000">
      <w:pPr>
        <w:pStyle w:val="ListBullet"/>
      </w:pPr>
      <w:r>
        <w:t>Gantt chart / project implementation schedule;</w:t>
      </w:r>
    </w:p>
    <w:p w14:paraId="0677ED2D" w14:textId="77777777" w:rsidR="006E41A2" w:rsidRDefault="00000000">
      <w:pPr>
        <w:pStyle w:val="ListBullet"/>
      </w:pPr>
      <w:r>
        <w:t>Detailed budget and quotations where relevant;</w:t>
      </w:r>
    </w:p>
    <w:p w14:paraId="41D28C19" w14:textId="77777777" w:rsidR="006E41A2" w:rsidRDefault="00000000">
      <w:pPr>
        <w:pStyle w:val="ListBullet"/>
      </w:pPr>
      <w:r>
        <w:t>Proof or confirmation of co-funding;</w:t>
      </w:r>
    </w:p>
    <w:p w14:paraId="45557020" w14:textId="77777777" w:rsidR="006E41A2" w:rsidRDefault="00000000">
      <w:pPr>
        <w:pStyle w:val="ListBullet"/>
      </w:pPr>
      <w:r>
        <w:t>CVs of the project leader and key researchers;</w:t>
      </w:r>
    </w:p>
    <w:p w14:paraId="79BB5BAE" w14:textId="77777777" w:rsidR="006E41A2" w:rsidRDefault="00000000">
      <w:pPr>
        <w:pStyle w:val="ListBullet"/>
      </w:pPr>
      <w:r>
        <w:t>Relevant institutional, tax, VAT or PBO information; and</w:t>
      </w:r>
    </w:p>
    <w:p w14:paraId="23B91D2C" w14:textId="77777777" w:rsidR="006E41A2" w:rsidRDefault="00000000">
      <w:pPr>
        <w:pStyle w:val="ListBullet"/>
      </w:pPr>
      <w:r>
        <w:t>Any other information necessary for technical or funding evaluation.</w:t>
      </w:r>
    </w:p>
    <w:p w14:paraId="2870BFA0" w14:textId="42C190A1" w:rsidR="006E41A2" w:rsidRDefault="006E41A2">
      <w:pPr>
        <w:jc w:val="center"/>
      </w:pPr>
    </w:p>
    <w:sectPr w:rsidR="006E41A2" w:rsidSect="00034616">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F449394"/>
    <w:lvl w:ilvl="0">
      <w:start w:val="1"/>
      <w:numFmt w:val="bullet"/>
      <w:pStyle w:val="ListBullet"/>
      <w:lvlText w:val=""/>
      <w:lvlJc w:val="left"/>
      <w:pPr>
        <w:tabs>
          <w:tab w:val="num" w:pos="360"/>
        </w:tabs>
        <w:ind w:left="360" w:hanging="360"/>
      </w:pPr>
      <w:rPr>
        <w:rFonts w:ascii="Symbol" w:hAnsi="Symbol" w:hint="default"/>
      </w:rPr>
    </w:lvl>
  </w:abstractNum>
  <w:num w:numId="1" w16cid:durableId="142893992">
    <w:abstractNumId w:val="8"/>
  </w:num>
  <w:num w:numId="2" w16cid:durableId="1434402671">
    <w:abstractNumId w:val="6"/>
  </w:num>
  <w:num w:numId="3" w16cid:durableId="1772243001">
    <w:abstractNumId w:val="5"/>
  </w:num>
  <w:num w:numId="4" w16cid:durableId="259073834">
    <w:abstractNumId w:val="4"/>
  </w:num>
  <w:num w:numId="5" w16cid:durableId="1209026790">
    <w:abstractNumId w:val="7"/>
  </w:num>
  <w:num w:numId="6" w16cid:durableId="470901388">
    <w:abstractNumId w:val="3"/>
  </w:num>
  <w:num w:numId="7" w16cid:durableId="288434398">
    <w:abstractNumId w:val="2"/>
  </w:num>
  <w:num w:numId="8" w16cid:durableId="1178278089">
    <w:abstractNumId w:val="1"/>
  </w:num>
  <w:num w:numId="9" w16cid:durableId="185213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7CCD"/>
    <w:rsid w:val="0006063C"/>
    <w:rsid w:val="000C3AFB"/>
    <w:rsid w:val="0015074B"/>
    <w:rsid w:val="0029639D"/>
    <w:rsid w:val="00326F90"/>
    <w:rsid w:val="006E41A2"/>
    <w:rsid w:val="009F5EB6"/>
    <w:rsid w:val="00A52484"/>
    <w:rsid w:val="00AA1D8D"/>
    <w:rsid w:val="00B47730"/>
    <w:rsid w:val="00CB0664"/>
    <w:rsid w:val="00CE395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4EF9EC"/>
  <w14:defaultImageDpi w14:val="300"/>
  <w15:docId w15:val="{C2A74743-56AC-46E8-A0C5-FEB9215DE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2AF5B624E513C4397BC215B82CB82FB" ma:contentTypeVersion="11" ma:contentTypeDescription="Create a new document." ma:contentTypeScope="" ma:versionID="916404b98df7be87bf09c8c17ca1fdde">
  <xsd:schema xmlns:xsd="http://www.w3.org/2001/XMLSchema" xmlns:xs="http://www.w3.org/2001/XMLSchema" xmlns:p="http://schemas.microsoft.com/office/2006/metadata/properties" xmlns:ns2="b18162fa-d22b-4231-8219-96c422dcddba" xmlns:ns3="5b997d53-d2c2-47b7-9da4-5d01c02cedaf" targetNamespace="http://schemas.microsoft.com/office/2006/metadata/properties" ma:root="true" ma:fieldsID="74b9f3f68355faa16b3481442e104680" ns2:_="" ns3:_="">
    <xsd:import namespace="b18162fa-d22b-4231-8219-96c422dcddba"/>
    <xsd:import namespace="5b997d53-d2c2-47b7-9da4-5d01c02ced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162fa-d22b-4231-8219-96c422dcdd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b6cf2fa-d47e-4fb3-b330-3a8bf265a53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997d53-d2c2-47b7-9da4-5d01c02ced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60d948-b13f-4226-a9ee-2cc9ba34c44e}" ma:internalName="TaxCatchAll" ma:showField="CatchAllData" ma:web="5b997d53-d2c2-47b7-9da4-5d01c02ced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997d53-d2c2-47b7-9da4-5d01c02cedaf" xsi:nil="true"/>
    <lcf76f155ced4ddcb4097134ff3c332f xmlns="b18162fa-d22b-4231-8219-96c422dcdd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8BBBAE56-E3AB-47C6-B0FE-AC2CB65A7F2B}"/>
</file>

<file path=customXml/itemProps3.xml><?xml version="1.0" encoding="utf-8"?>
<ds:datastoreItem xmlns:ds="http://schemas.openxmlformats.org/officeDocument/2006/customXml" ds:itemID="{81EE1D29-9E78-42F1-913F-672C8695A011}"/>
</file>

<file path=customXml/itemProps4.xml><?xml version="1.0" encoding="utf-8"?>
<ds:datastoreItem xmlns:ds="http://schemas.openxmlformats.org/officeDocument/2006/customXml" ds:itemID="{482D67C3-D2C1-4D57-83A1-1D650C8C8262}"/>
</file>

<file path=docProps/app.xml><?xml version="1.0" encoding="utf-8"?>
<Properties xmlns="http://schemas.openxmlformats.org/officeDocument/2006/extended-properties" xmlns:vt="http://schemas.openxmlformats.org/officeDocument/2006/docPropsVTypes">
  <Template>Normal</Template>
  <TotalTime>15</TotalTime>
  <Pages>11</Pages>
  <Words>3158</Words>
  <Characters>18004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21120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Clare Carter-Furguson</cp:lastModifiedBy>
  <cp:revision>4</cp:revision>
  <dcterms:created xsi:type="dcterms:W3CDTF">2026-08-13T08:57:00Z</dcterms:created>
  <dcterms:modified xsi:type="dcterms:W3CDTF">2026-08-18T06:55:00Z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0x01010072AF5B624E513C4397BC215B82CB82FB</vt:lpwstr>
  </property>
</Properties>
</file>