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BFB19" w14:textId="2A6D89B3" w:rsidR="006E41A2" w:rsidRDefault="004E2BA6" w:rsidP="009608B2">
      <w:pPr>
        <w:spacing w:after="0"/>
        <w:jc w:val="center"/>
        <w:rPr>
          <w:b/>
          <w:sz w:val="40"/>
          <w:szCs w:val="28"/>
        </w:rPr>
      </w:pPr>
      <w:r>
        <w:rPr>
          <w:noProof/>
        </w:rPr>
        <w:drawing>
          <wp:inline distT="0" distB="0" distL="0" distR="0" wp14:anchorId="0874335F" wp14:editId="6CE3799C">
            <wp:extent cx="960120" cy="10018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 LOGO - 2023.05.08 - KRAAG(1).PNG"/>
                    <pic:cNvPicPr/>
                  </pic:nvPicPr>
                  <pic:blipFill>
                    <a:blip r:embed="rId9"/>
                    <a:stretch>
                      <a:fillRect/>
                    </a:stretch>
                  </pic:blipFill>
                  <pic:spPr>
                    <a:xfrm>
                      <a:off x="0" y="0"/>
                      <a:ext cx="960120" cy="1001864"/>
                    </a:xfrm>
                    <a:prstGeom prst="rect">
                      <a:avLst/>
                    </a:prstGeom>
                  </pic:spPr>
                </pic:pic>
              </a:graphicData>
            </a:graphic>
          </wp:inline>
        </w:drawing>
      </w:r>
      <w:r>
        <w:rPr>
          <w:b/>
          <w:sz w:val="32"/>
        </w:rPr>
        <w:br/>
      </w:r>
      <w:r w:rsidRPr="00A52484">
        <w:rPr>
          <w:b/>
          <w:sz w:val="40"/>
          <w:szCs w:val="28"/>
        </w:rPr>
        <w:t>THE SORGHUM TRUST</w:t>
      </w:r>
      <w:r w:rsidRPr="00A52484">
        <w:rPr>
          <w:b/>
          <w:sz w:val="40"/>
          <w:szCs w:val="28"/>
        </w:rPr>
        <w:br/>
      </w:r>
      <w:r w:rsidRPr="00A52484">
        <w:rPr>
          <w:b/>
          <w:sz w:val="40"/>
          <w:szCs w:val="28"/>
        </w:rPr>
        <w:t xml:space="preserve">FUNDING APPLICATION – NEW </w:t>
      </w:r>
    </w:p>
    <w:p w14:paraId="58B756F2" w14:textId="77777777" w:rsidR="00D960CD" w:rsidRDefault="00D960CD" w:rsidP="009608B2">
      <w:pPr>
        <w:spacing w:after="0"/>
        <w:jc w:val="center"/>
      </w:pPr>
    </w:p>
    <w:p w14:paraId="3D8C9A24" w14:textId="77777777" w:rsidR="006E41A2" w:rsidRDefault="004E2BA6" w:rsidP="009608B2">
      <w:pPr>
        <w:spacing w:after="0"/>
        <w:jc w:val="center"/>
        <w:rPr>
          <w:i/>
          <w:sz w:val="18"/>
        </w:rPr>
      </w:pPr>
      <w:r>
        <w:rPr>
          <w:i/>
          <w:sz w:val="18"/>
        </w:rPr>
        <w:t>Please complete this form for each new project for which funding is requested. Information should be concise but sufficient to permit proper technical and funding evaluation. Additional supporting information may be attached where necessary.</w:t>
      </w:r>
    </w:p>
    <w:p w14:paraId="3DB03220" w14:textId="77777777" w:rsidR="00D960CD" w:rsidRDefault="00D960CD" w:rsidP="009608B2">
      <w:pPr>
        <w:spacing w:after="0"/>
        <w:jc w:val="center"/>
      </w:pPr>
    </w:p>
    <w:p w14:paraId="5602296C" w14:textId="77777777" w:rsidR="006E41A2" w:rsidRDefault="004E2BA6" w:rsidP="009608B2">
      <w:pPr>
        <w:spacing w:before="140" w:after="0"/>
      </w:pPr>
      <w:r>
        <w:rPr>
          <w:b/>
          <w:sz w:val="22"/>
        </w:rPr>
        <w:t>A. PROJECT AND APPLICANT DETAILS</w:t>
      </w:r>
    </w:p>
    <w:tbl>
      <w:tblPr>
        <w:tblStyle w:val="TableGrid"/>
        <w:tblW w:w="0" w:type="auto"/>
        <w:jc w:val="center"/>
        <w:tblLook w:val="04A0" w:firstRow="1" w:lastRow="0" w:firstColumn="1" w:lastColumn="0" w:noHBand="0" w:noVBand="1"/>
      </w:tblPr>
      <w:tblGrid>
        <w:gridCol w:w="5112"/>
        <w:gridCol w:w="5112"/>
      </w:tblGrid>
      <w:tr w:rsidR="006E41A2" w14:paraId="465173EA" w14:textId="77777777" w:rsidTr="00A52484">
        <w:trPr>
          <w:trHeight w:val="432"/>
          <w:jc w:val="center"/>
        </w:trPr>
        <w:tc>
          <w:tcPr>
            <w:tcW w:w="5112" w:type="dxa"/>
            <w:vAlign w:val="center"/>
          </w:tcPr>
          <w:p w14:paraId="2BFC05FA" w14:textId="43415CA5" w:rsidR="006E41A2" w:rsidRDefault="004E2BA6" w:rsidP="009608B2">
            <w:r>
              <w:rPr>
                <w:b/>
              </w:rPr>
              <w:t xml:space="preserve">Title of </w:t>
            </w:r>
            <w:r>
              <w:rPr>
                <w:b/>
              </w:rPr>
              <w:t>Project:</w:t>
            </w:r>
          </w:p>
        </w:tc>
        <w:tc>
          <w:tcPr>
            <w:tcW w:w="5112" w:type="dxa"/>
            <w:vAlign w:val="center"/>
          </w:tcPr>
          <w:p w14:paraId="7E7E1751" w14:textId="77777777" w:rsidR="006E41A2" w:rsidRDefault="006E41A2" w:rsidP="009608B2"/>
        </w:tc>
      </w:tr>
      <w:tr w:rsidR="006E41A2" w14:paraId="73C4AFBF" w14:textId="77777777" w:rsidTr="00A52484">
        <w:trPr>
          <w:trHeight w:val="432"/>
          <w:jc w:val="center"/>
        </w:trPr>
        <w:tc>
          <w:tcPr>
            <w:tcW w:w="5112" w:type="dxa"/>
            <w:vAlign w:val="center"/>
          </w:tcPr>
          <w:p w14:paraId="3DD8AAA7" w14:textId="77777777" w:rsidR="006E41A2" w:rsidRDefault="004E2BA6" w:rsidP="009608B2">
            <w:r>
              <w:rPr>
                <w:b/>
              </w:rPr>
              <w:t>Name and Trading Name of Applicant / Institution:</w:t>
            </w:r>
          </w:p>
        </w:tc>
        <w:tc>
          <w:tcPr>
            <w:tcW w:w="5112" w:type="dxa"/>
            <w:vAlign w:val="center"/>
          </w:tcPr>
          <w:p w14:paraId="3C17AFEB" w14:textId="77777777" w:rsidR="006E41A2" w:rsidRDefault="006E41A2" w:rsidP="009608B2"/>
        </w:tc>
      </w:tr>
      <w:tr w:rsidR="006E41A2" w14:paraId="15B8DFE2" w14:textId="77777777" w:rsidTr="00A52484">
        <w:trPr>
          <w:trHeight w:val="432"/>
          <w:jc w:val="center"/>
        </w:trPr>
        <w:tc>
          <w:tcPr>
            <w:tcW w:w="5112" w:type="dxa"/>
            <w:vAlign w:val="center"/>
          </w:tcPr>
          <w:p w14:paraId="5B97295F" w14:textId="4D753996" w:rsidR="006E41A2" w:rsidRDefault="004E2BA6" w:rsidP="009608B2">
            <w:r>
              <w:rPr>
                <w:b/>
              </w:rPr>
              <w:t>Project Leader</w:t>
            </w:r>
            <w:r w:rsidR="006C0316">
              <w:rPr>
                <w:b/>
              </w:rPr>
              <w:t xml:space="preserve"> / Responsible Person</w:t>
            </w:r>
          </w:p>
        </w:tc>
        <w:tc>
          <w:tcPr>
            <w:tcW w:w="5112" w:type="dxa"/>
            <w:vAlign w:val="center"/>
          </w:tcPr>
          <w:p w14:paraId="511B0C6F" w14:textId="77777777" w:rsidR="006E41A2" w:rsidRDefault="006E41A2" w:rsidP="009608B2"/>
        </w:tc>
      </w:tr>
      <w:tr w:rsidR="006E41A2" w14:paraId="21FC894F" w14:textId="77777777" w:rsidTr="00A52484">
        <w:trPr>
          <w:trHeight w:val="432"/>
          <w:jc w:val="center"/>
        </w:trPr>
        <w:tc>
          <w:tcPr>
            <w:tcW w:w="5112" w:type="dxa"/>
            <w:vAlign w:val="center"/>
          </w:tcPr>
          <w:p w14:paraId="7071A79B" w14:textId="77777777" w:rsidR="006E41A2" w:rsidRDefault="004E2BA6" w:rsidP="009608B2">
            <w:r>
              <w:rPr>
                <w:b/>
              </w:rPr>
              <w:t>E-mail Address:</w:t>
            </w:r>
          </w:p>
        </w:tc>
        <w:tc>
          <w:tcPr>
            <w:tcW w:w="5112" w:type="dxa"/>
            <w:vAlign w:val="center"/>
          </w:tcPr>
          <w:p w14:paraId="5337E296" w14:textId="77777777" w:rsidR="006E41A2" w:rsidRDefault="006E41A2" w:rsidP="009608B2"/>
        </w:tc>
      </w:tr>
      <w:tr w:rsidR="006E41A2" w14:paraId="45AD9455" w14:textId="77777777" w:rsidTr="00A52484">
        <w:trPr>
          <w:trHeight w:val="432"/>
          <w:jc w:val="center"/>
        </w:trPr>
        <w:tc>
          <w:tcPr>
            <w:tcW w:w="5112" w:type="dxa"/>
            <w:vAlign w:val="center"/>
          </w:tcPr>
          <w:p w14:paraId="702C55FE" w14:textId="77777777" w:rsidR="006E41A2" w:rsidRDefault="004E2BA6" w:rsidP="009608B2">
            <w:r>
              <w:rPr>
                <w:b/>
              </w:rPr>
              <w:t>Telephone Number:</w:t>
            </w:r>
          </w:p>
        </w:tc>
        <w:tc>
          <w:tcPr>
            <w:tcW w:w="5112" w:type="dxa"/>
            <w:vAlign w:val="center"/>
          </w:tcPr>
          <w:p w14:paraId="6FEBD740" w14:textId="77777777" w:rsidR="006E41A2" w:rsidRDefault="006E41A2" w:rsidP="009608B2"/>
        </w:tc>
      </w:tr>
      <w:tr w:rsidR="006E41A2" w14:paraId="2C08D03F" w14:textId="77777777" w:rsidTr="00A52484">
        <w:trPr>
          <w:trHeight w:val="432"/>
          <w:jc w:val="center"/>
        </w:trPr>
        <w:tc>
          <w:tcPr>
            <w:tcW w:w="5112" w:type="dxa"/>
            <w:vAlign w:val="center"/>
          </w:tcPr>
          <w:p w14:paraId="2F2051E1" w14:textId="15719F53" w:rsidR="006E41A2" w:rsidRDefault="004E2BA6" w:rsidP="009608B2">
            <w:r>
              <w:rPr>
                <w:b/>
              </w:rPr>
              <w:t xml:space="preserve">Duration of Proposed </w:t>
            </w:r>
            <w:r w:rsidR="00D960CD">
              <w:rPr>
                <w:b/>
              </w:rPr>
              <w:t>funding</w:t>
            </w:r>
            <w:r>
              <w:rPr>
                <w:b/>
              </w:rPr>
              <w:t>:</w:t>
            </w:r>
          </w:p>
        </w:tc>
        <w:tc>
          <w:tcPr>
            <w:tcW w:w="5112" w:type="dxa"/>
            <w:vAlign w:val="center"/>
          </w:tcPr>
          <w:p w14:paraId="05F1E5C8" w14:textId="77777777" w:rsidR="006E41A2" w:rsidRDefault="006E41A2" w:rsidP="009608B2"/>
        </w:tc>
      </w:tr>
      <w:tr w:rsidR="006E41A2" w14:paraId="42DC3A63" w14:textId="77777777" w:rsidTr="00A52484">
        <w:trPr>
          <w:trHeight w:val="432"/>
          <w:jc w:val="center"/>
        </w:trPr>
        <w:tc>
          <w:tcPr>
            <w:tcW w:w="5112" w:type="dxa"/>
            <w:vAlign w:val="center"/>
          </w:tcPr>
          <w:p w14:paraId="6929C944" w14:textId="77777777" w:rsidR="006E41A2" w:rsidRDefault="004E2BA6" w:rsidP="009608B2">
            <w:r>
              <w:rPr>
                <w:b/>
              </w:rPr>
              <w:t>Funding Year Applied For:</w:t>
            </w:r>
          </w:p>
        </w:tc>
        <w:tc>
          <w:tcPr>
            <w:tcW w:w="5112" w:type="dxa"/>
            <w:vAlign w:val="center"/>
          </w:tcPr>
          <w:p w14:paraId="031B2161" w14:textId="77777777" w:rsidR="006E41A2" w:rsidRDefault="006E41A2" w:rsidP="009608B2"/>
        </w:tc>
      </w:tr>
      <w:tr w:rsidR="00A52484" w14:paraId="78879E4B" w14:textId="77777777" w:rsidTr="00A52484">
        <w:trPr>
          <w:trHeight w:val="432"/>
          <w:jc w:val="center"/>
        </w:trPr>
        <w:tc>
          <w:tcPr>
            <w:tcW w:w="5112" w:type="dxa"/>
            <w:vMerge w:val="restart"/>
            <w:vAlign w:val="center"/>
          </w:tcPr>
          <w:p w14:paraId="15B8D1FE" w14:textId="56FC869E" w:rsidR="00A52484" w:rsidRDefault="00A52484" w:rsidP="009608B2">
            <w:r>
              <w:rPr>
                <w:b/>
              </w:rPr>
              <w:t xml:space="preserve">Total Project Cost </w:t>
            </w:r>
          </w:p>
        </w:tc>
        <w:tc>
          <w:tcPr>
            <w:tcW w:w="5112" w:type="dxa"/>
            <w:vAlign w:val="center"/>
          </w:tcPr>
          <w:p w14:paraId="6E5CC893" w14:textId="66C02D69" w:rsidR="00A52484" w:rsidRDefault="00A52484" w:rsidP="009608B2">
            <w:pPr>
              <w:jc w:val="right"/>
            </w:pPr>
            <w:r>
              <w:t>(VAT INCLUSIVE)</w:t>
            </w:r>
          </w:p>
        </w:tc>
      </w:tr>
      <w:tr w:rsidR="00A52484" w14:paraId="199E61F0" w14:textId="77777777" w:rsidTr="00A52484">
        <w:trPr>
          <w:trHeight w:val="432"/>
          <w:jc w:val="center"/>
        </w:trPr>
        <w:tc>
          <w:tcPr>
            <w:tcW w:w="5112" w:type="dxa"/>
            <w:vMerge/>
            <w:vAlign w:val="center"/>
          </w:tcPr>
          <w:p w14:paraId="398D4DC0" w14:textId="77777777" w:rsidR="00A52484" w:rsidRDefault="00A52484" w:rsidP="009608B2">
            <w:pPr>
              <w:rPr>
                <w:b/>
              </w:rPr>
            </w:pPr>
          </w:p>
        </w:tc>
        <w:tc>
          <w:tcPr>
            <w:tcW w:w="5112" w:type="dxa"/>
            <w:vAlign w:val="center"/>
          </w:tcPr>
          <w:p w14:paraId="7CEC8B06" w14:textId="18C28AB1" w:rsidR="00A52484" w:rsidRDefault="00A52484" w:rsidP="009608B2">
            <w:pPr>
              <w:jc w:val="right"/>
            </w:pPr>
            <w:r>
              <w:t>(VAT EXCLUSIVE)</w:t>
            </w:r>
          </w:p>
        </w:tc>
      </w:tr>
      <w:tr w:rsidR="00A52484" w14:paraId="38EC42A9" w14:textId="77777777" w:rsidTr="00A52484">
        <w:trPr>
          <w:trHeight w:val="432"/>
          <w:jc w:val="center"/>
        </w:trPr>
        <w:tc>
          <w:tcPr>
            <w:tcW w:w="5112" w:type="dxa"/>
            <w:vMerge w:val="restart"/>
            <w:vAlign w:val="center"/>
          </w:tcPr>
          <w:p w14:paraId="5193142F" w14:textId="77777777" w:rsidR="00A52484" w:rsidRDefault="00A52484" w:rsidP="009608B2">
            <w:pPr>
              <w:rPr>
                <w:b/>
              </w:rPr>
            </w:pPr>
            <w:r>
              <w:rPr>
                <w:b/>
              </w:rPr>
              <w:t xml:space="preserve">Amount Requested from the Sorghum Trust – </w:t>
            </w:r>
          </w:p>
          <w:p w14:paraId="05D09CDC" w14:textId="1932EBF7" w:rsidR="00A52484" w:rsidRDefault="00A52484" w:rsidP="009608B2">
            <w:r>
              <w:rPr>
                <w:b/>
              </w:rPr>
              <w:t>Year 1:</w:t>
            </w:r>
          </w:p>
        </w:tc>
        <w:tc>
          <w:tcPr>
            <w:tcW w:w="5112" w:type="dxa"/>
            <w:vAlign w:val="center"/>
          </w:tcPr>
          <w:p w14:paraId="2F1E4FE8" w14:textId="72D04B96" w:rsidR="00A52484" w:rsidRDefault="00A52484" w:rsidP="009608B2">
            <w:pPr>
              <w:jc w:val="right"/>
            </w:pPr>
            <w:r>
              <w:t xml:space="preserve">(VAT </w:t>
            </w:r>
            <w:r w:rsidR="00D960CD">
              <w:t>IN</w:t>
            </w:r>
            <w:r>
              <w:t>CLUSIVE)</w:t>
            </w:r>
          </w:p>
        </w:tc>
      </w:tr>
      <w:tr w:rsidR="00A52484" w14:paraId="7003315C" w14:textId="77777777" w:rsidTr="00A52484">
        <w:trPr>
          <w:trHeight w:val="432"/>
          <w:jc w:val="center"/>
        </w:trPr>
        <w:tc>
          <w:tcPr>
            <w:tcW w:w="5112" w:type="dxa"/>
            <w:vMerge/>
            <w:vAlign w:val="center"/>
          </w:tcPr>
          <w:p w14:paraId="510BE10E" w14:textId="77777777" w:rsidR="00A52484" w:rsidRDefault="00A52484" w:rsidP="009608B2">
            <w:pPr>
              <w:rPr>
                <w:b/>
              </w:rPr>
            </w:pPr>
          </w:p>
        </w:tc>
        <w:tc>
          <w:tcPr>
            <w:tcW w:w="5112" w:type="dxa"/>
            <w:vAlign w:val="center"/>
          </w:tcPr>
          <w:p w14:paraId="4FC5BD7D" w14:textId="574E5D53" w:rsidR="00A52484" w:rsidRDefault="00A52484" w:rsidP="009608B2">
            <w:pPr>
              <w:jc w:val="right"/>
            </w:pPr>
            <w:r>
              <w:t>(VAT EXCLUSIVE)</w:t>
            </w:r>
          </w:p>
        </w:tc>
      </w:tr>
      <w:tr w:rsidR="00A52484" w14:paraId="662F9212" w14:textId="77777777" w:rsidTr="00A52484">
        <w:trPr>
          <w:trHeight w:val="432"/>
          <w:jc w:val="center"/>
        </w:trPr>
        <w:tc>
          <w:tcPr>
            <w:tcW w:w="5112" w:type="dxa"/>
            <w:vMerge w:val="restart"/>
            <w:vAlign w:val="center"/>
          </w:tcPr>
          <w:p w14:paraId="5AC61CE4" w14:textId="77777777" w:rsidR="00A52484" w:rsidRDefault="00A52484" w:rsidP="009608B2">
            <w:r>
              <w:rPr>
                <w:b/>
              </w:rPr>
              <w:t>Total Amount Requested from the Sorghum Trust over Project Term:</w:t>
            </w:r>
          </w:p>
        </w:tc>
        <w:tc>
          <w:tcPr>
            <w:tcW w:w="5112" w:type="dxa"/>
            <w:vAlign w:val="center"/>
          </w:tcPr>
          <w:p w14:paraId="7D4F4C50" w14:textId="751A2027" w:rsidR="00A52484" w:rsidRDefault="00A52484" w:rsidP="009608B2">
            <w:pPr>
              <w:jc w:val="right"/>
            </w:pPr>
            <w:r>
              <w:t xml:space="preserve">(VAT </w:t>
            </w:r>
            <w:r w:rsidR="00D960CD">
              <w:t>IN</w:t>
            </w:r>
            <w:r>
              <w:t>CLUSIVE)</w:t>
            </w:r>
          </w:p>
        </w:tc>
      </w:tr>
      <w:tr w:rsidR="00A52484" w14:paraId="083330BB" w14:textId="77777777" w:rsidTr="00A52484">
        <w:trPr>
          <w:trHeight w:val="432"/>
          <w:jc w:val="center"/>
        </w:trPr>
        <w:tc>
          <w:tcPr>
            <w:tcW w:w="5112" w:type="dxa"/>
            <w:vMerge/>
            <w:vAlign w:val="center"/>
          </w:tcPr>
          <w:p w14:paraId="49327A13" w14:textId="77777777" w:rsidR="00A52484" w:rsidRDefault="00A52484" w:rsidP="009608B2">
            <w:pPr>
              <w:rPr>
                <w:b/>
              </w:rPr>
            </w:pPr>
          </w:p>
        </w:tc>
        <w:tc>
          <w:tcPr>
            <w:tcW w:w="5112" w:type="dxa"/>
            <w:vAlign w:val="center"/>
          </w:tcPr>
          <w:p w14:paraId="30820CD6" w14:textId="1B3CB1D9" w:rsidR="00A52484" w:rsidRDefault="00A52484" w:rsidP="009608B2">
            <w:pPr>
              <w:jc w:val="right"/>
            </w:pPr>
            <w:r>
              <w:t>(VAT EXCLUSIVE)</w:t>
            </w:r>
          </w:p>
        </w:tc>
      </w:tr>
    </w:tbl>
    <w:p w14:paraId="75B904DD" w14:textId="77777777" w:rsidR="00A52484" w:rsidRDefault="00A52484" w:rsidP="009608B2">
      <w:pPr>
        <w:spacing w:before="140" w:after="0"/>
        <w:rPr>
          <w:b/>
          <w:sz w:val="22"/>
        </w:rPr>
      </w:pPr>
    </w:p>
    <w:p w14:paraId="51F4D778" w14:textId="77777777" w:rsidR="00A52484" w:rsidRDefault="00A52484" w:rsidP="009608B2">
      <w:pPr>
        <w:spacing w:before="140" w:after="0"/>
        <w:rPr>
          <w:b/>
          <w:sz w:val="22"/>
        </w:rPr>
      </w:pPr>
    </w:p>
    <w:p w14:paraId="0EA17B98" w14:textId="77777777" w:rsidR="00A52484" w:rsidRDefault="00A52484" w:rsidP="009608B2">
      <w:pPr>
        <w:spacing w:before="140" w:after="0"/>
        <w:rPr>
          <w:b/>
          <w:sz w:val="22"/>
        </w:rPr>
      </w:pPr>
    </w:p>
    <w:p w14:paraId="34C802F3" w14:textId="77777777" w:rsidR="00A52484" w:rsidRDefault="00A52484" w:rsidP="009608B2">
      <w:pPr>
        <w:spacing w:before="140" w:after="0"/>
        <w:rPr>
          <w:b/>
          <w:sz w:val="22"/>
        </w:rPr>
      </w:pPr>
    </w:p>
    <w:p w14:paraId="62A70CAF" w14:textId="77777777" w:rsidR="00A52484" w:rsidRDefault="00A52484" w:rsidP="009608B2">
      <w:pPr>
        <w:spacing w:before="140" w:after="0"/>
        <w:rPr>
          <w:b/>
          <w:sz w:val="22"/>
        </w:rPr>
      </w:pPr>
    </w:p>
    <w:p w14:paraId="0435EF63" w14:textId="77777777" w:rsidR="00A52484" w:rsidRDefault="00A52484" w:rsidP="009608B2">
      <w:pPr>
        <w:spacing w:before="140" w:after="0"/>
        <w:rPr>
          <w:b/>
          <w:sz w:val="22"/>
        </w:rPr>
      </w:pPr>
    </w:p>
    <w:p w14:paraId="7C87DDFA" w14:textId="77777777" w:rsidR="00A52484" w:rsidRDefault="00A52484" w:rsidP="009608B2">
      <w:pPr>
        <w:spacing w:before="140" w:after="0"/>
        <w:rPr>
          <w:b/>
          <w:sz w:val="22"/>
        </w:rPr>
      </w:pPr>
    </w:p>
    <w:p w14:paraId="706708FF" w14:textId="77777777" w:rsidR="00A52484" w:rsidRDefault="00A52484" w:rsidP="009608B2">
      <w:pPr>
        <w:spacing w:before="140" w:after="0"/>
        <w:rPr>
          <w:b/>
          <w:sz w:val="22"/>
        </w:rPr>
      </w:pPr>
    </w:p>
    <w:p w14:paraId="5CDBBAFE" w14:textId="77777777" w:rsidR="00A52484" w:rsidRDefault="00A52484" w:rsidP="009608B2">
      <w:pPr>
        <w:spacing w:before="140" w:after="0"/>
        <w:rPr>
          <w:b/>
          <w:sz w:val="22"/>
        </w:rPr>
      </w:pPr>
    </w:p>
    <w:p w14:paraId="444A28C5" w14:textId="77777777" w:rsidR="00A52484" w:rsidRDefault="00A52484" w:rsidP="009608B2">
      <w:pPr>
        <w:spacing w:before="140" w:after="0"/>
        <w:rPr>
          <w:b/>
          <w:sz w:val="22"/>
        </w:rPr>
      </w:pPr>
    </w:p>
    <w:p w14:paraId="02BF7ABB" w14:textId="77777777" w:rsidR="009608B2" w:rsidRDefault="009608B2" w:rsidP="009608B2">
      <w:pPr>
        <w:spacing w:before="140" w:after="0"/>
        <w:rPr>
          <w:b/>
          <w:sz w:val="22"/>
        </w:rPr>
      </w:pPr>
    </w:p>
    <w:p w14:paraId="4A03A3DD" w14:textId="7A5FB25A" w:rsidR="006E41A2" w:rsidRDefault="004E2BA6" w:rsidP="009608B2">
      <w:pPr>
        <w:spacing w:before="140" w:after="0"/>
      </w:pPr>
      <w:r>
        <w:rPr>
          <w:b/>
          <w:sz w:val="22"/>
        </w:rPr>
        <w:t>B. TRUST OBJECTIVE AND INDUSTRY RELEVANCE</w:t>
      </w:r>
    </w:p>
    <w:p w14:paraId="08B241A3" w14:textId="5B719681" w:rsidR="006E41A2" w:rsidRDefault="004E2BA6" w:rsidP="009608B2">
      <w:pPr>
        <w:pStyle w:val="ListParagraph"/>
        <w:numPr>
          <w:ilvl w:val="0"/>
          <w:numId w:val="13"/>
        </w:numPr>
        <w:spacing w:before="120" w:after="0"/>
        <w:ind w:left="270" w:hanging="270"/>
      </w:pPr>
      <w:r w:rsidRPr="00FA46B1">
        <w:rPr>
          <w:b/>
        </w:rPr>
        <w:t>Relevant objective of the Sorghum Trust Deed</w:t>
      </w:r>
    </w:p>
    <w:p w14:paraId="66DB4D15" w14:textId="77777777" w:rsidR="00035E41" w:rsidRDefault="00035E41" w:rsidP="00035E41">
      <w:pPr>
        <w:spacing w:after="0"/>
        <w:rPr>
          <w:i/>
          <w:sz w:val="18"/>
        </w:rPr>
      </w:pPr>
    </w:p>
    <w:p w14:paraId="79FFCE0A" w14:textId="6E58FC7E" w:rsidR="00A52484" w:rsidRDefault="004E2BA6" w:rsidP="00035E41">
      <w:pPr>
        <w:spacing w:after="0"/>
        <w:rPr>
          <w:i/>
          <w:sz w:val="18"/>
        </w:rPr>
      </w:pPr>
      <w:r>
        <w:rPr>
          <w:i/>
          <w:sz w:val="18"/>
        </w:rPr>
        <w:t>I</w:t>
      </w:r>
      <w:r>
        <w:rPr>
          <w:i/>
          <w:sz w:val="18"/>
        </w:rPr>
        <w:t>dentify the objective(s) of the Sorghum Trust Deed in terms of which funding is sought.</w:t>
      </w:r>
    </w:p>
    <w:p w14:paraId="0967AA86" w14:textId="77777777" w:rsidR="00A52484" w:rsidRDefault="00A52484" w:rsidP="009608B2">
      <w:pPr>
        <w:spacing w:before="120" w:after="0"/>
        <w:rPr>
          <w:b/>
        </w:rPr>
      </w:pPr>
      <w:r>
        <w:rPr>
          <w:b/>
        </w:rPr>
        <w:t>________________________________________________________________________________________</w:t>
      </w:r>
    </w:p>
    <w:p w14:paraId="69058C8D" w14:textId="77777777" w:rsidR="00A52484" w:rsidRDefault="00A52484" w:rsidP="009608B2">
      <w:pPr>
        <w:spacing w:before="120" w:after="0"/>
        <w:rPr>
          <w:b/>
        </w:rPr>
      </w:pPr>
      <w:r>
        <w:rPr>
          <w:b/>
        </w:rPr>
        <w:t>________________________________________________________________________________________</w:t>
      </w:r>
    </w:p>
    <w:p w14:paraId="14EDEE11" w14:textId="77777777" w:rsidR="00A52484" w:rsidRDefault="00A52484" w:rsidP="009608B2">
      <w:pPr>
        <w:spacing w:before="120" w:after="0"/>
        <w:rPr>
          <w:b/>
        </w:rPr>
      </w:pPr>
      <w:r>
        <w:rPr>
          <w:b/>
        </w:rPr>
        <w:t>________________________________________________________________________________________</w:t>
      </w:r>
    </w:p>
    <w:p w14:paraId="06D2CAC9" w14:textId="77777777" w:rsidR="00A52484" w:rsidRDefault="00A52484" w:rsidP="009608B2">
      <w:pPr>
        <w:spacing w:before="120" w:after="0"/>
        <w:rPr>
          <w:b/>
        </w:rPr>
      </w:pPr>
      <w:r>
        <w:rPr>
          <w:b/>
        </w:rPr>
        <w:t>________________________________________________________________________________________</w:t>
      </w:r>
    </w:p>
    <w:p w14:paraId="5FBA34DE" w14:textId="77777777" w:rsidR="00A52484" w:rsidRDefault="00A52484" w:rsidP="009608B2">
      <w:pPr>
        <w:spacing w:before="120" w:after="0"/>
        <w:rPr>
          <w:b/>
        </w:rPr>
      </w:pPr>
      <w:r>
        <w:rPr>
          <w:b/>
        </w:rPr>
        <w:t>________________________________________________________________________________________</w:t>
      </w:r>
    </w:p>
    <w:p w14:paraId="058B1D2A" w14:textId="77777777" w:rsidR="00A52484" w:rsidRDefault="00A52484" w:rsidP="009608B2">
      <w:pPr>
        <w:spacing w:before="120" w:after="0"/>
        <w:rPr>
          <w:b/>
        </w:rPr>
      </w:pPr>
      <w:r>
        <w:rPr>
          <w:b/>
        </w:rPr>
        <w:t>________________________________________________________________________________________</w:t>
      </w:r>
    </w:p>
    <w:p w14:paraId="44EA990B" w14:textId="77777777" w:rsidR="00A52484" w:rsidRDefault="00A52484" w:rsidP="009608B2">
      <w:pPr>
        <w:spacing w:before="120" w:after="0"/>
        <w:rPr>
          <w:b/>
        </w:rPr>
      </w:pPr>
      <w:r>
        <w:rPr>
          <w:b/>
        </w:rPr>
        <w:t>________________________________________________________________________________________</w:t>
      </w:r>
    </w:p>
    <w:p w14:paraId="76FE0B17" w14:textId="77777777" w:rsidR="00A52484" w:rsidRDefault="00A52484" w:rsidP="009608B2">
      <w:pPr>
        <w:spacing w:before="120" w:after="0"/>
        <w:rPr>
          <w:b/>
        </w:rPr>
      </w:pPr>
      <w:r>
        <w:rPr>
          <w:b/>
        </w:rPr>
        <w:t>________________________________________________________________________________________</w:t>
      </w:r>
    </w:p>
    <w:p w14:paraId="6DC3BE47" w14:textId="77777777" w:rsidR="00A52484" w:rsidRDefault="00A52484" w:rsidP="009608B2">
      <w:pPr>
        <w:spacing w:after="0"/>
      </w:pPr>
    </w:p>
    <w:p w14:paraId="43F273F7" w14:textId="44DD6A07" w:rsidR="006E41A2" w:rsidRDefault="004E2BA6" w:rsidP="009608B2">
      <w:pPr>
        <w:pStyle w:val="ListParagraph"/>
        <w:numPr>
          <w:ilvl w:val="0"/>
          <w:numId w:val="13"/>
        </w:numPr>
        <w:spacing w:before="120" w:after="0"/>
        <w:ind w:left="270" w:hanging="270"/>
      </w:pPr>
      <w:r>
        <w:rPr>
          <w:b/>
        </w:rPr>
        <w:t>Contribution to the Trust objective</w:t>
      </w:r>
    </w:p>
    <w:p w14:paraId="6D15E229" w14:textId="77777777" w:rsidR="00035E41" w:rsidRDefault="00035E41" w:rsidP="00035E41">
      <w:pPr>
        <w:spacing w:after="0"/>
        <w:rPr>
          <w:i/>
          <w:sz w:val="18"/>
        </w:rPr>
      </w:pPr>
    </w:p>
    <w:p w14:paraId="4757A385" w14:textId="0628FA45" w:rsidR="006E41A2" w:rsidRDefault="004E2BA6" w:rsidP="00035E41">
      <w:pPr>
        <w:spacing w:after="0"/>
        <w:rPr>
          <w:i/>
          <w:sz w:val="18"/>
        </w:rPr>
      </w:pPr>
      <w:r>
        <w:rPr>
          <w:i/>
          <w:sz w:val="18"/>
        </w:rPr>
        <w:t>Explain how the proposed project will contribute to the identified Trust objective(s).</w:t>
      </w:r>
    </w:p>
    <w:p w14:paraId="312E548F" w14:textId="77777777" w:rsidR="00A52484" w:rsidRDefault="00A52484" w:rsidP="009608B2">
      <w:pPr>
        <w:spacing w:before="120" w:after="0"/>
        <w:rPr>
          <w:b/>
        </w:rPr>
      </w:pPr>
      <w:r>
        <w:rPr>
          <w:b/>
        </w:rPr>
        <w:t>________________________________________________________________________________________</w:t>
      </w:r>
    </w:p>
    <w:p w14:paraId="596EC9FD" w14:textId="77777777" w:rsidR="00A52484" w:rsidRDefault="00A52484" w:rsidP="009608B2">
      <w:pPr>
        <w:spacing w:before="120" w:after="0"/>
        <w:rPr>
          <w:b/>
        </w:rPr>
      </w:pPr>
      <w:r>
        <w:rPr>
          <w:b/>
        </w:rPr>
        <w:t>________________________________________________________________________________________</w:t>
      </w:r>
    </w:p>
    <w:p w14:paraId="0A47D929" w14:textId="77777777" w:rsidR="00A52484" w:rsidRDefault="00A52484" w:rsidP="009608B2">
      <w:pPr>
        <w:spacing w:before="120" w:after="0"/>
        <w:rPr>
          <w:b/>
        </w:rPr>
      </w:pPr>
      <w:r>
        <w:rPr>
          <w:b/>
        </w:rPr>
        <w:t>________________________________________________________________________________________</w:t>
      </w:r>
    </w:p>
    <w:p w14:paraId="0162C31B" w14:textId="77777777" w:rsidR="00A52484" w:rsidRDefault="00A52484" w:rsidP="009608B2">
      <w:pPr>
        <w:spacing w:before="120" w:after="0"/>
        <w:rPr>
          <w:b/>
        </w:rPr>
      </w:pPr>
      <w:r>
        <w:rPr>
          <w:b/>
        </w:rPr>
        <w:t>________________________________________________________________________________________</w:t>
      </w:r>
    </w:p>
    <w:p w14:paraId="44E381AE" w14:textId="77777777" w:rsidR="00A52484" w:rsidRDefault="00A52484" w:rsidP="009608B2">
      <w:pPr>
        <w:spacing w:before="120" w:after="0"/>
        <w:rPr>
          <w:b/>
        </w:rPr>
      </w:pPr>
      <w:r>
        <w:rPr>
          <w:b/>
        </w:rPr>
        <w:t>________________________________________________________________________________________</w:t>
      </w:r>
    </w:p>
    <w:p w14:paraId="66F2C3C1" w14:textId="77777777" w:rsidR="00A52484" w:rsidRDefault="00A52484" w:rsidP="009608B2">
      <w:pPr>
        <w:spacing w:before="120" w:after="0"/>
        <w:rPr>
          <w:b/>
        </w:rPr>
      </w:pPr>
      <w:r>
        <w:rPr>
          <w:b/>
        </w:rPr>
        <w:t>________________________________________________________________________________________</w:t>
      </w:r>
    </w:p>
    <w:p w14:paraId="0A4CBCBA" w14:textId="77777777" w:rsidR="00A52484" w:rsidRDefault="00A52484" w:rsidP="009608B2">
      <w:pPr>
        <w:spacing w:before="120" w:after="0"/>
        <w:rPr>
          <w:b/>
        </w:rPr>
      </w:pPr>
      <w:r>
        <w:rPr>
          <w:b/>
        </w:rPr>
        <w:t>________________________________________________________________________________________</w:t>
      </w:r>
    </w:p>
    <w:p w14:paraId="3CF0D77B" w14:textId="77777777" w:rsidR="00A52484" w:rsidRDefault="00A52484" w:rsidP="009608B2">
      <w:pPr>
        <w:spacing w:before="120" w:after="0"/>
        <w:rPr>
          <w:b/>
        </w:rPr>
      </w:pPr>
      <w:r>
        <w:rPr>
          <w:b/>
        </w:rPr>
        <w:t>________________________________________________________________________________________</w:t>
      </w:r>
    </w:p>
    <w:p w14:paraId="45A04971" w14:textId="77777777" w:rsidR="00A52484" w:rsidRDefault="00A52484" w:rsidP="009608B2">
      <w:pPr>
        <w:spacing w:after="0"/>
      </w:pPr>
    </w:p>
    <w:p w14:paraId="019F1F9E" w14:textId="7D7912A9" w:rsidR="006E41A2" w:rsidRPr="00FA46B1" w:rsidRDefault="0077792F" w:rsidP="009608B2">
      <w:pPr>
        <w:pStyle w:val="ListParagraph"/>
        <w:numPr>
          <w:ilvl w:val="0"/>
          <w:numId w:val="13"/>
        </w:numPr>
        <w:spacing w:before="120" w:after="0"/>
        <w:ind w:left="270" w:hanging="270"/>
        <w:rPr>
          <w:b/>
        </w:rPr>
      </w:pPr>
      <w:r>
        <w:rPr>
          <w:b/>
        </w:rPr>
        <w:t>Main aim or purpose of the Project</w:t>
      </w:r>
    </w:p>
    <w:p w14:paraId="31275AE3" w14:textId="77777777" w:rsidR="00035E41" w:rsidRDefault="00035E41" w:rsidP="00035E41">
      <w:pPr>
        <w:spacing w:after="0"/>
        <w:rPr>
          <w:i/>
          <w:sz w:val="18"/>
        </w:rPr>
      </w:pPr>
    </w:p>
    <w:p w14:paraId="508CA0BA" w14:textId="7B922877" w:rsidR="006E41A2" w:rsidRDefault="0077792F" w:rsidP="00035E41">
      <w:pPr>
        <w:spacing w:after="0"/>
      </w:pPr>
      <w:r w:rsidRPr="0077792F">
        <w:rPr>
          <w:i/>
          <w:sz w:val="18"/>
        </w:rPr>
        <w:t xml:space="preserve">What is the project intended to </w:t>
      </w:r>
      <w:proofErr w:type="gramStart"/>
      <w:r w:rsidRPr="0077792F">
        <w:rPr>
          <w:i/>
          <w:sz w:val="18"/>
        </w:rPr>
        <w:t>achieve?</w:t>
      </w:r>
      <w:r w:rsidR="004E2BA6">
        <w:rPr>
          <w:i/>
          <w:sz w:val="18"/>
        </w:rPr>
        <w:t>.</w:t>
      </w:r>
      <w:proofErr w:type="gramEnd"/>
    </w:p>
    <w:p w14:paraId="3F1CE175" w14:textId="77777777" w:rsidR="00A52484" w:rsidRDefault="00A52484" w:rsidP="009608B2">
      <w:pPr>
        <w:spacing w:before="120" w:after="0"/>
        <w:rPr>
          <w:b/>
        </w:rPr>
      </w:pPr>
      <w:r>
        <w:rPr>
          <w:b/>
        </w:rPr>
        <w:t>________________________________________________________________________________________</w:t>
      </w:r>
    </w:p>
    <w:p w14:paraId="520213A7" w14:textId="77777777" w:rsidR="00A52484" w:rsidRDefault="00A52484" w:rsidP="009608B2">
      <w:pPr>
        <w:spacing w:before="120" w:after="0"/>
        <w:rPr>
          <w:b/>
        </w:rPr>
      </w:pPr>
      <w:r>
        <w:rPr>
          <w:b/>
        </w:rPr>
        <w:t>________________________________________________________________________________________</w:t>
      </w:r>
    </w:p>
    <w:p w14:paraId="34B8D8D1" w14:textId="77777777" w:rsidR="00A52484" w:rsidRDefault="00A52484" w:rsidP="009608B2">
      <w:pPr>
        <w:spacing w:before="120" w:after="0"/>
        <w:rPr>
          <w:b/>
        </w:rPr>
      </w:pPr>
      <w:r>
        <w:rPr>
          <w:b/>
        </w:rPr>
        <w:t>________________________________________________________________________________________</w:t>
      </w:r>
    </w:p>
    <w:p w14:paraId="32629A06" w14:textId="77777777" w:rsidR="00A52484" w:rsidRDefault="00A52484" w:rsidP="009608B2">
      <w:pPr>
        <w:spacing w:before="120" w:after="0"/>
        <w:rPr>
          <w:b/>
        </w:rPr>
      </w:pPr>
      <w:r>
        <w:rPr>
          <w:b/>
        </w:rPr>
        <w:t>________________________________________________________________________________________</w:t>
      </w:r>
    </w:p>
    <w:p w14:paraId="0BBBB8B1" w14:textId="77777777" w:rsidR="00A52484" w:rsidRDefault="00A52484" w:rsidP="009608B2">
      <w:pPr>
        <w:spacing w:before="120" w:after="0"/>
        <w:rPr>
          <w:b/>
        </w:rPr>
      </w:pPr>
      <w:r>
        <w:rPr>
          <w:b/>
        </w:rPr>
        <w:t>________________________________________________________________________________________</w:t>
      </w:r>
    </w:p>
    <w:p w14:paraId="3BA90FFB" w14:textId="77777777" w:rsidR="00A52484" w:rsidRDefault="00A52484" w:rsidP="009608B2">
      <w:pPr>
        <w:spacing w:before="120" w:after="0"/>
        <w:rPr>
          <w:b/>
        </w:rPr>
      </w:pPr>
      <w:r>
        <w:rPr>
          <w:b/>
        </w:rPr>
        <w:t>________________________________________________________________________________________</w:t>
      </w:r>
    </w:p>
    <w:p w14:paraId="5FD6D411" w14:textId="77777777" w:rsidR="00A52484" w:rsidRDefault="00A52484" w:rsidP="009608B2">
      <w:pPr>
        <w:spacing w:before="120" w:after="0"/>
        <w:rPr>
          <w:b/>
        </w:rPr>
      </w:pPr>
      <w:r>
        <w:rPr>
          <w:b/>
        </w:rPr>
        <w:t>________________________________________________________________________________________</w:t>
      </w:r>
    </w:p>
    <w:p w14:paraId="4F927FBE" w14:textId="77777777" w:rsidR="00A52484" w:rsidRDefault="00A52484" w:rsidP="009608B2">
      <w:pPr>
        <w:spacing w:before="120" w:after="0"/>
        <w:rPr>
          <w:b/>
        </w:rPr>
      </w:pPr>
      <w:r>
        <w:rPr>
          <w:b/>
        </w:rPr>
        <w:t>________________________________________________________________________________________</w:t>
      </w:r>
    </w:p>
    <w:p w14:paraId="5377F9D2" w14:textId="77777777" w:rsidR="0077792F" w:rsidRDefault="0077792F" w:rsidP="009608B2">
      <w:pPr>
        <w:spacing w:before="120" w:after="0"/>
        <w:rPr>
          <w:b/>
        </w:rPr>
      </w:pPr>
    </w:p>
    <w:p w14:paraId="6BACD54D" w14:textId="77777777" w:rsidR="0077792F" w:rsidRDefault="0077792F" w:rsidP="009608B2">
      <w:pPr>
        <w:spacing w:before="120" w:after="0"/>
        <w:rPr>
          <w:b/>
        </w:rPr>
      </w:pPr>
    </w:p>
    <w:p w14:paraId="2171A884" w14:textId="77777777" w:rsidR="0077792F" w:rsidRDefault="0077792F" w:rsidP="009608B2">
      <w:pPr>
        <w:spacing w:before="120" w:after="0"/>
        <w:rPr>
          <w:b/>
        </w:rPr>
      </w:pPr>
    </w:p>
    <w:p w14:paraId="61CADF85" w14:textId="77777777" w:rsidR="00FA46B1" w:rsidRDefault="00FA46B1" w:rsidP="009608B2">
      <w:pPr>
        <w:spacing w:before="120" w:after="0"/>
        <w:rPr>
          <w:b/>
        </w:rPr>
      </w:pPr>
    </w:p>
    <w:p w14:paraId="2AD2D02B" w14:textId="77777777" w:rsidR="009608B2" w:rsidRDefault="009608B2" w:rsidP="009608B2">
      <w:pPr>
        <w:spacing w:before="120" w:after="0"/>
        <w:rPr>
          <w:b/>
        </w:rPr>
      </w:pPr>
    </w:p>
    <w:p w14:paraId="5ACEEDC2" w14:textId="31CD4E4C" w:rsidR="00FA46B1" w:rsidRDefault="00FA46B1" w:rsidP="009608B2">
      <w:pPr>
        <w:pStyle w:val="ListParagraph"/>
        <w:numPr>
          <w:ilvl w:val="0"/>
          <w:numId w:val="13"/>
        </w:numPr>
        <w:spacing w:before="120" w:after="0"/>
        <w:ind w:left="270" w:hanging="270"/>
        <w:rPr>
          <w:b/>
        </w:rPr>
      </w:pPr>
      <w:r w:rsidRPr="00FA46B1">
        <w:rPr>
          <w:b/>
        </w:rPr>
        <w:t>Brief description of the Project and principal activities</w:t>
      </w:r>
    </w:p>
    <w:p w14:paraId="306A034B" w14:textId="77777777" w:rsidR="009608B2" w:rsidRPr="009608B2" w:rsidRDefault="009608B2" w:rsidP="009608B2">
      <w:pPr>
        <w:spacing w:before="120" w:after="0"/>
        <w:rPr>
          <w:b/>
        </w:rPr>
      </w:pPr>
      <w:r w:rsidRPr="009608B2">
        <w:rPr>
          <w:b/>
        </w:rPr>
        <w:t>________________________________________________________________________________________</w:t>
      </w:r>
    </w:p>
    <w:p w14:paraId="6E0D2E9B" w14:textId="77777777" w:rsidR="009608B2" w:rsidRPr="009608B2" w:rsidRDefault="009608B2" w:rsidP="009608B2">
      <w:pPr>
        <w:spacing w:before="120" w:after="0"/>
        <w:rPr>
          <w:b/>
        </w:rPr>
      </w:pPr>
      <w:r w:rsidRPr="009608B2">
        <w:rPr>
          <w:b/>
        </w:rPr>
        <w:t>________________________________________________________________________________________</w:t>
      </w:r>
    </w:p>
    <w:p w14:paraId="506A4B57" w14:textId="0AC1F2C3" w:rsidR="0077792F" w:rsidRPr="009608B2" w:rsidRDefault="009608B2" w:rsidP="009608B2">
      <w:pPr>
        <w:spacing w:before="120" w:after="0"/>
        <w:rPr>
          <w:b/>
        </w:rPr>
      </w:pPr>
      <w:r w:rsidRPr="009608B2">
        <w:rPr>
          <w:b/>
        </w:rPr>
        <w:t>________________________________________________________________________________________</w:t>
      </w:r>
    </w:p>
    <w:p w14:paraId="5EB034B6" w14:textId="77777777" w:rsidR="009608B2" w:rsidRPr="009608B2" w:rsidRDefault="009608B2" w:rsidP="009608B2">
      <w:pPr>
        <w:spacing w:before="120" w:after="0"/>
        <w:rPr>
          <w:b/>
        </w:rPr>
      </w:pPr>
      <w:r w:rsidRPr="009608B2">
        <w:rPr>
          <w:b/>
        </w:rPr>
        <w:t>________________________________________________________________________________________</w:t>
      </w:r>
    </w:p>
    <w:p w14:paraId="5F588693" w14:textId="28E313C5" w:rsidR="0077792F" w:rsidRDefault="009608B2" w:rsidP="009608B2">
      <w:pPr>
        <w:spacing w:before="120" w:after="0"/>
        <w:rPr>
          <w:b/>
        </w:rPr>
      </w:pPr>
      <w:r w:rsidRPr="009608B2">
        <w:rPr>
          <w:b/>
        </w:rPr>
        <w:t>________________________________________________________________________________________</w:t>
      </w:r>
    </w:p>
    <w:p w14:paraId="670B38F9" w14:textId="77777777" w:rsidR="0077792F" w:rsidRDefault="0077792F" w:rsidP="009608B2">
      <w:pPr>
        <w:spacing w:before="120" w:after="0"/>
        <w:rPr>
          <w:b/>
        </w:rPr>
      </w:pPr>
    </w:p>
    <w:p w14:paraId="3C4600FF" w14:textId="7EE35DD6" w:rsidR="00A52484" w:rsidRPr="009608B2" w:rsidRDefault="0077792F" w:rsidP="009608B2">
      <w:pPr>
        <w:pStyle w:val="ListParagraph"/>
        <w:numPr>
          <w:ilvl w:val="0"/>
          <w:numId w:val="13"/>
        </w:numPr>
        <w:spacing w:before="120" w:after="0"/>
        <w:ind w:left="270" w:hanging="270"/>
        <w:rPr>
          <w:b/>
        </w:rPr>
      </w:pPr>
      <w:r w:rsidRPr="009608B2">
        <w:rPr>
          <w:b/>
        </w:rPr>
        <w:t>Estimated timeframe (duration) of the Project:</w:t>
      </w:r>
    </w:p>
    <w:p w14:paraId="5EF581DE" w14:textId="77777777" w:rsidR="0077792F" w:rsidRDefault="0077792F" w:rsidP="009608B2">
      <w:pPr>
        <w:spacing w:before="120" w:after="0"/>
        <w:rPr>
          <w:b/>
        </w:rPr>
      </w:pPr>
      <w:r>
        <w:rPr>
          <w:b/>
        </w:rPr>
        <w:t>________________________________________________________________________________________</w:t>
      </w:r>
    </w:p>
    <w:p w14:paraId="0B83FC3E" w14:textId="77777777" w:rsidR="0077792F" w:rsidRDefault="0077792F" w:rsidP="009608B2">
      <w:pPr>
        <w:spacing w:before="120" w:after="0"/>
        <w:rPr>
          <w:b/>
        </w:rPr>
      </w:pPr>
      <w:r>
        <w:rPr>
          <w:b/>
        </w:rPr>
        <w:t>________________________________________________________________________________________</w:t>
      </w:r>
    </w:p>
    <w:p w14:paraId="0F3EC9CF" w14:textId="600FACAE" w:rsidR="00A52484" w:rsidRDefault="0077792F" w:rsidP="009608B2">
      <w:pPr>
        <w:spacing w:before="120" w:after="0"/>
        <w:rPr>
          <w:b/>
        </w:rPr>
      </w:pPr>
      <w:r>
        <w:rPr>
          <w:b/>
        </w:rPr>
        <w:t>________________________________________________________________________________________</w:t>
      </w:r>
    </w:p>
    <w:p w14:paraId="11630CA1" w14:textId="77777777" w:rsidR="009608B2" w:rsidRPr="009608B2" w:rsidRDefault="009608B2" w:rsidP="009608B2">
      <w:pPr>
        <w:spacing w:before="120" w:after="0"/>
        <w:rPr>
          <w:b/>
        </w:rPr>
      </w:pPr>
    </w:p>
    <w:p w14:paraId="53035165" w14:textId="22E999EE" w:rsidR="0077792F" w:rsidRPr="0077792F" w:rsidRDefault="0077792F" w:rsidP="009608B2">
      <w:pPr>
        <w:pStyle w:val="ListParagraph"/>
        <w:numPr>
          <w:ilvl w:val="0"/>
          <w:numId w:val="13"/>
        </w:numPr>
        <w:spacing w:before="120" w:after="0"/>
        <w:ind w:left="270" w:hanging="270"/>
        <w:rPr>
          <w:b/>
        </w:rPr>
      </w:pPr>
      <w:r w:rsidRPr="009608B2">
        <w:rPr>
          <w:b/>
        </w:rPr>
        <w:t>Sector(s) in the Sorghum Industry that could or should benefit from the Project:</w:t>
      </w:r>
    </w:p>
    <w:p w14:paraId="09F25709" w14:textId="77777777" w:rsidR="00035E41" w:rsidRDefault="00035E41" w:rsidP="00035E41">
      <w:pPr>
        <w:spacing w:after="0"/>
        <w:rPr>
          <w:i/>
          <w:sz w:val="18"/>
        </w:rPr>
      </w:pPr>
    </w:p>
    <w:p w14:paraId="41565EBE" w14:textId="097FE149" w:rsidR="0077792F" w:rsidRDefault="00035E41" w:rsidP="00035E41">
      <w:pPr>
        <w:spacing w:after="0"/>
        <w:rPr>
          <w:i/>
          <w:sz w:val="18"/>
        </w:rPr>
      </w:pPr>
      <w:r>
        <w:rPr>
          <w:i/>
          <w:sz w:val="18"/>
        </w:rPr>
        <w:t>I</w:t>
      </w:r>
      <w:r w:rsidR="0077792F" w:rsidRPr="0077792F">
        <w:rPr>
          <w:i/>
          <w:sz w:val="18"/>
        </w:rPr>
        <w:t>dentify the sector(s), persons, producers, businesses or other stakeholders in the South African sorghum industry that will benefit from the project.</w:t>
      </w:r>
    </w:p>
    <w:p w14:paraId="00EF514A" w14:textId="77777777" w:rsidR="0077792F" w:rsidRPr="0077792F" w:rsidRDefault="0077792F" w:rsidP="009608B2">
      <w:pPr>
        <w:spacing w:after="0"/>
        <w:rPr>
          <w:i/>
          <w:sz w:val="18"/>
        </w:rPr>
      </w:pPr>
    </w:p>
    <w:p w14:paraId="297D6AB4" w14:textId="77777777" w:rsidR="0077792F" w:rsidRPr="0077792F" w:rsidRDefault="0077792F" w:rsidP="00035E41">
      <w:pPr>
        <w:spacing w:after="0"/>
        <w:rPr>
          <w:i/>
          <w:sz w:val="18"/>
        </w:rPr>
      </w:pPr>
      <w:r w:rsidRPr="0077792F">
        <w:rPr>
          <w:i/>
          <w:sz w:val="18"/>
        </w:rPr>
        <w:t>Where possible, indicate the number and location of beneficiaries.</w:t>
      </w:r>
    </w:p>
    <w:p w14:paraId="3A48F504" w14:textId="77777777" w:rsidR="0077792F" w:rsidRDefault="0077792F" w:rsidP="009608B2">
      <w:pPr>
        <w:spacing w:before="120" w:after="0"/>
        <w:rPr>
          <w:b/>
        </w:rPr>
      </w:pPr>
      <w:r>
        <w:rPr>
          <w:b/>
        </w:rPr>
        <w:t>________________________________________________________________________________________</w:t>
      </w:r>
    </w:p>
    <w:p w14:paraId="1BEC635C" w14:textId="77777777" w:rsidR="0077792F" w:rsidRDefault="0077792F" w:rsidP="009608B2">
      <w:pPr>
        <w:spacing w:before="120" w:after="0"/>
        <w:rPr>
          <w:b/>
        </w:rPr>
      </w:pPr>
      <w:r>
        <w:rPr>
          <w:b/>
        </w:rPr>
        <w:t>________________________________________________________________________________________</w:t>
      </w:r>
    </w:p>
    <w:p w14:paraId="56AC9025" w14:textId="77777777" w:rsidR="0077792F" w:rsidRDefault="0077792F" w:rsidP="009608B2">
      <w:pPr>
        <w:spacing w:before="120" w:after="0"/>
        <w:rPr>
          <w:b/>
        </w:rPr>
      </w:pPr>
      <w:r>
        <w:rPr>
          <w:b/>
        </w:rPr>
        <w:t>________________________________________________________________________________________</w:t>
      </w:r>
    </w:p>
    <w:p w14:paraId="3522BF79" w14:textId="77777777" w:rsidR="0077792F" w:rsidRDefault="0077792F" w:rsidP="009608B2">
      <w:pPr>
        <w:spacing w:before="120" w:after="0"/>
        <w:rPr>
          <w:b/>
        </w:rPr>
      </w:pPr>
      <w:r>
        <w:rPr>
          <w:b/>
        </w:rPr>
        <w:t>________________________________________________________________________________________</w:t>
      </w:r>
    </w:p>
    <w:p w14:paraId="11184B3E" w14:textId="77777777" w:rsidR="0077792F" w:rsidRDefault="0077792F" w:rsidP="009608B2">
      <w:pPr>
        <w:spacing w:before="120" w:after="0"/>
        <w:rPr>
          <w:b/>
        </w:rPr>
      </w:pPr>
      <w:r>
        <w:rPr>
          <w:b/>
        </w:rPr>
        <w:t>________________________________________________________________________________________</w:t>
      </w:r>
    </w:p>
    <w:p w14:paraId="6C0B4B88" w14:textId="77777777" w:rsidR="0077792F" w:rsidRDefault="0077792F" w:rsidP="009608B2">
      <w:pPr>
        <w:spacing w:before="120" w:after="0"/>
        <w:rPr>
          <w:b/>
        </w:rPr>
      </w:pPr>
      <w:r>
        <w:rPr>
          <w:b/>
        </w:rPr>
        <w:t>________________________________________________________________________________________</w:t>
      </w:r>
    </w:p>
    <w:p w14:paraId="085DA196" w14:textId="77777777" w:rsidR="0077792F" w:rsidRDefault="0077792F" w:rsidP="009608B2">
      <w:pPr>
        <w:spacing w:before="120" w:after="0"/>
        <w:rPr>
          <w:b/>
        </w:rPr>
      </w:pPr>
      <w:r>
        <w:rPr>
          <w:b/>
        </w:rPr>
        <w:t>________________________________________________________________________________________</w:t>
      </w:r>
    </w:p>
    <w:p w14:paraId="0B0CB0AB" w14:textId="77777777" w:rsidR="0077792F" w:rsidRDefault="0077792F" w:rsidP="009608B2">
      <w:pPr>
        <w:spacing w:before="120" w:after="0"/>
        <w:rPr>
          <w:b/>
        </w:rPr>
      </w:pPr>
      <w:r>
        <w:rPr>
          <w:b/>
        </w:rPr>
        <w:t>________________________________________________________________________________________</w:t>
      </w:r>
    </w:p>
    <w:p w14:paraId="7C2710BE" w14:textId="77777777" w:rsidR="0077792F" w:rsidRDefault="0077792F" w:rsidP="009608B2">
      <w:pPr>
        <w:spacing w:before="140" w:after="0"/>
        <w:rPr>
          <w:b/>
          <w:sz w:val="22"/>
        </w:rPr>
      </w:pPr>
    </w:p>
    <w:p w14:paraId="1A1A29F8" w14:textId="27A8878A" w:rsidR="009608B2" w:rsidRDefault="009608B2" w:rsidP="009608B2">
      <w:pPr>
        <w:pStyle w:val="ListParagraph"/>
        <w:numPr>
          <w:ilvl w:val="0"/>
          <w:numId w:val="13"/>
        </w:numPr>
        <w:spacing w:before="120" w:after="0"/>
        <w:ind w:left="270" w:hanging="270"/>
        <w:rPr>
          <w:b/>
        </w:rPr>
      </w:pPr>
      <w:r w:rsidRPr="009608B2">
        <w:rPr>
          <w:b/>
        </w:rPr>
        <w:t>Expected outcomes of the Project</w:t>
      </w:r>
    </w:p>
    <w:p w14:paraId="042D302E" w14:textId="77777777" w:rsidR="00035E41" w:rsidRPr="009608B2" w:rsidRDefault="00035E41" w:rsidP="00035E41">
      <w:pPr>
        <w:pStyle w:val="ListParagraph"/>
        <w:spacing w:before="120" w:after="0"/>
        <w:ind w:left="270"/>
        <w:rPr>
          <w:b/>
        </w:rPr>
      </w:pPr>
    </w:p>
    <w:p w14:paraId="78C8BF1F" w14:textId="77777777" w:rsidR="009608B2" w:rsidRPr="009608B2" w:rsidRDefault="009608B2" w:rsidP="00035E41">
      <w:pPr>
        <w:spacing w:after="0"/>
        <w:rPr>
          <w:i/>
          <w:sz w:val="18"/>
        </w:rPr>
      </w:pPr>
      <w:r w:rsidRPr="009608B2">
        <w:rPr>
          <w:i/>
          <w:sz w:val="18"/>
        </w:rPr>
        <w:t>Briefly indicate what the Project is expected to achieve and, where possible, how success will be measured.</w:t>
      </w:r>
    </w:p>
    <w:p w14:paraId="13B2BF93" w14:textId="77777777" w:rsidR="009608B2" w:rsidRDefault="009608B2" w:rsidP="009608B2">
      <w:pPr>
        <w:spacing w:before="120" w:after="0"/>
        <w:rPr>
          <w:b/>
        </w:rPr>
      </w:pPr>
      <w:r>
        <w:rPr>
          <w:b/>
        </w:rPr>
        <w:t>________________________________________________________________________________________</w:t>
      </w:r>
    </w:p>
    <w:p w14:paraId="4B6C35C8" w14:textId="77777777" w:rsidR="009608B2" w:rsidRDefault="009608B2" w:rsidP="009608B2">
      <w:pPr>
        <w:spacing w:before="120" w:after="0"/>
        <w:rPr>
          <w:b/>
        </w:rPr>
      </w:pPr>
      <w:r>
        <w:rPr>
          <w:b/>
        </w:rPr>
        <w:t>________________________________________________________________________________________</w:t>
      </w:r>
    </w:p>
    <w:p w14:paraId="11582029" w14:textId="77777777" w:rsidR="009608B2" w:rsidRDefault="009608B2" w:rsidP="009608B2">
      <w:pPr>
        <w:spacing w:before="120" w:after="0"/>
        <w:rPr>
          <w:b/>
        </w:rPr>
      </w:pPr>
      <w:r>
        <w:rPr>
          <w:b/>
        </w:rPr>
        <w:t>________________________________________________________________________________________</w:t>
      </w:r>
    </w:p>
    <w:p w14:paraId="7CD68AF3" w14:textId="77777777" w:rsidR="009608B2" w:rsidRDefault="009608B2" w:rsidP="009608B2">
      <w:pPr>
        <w:spacing w:before="120" w:after="0"/>
        <w:rPr>
          <w:b/>
        </w:rPr>
      </w:pPr>
      <w:r>
        <w:rPr>
          <w:b/>
        </w:rPr>
        <w:t>________________________________________________________________________________________</w:t>
      </w:r>
    </w:p>
    <w:p w14:paraId="4D9D861C" w14:textId="77777777" w:rsidR="009608B2" w:rsidRDefault="009608B2" w:rsidP="009608B2">
      <w:pPr>
        <w:spacing w:before="120" w:after="0"/>
        <w:rPr>
          <w:b/>
        </w:rPr>
      </w:pPr>
      <w:r>
        <w:rPr>
          <w:b/>
        </w:rPr>
        <w:t>________________________________________________________________________________________</w:t>
      </w:r>
    </w:p>
    <w:p w14:paraId="2F2EC780" w14:textId="77777777" w:rsidR="009608B2" w:rsidRDefault="009608B2" w:rsidP="009608B2">
      <w:pPr>
        <w:spacing w:before="120" w:after="0"/>
        <w:rPr>
          <w:b/>
        </w:rPr>
      </w:pPr>
      <w:r>
        <w:rPr>
          <w:b/>
        </w:rPr>
        <w:t>________________________________________________________________________________________</w:t>
      </w:r>
    </w:p>
    <w:p w14:paraId="30A83F7C" w14:textId="77777777" w:rsidR="009608B2" w:rsidRDefault="009608B2" w:rsidP="009608B2">
      <w:pPr>
        <w:spacing w:before="120" w:after="0"/>
        <w:rPr>
          <w:b/>
        </w:rPr>
      </w:pPr>
      <w:r>
        <w:rPr>
          <w:b/>
        </w:rPr>
        <w:t>________________________________________________________________________________________</w:t>
      </w:r>
    </w:p>
    <w:p w14:paraId="56589B6D" w14:textId="77777777" w:rsidR="009608B2" w:rsidRDefault="009608B2" w:rsidP="009608B2">
      <w:pPr>
        <w:pStyle w:val="ListParagraph"/>
        <w:spacing w:before="120" w:after="0"/>
        <w:ind w:left="270"/>
        <w:rPr>
          <w:b/>
        </w:rPr>
      </w:pPr>
    </w:p>
    <w:p w14:paraId="2548CE91" w14:textId="77777777" w:rsidR="009608B2" w:rsidRDefault="009608B2" w:rsidP="009608B2">
      <w:pPr>
        <w:pStyle w:val="ListParagraph"/>
        <w:spacing w:before="120" w:after="0"/>
        <w:ind w:left="270"/>
        <w:rPr>
          <w:b/>
        </w:rPr>
      </w:pPr>
    </w:p>
    <w:p w14:paraId="302F9AB3" w14:textId="24D1BC56" w:rsidR="00035E41" w:rsidRDefault="00035E41" w:rsidP="009608B2">
      <w:pPr>
        <w:pStyle w:val="ListParagraph"/>
        <w:numPr>
          <w:ilvl w:val="0"/>
          <w:numId w:val="13"/>
        </w:numPr>
        <w:spacing w:before="120" w:after="0"/>
        <w:ind w:left="270" w:hanging="270"/>
        <w:rPr>
          <w:b/>
        </w:rPr>
      </w:pPr>
      <w:r w:rsidRPr="00035E41">
        <w:rPr>
          <w:b/>
        </w:rPr>
        <w:t>Project team / co-workers</w:t>
      </w:r>
    </w:p>
    <w:p w14:paraId="50ED3ACA" w14:textId="5892F116" w:rsidR="00035E41" w:rsidRPr="00035E41" w:rsidRDefault="00035E41" w:rsidP="00035E41">
      <w:pPr>
        <w:spacing w:before="120" w:after="0"/>
        <w:rPr>
          <w:i/>
          <w:sz w:val="18"/>
        </w:rPr>
      </w:pPr>
      <w:r w:rsidRPr="00035E41">
        <w:rPr>
          <w:i/>
          <w:sz w:val="18"/>
        </w:rPr>
        <w:t xml:space="preserve">Identify the key persons or </w:t>
      </w:r>
      <w:proofErr w:type="spellStart"/>
      <w:r w:rsidRPr="00035E41">
        <w:rPr>
          <w:i/>
          <w:sz w:val="18"/>
        </w:rPr>
        <w:t>organisations</w:t>
      </w:r>
      <w:proofErr w:type="spellEnd"/>
      <w:r w:rsidRPr="00035E41">
        <w:rPr>
          <w:i/>
          <w:sz w:val="18"/>
        </w:rPr>
        <w:t xml:space="preserve"> involved in implementing the Project and briefly indicate their role or contribution.</w:t>
      </w:r>
    </w:p>
    <w:p w14:paraId="3ADD43EB" w14:textId="37F54321" w:rsidR="00035E41" w:rsidRPr="00035E41" w:rsidRDefault="00035E41" w:rsidP="00035E41">
      <w:pPr>
        <w:pStyle w:val="ListParagraph"/>
        <w:spacing w:after="0"/>
        <w:rPr>
          <w:i/>
          <w:sz w:val="18"/>
        </w:rPr>
      </w:pPr>
    </w:p>
    <w:tbl>
      <w:tblPr>
        <w:tblStyle w:val="TableGrid"/>
        <w:tblW w:w="0" w:type="auto"/>
        <w:tblInd w:w="108" w:type="dxa"/>
        <w:tblLook w:val="04A0" w:firstRow="1" w:lastRow="0" w:firstColumn="1" w:lastColumn="0" w:noHBand="0" w:noVBand="1"/>
      </w:tblPr>
      <w:tblGrid>
        <w:gridCol w:w="2556"/>
        <w:gridCol w:w="2556"/>
        <w:gridCol w:w="2556"/>
        <w:gridCol w:w="2556"/>
      </w:tblGrid>
      <w:tr w:rsidR="00035E41" w14:paraId="290F2900" w14:textId="77777777" w:rsidTr="00035E41">
        <w:trPr>
          <w:trHeight w:val="576"/>
        </w:trPr>
        <w:tc>
          <w:tcPr>
            <w:tcW w:w="2556" w:type="dxa"/>
          </w:tcPr>
          <w:p w14:paraId="558368A9" w14:textId="77777777" w:rsidR="00035E41" w:rsidRDefault="00035E41" w:rsidP="00143E44">
            <w:r>
              <w:rPr>
                <w:b/>
              </w:rPr>
              <w:t>Name and surname</w:t>
            </w:r>
          </w:p>
        </w:tc>
        <w:tc>
          <w:tcPr>
            <w:tcW w:w="2556" w:type="dxa"/>
          </w:tcPr>
          <w:p w14:paraId="2D52F084" w14:textId="77777777" w:rsidR="00035E41" w:rsidRDefault="00035E41" w:rsidP="00143E44">
            <w:r>
              <w:rPr>
                <w:b/>
              </w:rPr>
              <w:t>Institution / affiliation</w:t>
            </w:r>
          </w:p>
        </w:tc>
        <w:tc>
          <w:tcPr>
            <w:tcW w:w="2556" w:type="dxa"/>
          </w:tcPr>
          <w:p w14:paraId="61E1B89D" w14:textId="77777777" w:rsidR="00035E41" w:rsidRDefault="00035E41" w:rsidP="00143E44">
            <w:r>
              <w:rPr>
                <w:b/>
              </w:rPr>
              <w:t>Role / contribution</w:t>
            </w:r>
          </w:p>
        </w:tc>
        <w:tc>
          <w:tcPr>
            <w:tcW w:w="2556" w:type="dxa"/>
          </w:tcPr>
          <w:p w14:paraId="2B7455DF" w14:textId="77777777" w:rsidR="00035E41" w:rsidRDefault="00035E41" w:rsidP="00143E44">
            <w:r>
              <w:rPr>
                <w:b/>
              </w:rPr>
              <w:t>Relevant expertise</w:t>
            </w:r>
          </w:p>
        </w:tc>
      </w:tr>
      <w:tr w:rsidR="00035E41" w14:paraId="752111F8" w14:textId="77777777" w:rsidTr="00035E41">
        <w:trPr>
          <w:trHeight w:val="576"/>
        </w:trPr>
        <w:tc>
          <w:tcPr>
            <w:tcW w:w="2556" w:type="dxa"/>
          </w:tcPr>
          <w:p w14:paraId="45A4A86F" w14:textId="77777777" w:rsidR="00035E41" w:rsidRDefault="00035E41" w:rsidP="00143E44"/>
        </w:tc>
        <w:tc>
          <w:tcPr>
            <w:tcW w:w="2556" w:type="dxa"/>
          </w:tcPr>
          <w:p w14:paraId="58DE9672" w14:textId="77777777" w:rsidR="00035E41" w:rsidRDefault="00035E41" w:rsidP="00143E44"/>
        </w:tc>
        <w:tc>
          <w:tcPr>
            <w:tcW w:w="2556" w:type="dxa"/>
          </w:tcPr>
          <w:p w14:paraId="6E3E715F" w14:textId="77777777" w:rsidR="00035E41" w:rsidRDefault="00035E41" w:rsidP="00143E44"/>
        </w:tc>
        <w:tc>
          <w:tcPr>
            <w:tcW w:w="2556" w:type="dxa"/>
          </w:tcPr>
          <w:p w14:paraId="6C90412B" w14:textId="77777777" w:rsidR="00035E41" w:rsidRDefault="00035E41" w:rsidP="00143E44"/>
        </w:tc>
      </w:tr>
      <w:tr w:rsidR="00D960CD" w14:paraId="4FB2D3A5" w14:textId="77777777" w:rsidTr="00035E41">
        <w:trPr>
          <w:trHeight w:val="576"/>
        </w:trPr>
        <w:tc>
          <w:tcPr>
            <w:tcW w:w="2556" w:type="dxa"/>
          </w:tcPr>
          <w:p w14:paraId="7523161F" w14:textId="77777777" w:rsidR="00D960CD" w:rsidRDefault="00D960CD" w:rsidP="00143E44"/>
        </w:tc>
        <w:tc>
          <w:tcPr>
            <w:tcW w:w="2556" w:type="dxa"/>
          </w:tcPr>
          <w:p w14:paraId="5E14996C" w14:textId="77777777" w:rsidR="00D960CD" w:rsidRDefault="00D960CD" w:rsidP="00143E44"/>
        </w:tc>
        <w:tc>
          <w:tcPr>
            <w:tcW w:w="2556" w:type="dxa"/>
          </w:tcPr>
          <w:p w14:paraId="574EAF4E" w14:textId="77777777" w:rsidR="00D960CD" w:rsidRDefault="00D960CD" w:rsidP="00143E44"/>
        </w:tc>
        <w:tc>
          <w:tcPr>
            <w:tcW w:w="2556" w:type="dxa"/>
          </w:tcPr>
          <w:p w14:paraId="00A832D5" w14:textId="77777777" w:rsidR="00D960CD" w:rsidRDefault="00D960CD" w:rsidP="00143E44"/>
        </w:tc>
      </w:tr>
      <w:tr w:rsidR="00D960CD" w14:paraId="5056CD4D" w14:textId="77777777" w:rsidTr="00035E41">
        <w:trPr>
          <w:trHeight w:val="576"/>
        </w:trPr>
        <w:tc>
          <w:tcPr>
            <w:tcW w:w="2556" w:type="dxa"/>
          </w:tcPr>
          <w:p w14:paraId="435C4D4D" w14:textId="77777777" w:rsidR="00D960CD" w:rsidRDefault="00D960CD" w:rsidP="00143E44"/>
        </w:tc>
        <w:tc>
          <w:tcPr>
            <w:tcW w:w="2556" w:type="dxa"/>
          </w:tcPr>
          <w:p w14:paraId="470E6355" w14:textId="77777777" w:rsidR="00D960CD" w:rsidRDefault="00D960CD" w:rsidP="00143E44"/>
        </w:tc>
        <w:tc>
          <w:tcPr>
            <w:tcW w:w="2556" w:type="dxa"/>
          </w:tcPr>
          <w:p w14:paraId="0E057DFD" w14:textId="77777777" w:rsidR="00D960CD" w:rsidRDefault="00D960CD" w:rsidP="00143E44"/>
        </w:tc>
        <w:tc>
          <w:tcPr>
            <w:tcW w:w="2556" w:type="dxa"/>
          </w:tcPr>
          <w:p w14:paraId="03BEF8AE" w14:textId="77777777" w:rsidR="00D960CD" w:rsidRDefault="00D960CD" w:rsidP="00143E44"/>
        </w:tc>
      </w:tr>
      <w:tr w:rsidR="00035E41" w14:paraId="24F7C3FD" w14:textId="77777777" w:rsidTr="00035E41">
        <w:trPr>
          <w:trHeight w:val="576"/>
        </w:trPr>
        <w:tc>
          <w:tcPr>
            <w:tcW w:w="2556" w:type="dxa"/>
          </w:tcPr>
          <w:p w14:paraId="10BB40F8" w14:textId="77777777" w:rsidR="00035E41" w:rsidRDefault="00035E41" w:rsidP="00143E44"/>
        </w:tc>
        <w:tc>
          <w:tcPr>
            <w:tcW w:w="2556" w:type="dxa"/>
          </w:tcPr>
          <w:p w14:paraId="7AB836E4" w14:textId="77777777" w:rsidR="00035E41" w:rsidRDefault="00035E41" w:rsidP="00143E44"/>
        </w:tc>
        <w:tc>
          <w:tcPr>
            <w:tcW w:w="2556" w:type="dxa"/>
          </w:tcPr>
          <w:p w14:paraId="081ED001" w14:textId="77777777" w:rsidR="00035E41" w:rsidRDefault="00035E41" w:rsidP="00143E44"/>
        </w:tc>
        <w:tc>
          <w:tcPr>
            <w:tcW w:w="2556" w:type="dxa"/>
          </w:tcPr>
          <w:p w14:paraId="211E5D8E" w14:textId="77777777" w:rsidR="00035E41" w:rsidRDefault="00035E41" w:rsidP="00143E44"/>
        </w:tc>
      </w:tr>
      <w:tr w:rsidR="00035E41" w14:paraId="1534D4DC" w14:textId="77777777" w:rsidTr="00035E41">
        <w:trPr>
          <w:trHeight w:val="576"/>
        </w:trPr>
        <w:tc>
          <w:tcPr>
            <w:tcW w:w="2556" w:type="dxa"/>
          </w:tcPr>
          <w:p w14:paraId="50268B9D" w14:textId="77777777" w:rsidR="00035E41" w:rsidRDefault="00035E41" w:rsidP="00143E44"/>
        </w:tc>
        <w:tc>
          <w:tcPr>
            <w:tcW w:w="2556" w:type="dxa"/>
          </w:tcPr>
          <w:p w14:paraId="71C6E38B" w14:textId="77777777" w:rsidR="00035E41" w:rsidRDefault="00035E41" w:rsidP="00143E44"/>
        </w:tc>
        <w:tc>
          <w:tcPr>
            <w:tcW w:w="2556" w:type="dxa"/>
          </w:tcPr>
          <w:p w14:paraId="76143FB5" w14:textId="77777777" w:rsidR="00035E41" w:rsidRDefault="00035E41" w:rsidP="00143E44"/>
        </w:tc>
        <w:tc>
          <w:tcPr>
            <w:tcW w:w="2556" w:type="dxa"/>
          </w:tcPr>
          <w:p w14:paraId="01DCF878" w14:textId="77777777" w:rsidR="00035E41" w:rsidRDefault="00035E41" w:rsidP="00143E44"/>
        </w:tc>
      </w:tr>
      <w:tr w:rsidR="00035E41" w14:paraId="1FA9BDB5" w14:textId="77777777" w:rsidTr="00035E41">
        <w:trPr>
          <w:trHeight w:val="576"/>
        </w:trPr>
        <w:tc>
          <w:tcPr>
            <w:tcW w:w="2556" w:type="dxa"/>
          </w:tcPr>
          <w:p w14:paraId="26D6B76B" w14:textId="77777777" w:rsidR="00035E41" w:rsidRDefault="00035E41" w:rsidP="00143E44"/>
        </w:tc>
        <w:tc>
          <w:tcPr>
            <w:tcW w:w="2556" w:type="dxa"/>
          </w:tcPr>
          <w:p w14:paraId="164756E5" w14:textId="77777777" w:rsidR="00035E41" w:rsidRDefault="00035E41" w:rsidP="00143E44"/>
        </w:tc>
        <w:tc>
          <w:tcPr>
            <w:tcW w:w="2556" w:type="dxa"/>
          </w:tcPr>
          <w:p w14:paraId="49DD4C8F" w14:textId="77777777" w:rsidR="00035E41" w:rsidRDefault="00035E41" w:rsidP="00143E44"/>
        </w:tc>
        <w:tc>
          <w:tcPr>
            <w:tcW w:w="2556" w:type="dxa"/>
          </w:tcPr>
          <w:p w14:paraId="49CEDAB9" w14:textId="77777777" w:rsidR="00035E41" w:rsidRDefault="00035E41" w:rsidP="00143E44"/>
        </w:tc>
      </w:tr>
    </w:tbl>
    <w:p w14:paraId="6B30A77F" w14:textId="77777777" w:rsidR="00035E41" w:rsidRDefault="00035E41" w:rsidP="00035E41">
      <w:pPr>
        <w:pStyle w:val="ListParagraph"/>
        <w:spacing w:before="120" w:after="0"/>
        <w:ind w:left="270"/>
        <w:rPr>
          <w:b/>
        </w:rPr>
      </w:pPr>
    </w:p>
    <w:p w14:paraId="6174047E" w14:textId="77777777" w:rsidR="00035E41" w:rsidRDefault="00035E41" w:rsidP="00035E41">
      <w:pPr>
        <w:pStyle w:val="ListParagraph"/>
        <w:spacing w:before="120" w:after="0"/>
        <w:ind w:left="270"/>
        <w:rPr>
          <w:b/>
        </w:rPr>
      </w:pPr>
    </w:p>
    <w:p w14:paraId="56DEFAD7" w14:textId="5CF2D70B" w:rsidR="0077792F" w:rsidRPr="009608B2" w:rsidRDefault="0077792F" w:rsidP="009608B2">
      <w:pPr>
        <w:pStyle w:val="ListParagraph"/>
        <w:numPr>
          <w:ilvl w:val="0"/>
          <w:numId w:val="13"/>
        </w:numPr>
        <w:spacing w:before="120" w:after="0"/>
        <w:ind w:left="270" w:hanging="270"/>
        <w:rPr>
          <w:b/>
        </w:rPr>
      </w:pPr>
      <w:r w:rsidRPr="009608B2">
        <w:rPr>
          <w:b/>
        </w:rPr>
        <w:t>Names of Other Contributors to the Project and the value/extent of contributions:</w:t>
      </w:r>
    </w:p>
    <w:p w14:paraId="4349F9D3" w14:textId="77777777" w:rsidR="0077792F" w:rsidRPr="00812556" w:rsidRDefault="0077792F" w:rsidP="009608B2">
      <w:pPr>
        <w:spacing w:after="0"/>
        <w:ind w:left="360" w:hanging="360"/>
        <w:rPr>
          <w:rFonts w:cs="Arial"/>
          <w:sz w:val="22"/>
        </w:rPr>
      </w:pPr>
    </w:p>
    <w:tbl>
      <w:tblPr>
        <w:tblStyle w:val="TableGrid"/>
        <w:tblW w:w="0" w:type="auto"/>
        <w:tblInd w:w="108" w:type="dxa"/>
        <w:tblLook w:val="04A0" w:firstRow="1" w:lastRow="0" w:firstColumn="1" w:lastColumn="0" w:noHBand="0" w:noVBand="1"/>
      </w:tblPr>
      <w:tblGrid>
        <w:gridCol w:w="3060"/>
        <w:gridCol w:w="2970"/>
        <w:gridCol w:w="1818"/>
        <w:gridCol w:w="2368"/>
      </w:tblGrid>
      <w:tr w:rsidR="009608B2" w:rsidRPr="009608B2" w14:paraId="0CFD0EEB" w14:textId="77777777" w:rsidTr="00D960CD">
        <w:trPr>
          <w:trHeight w:val="576"/>
        </w:trPr>
        <w:tc>
          <w:tcPr>
            <w:tcW w:w="3060" w:type="dxa"/>
            <w:hideMark/>
          </w:tcPr>
          <w:p w14:paraId="53E6A5A0" w14:textId="77777777" w:rsidR="009608B2" w:rsidRPr="009608B2" w:rsidRDefault="009608B2" w:rsidP="009608B2">
            <w:pPr>
              <w:spacing w:before="140" w:line="276" w:lineRule="auto"/>
              <w:rPr>
                <w:rFonts w:cs="Arial"/>
                <w:b/>
                <w:bCs/>
                <w:sz w:val="22"/>
                <w:lang w:val="en-ZA"/>
              </w:rPr>
            </w:pPr>
            <w:r w:rsidRPr="009608B2">
              <w:rPr>
                <w:rFonts w:cs="Arial"/>
                <w:b/>
                <w:bCs/>
                <w:sz w:val="22"/>
                <w:lang w:val="en-ZA"/>
              </w:rPr>
              <w:t>Contributor</w:t>
            </w:r>
          </w:p>
        </w:tc>
        <w:tc>
          <w:tcPr>
            <w:tcW w:w="2970" w:type="dxa"/>
            <w:hideMark/>
          </w:tcPr>
          <w:p w14:paraId="526CD79F" w14:textId="77777777" w:rsidR="009608B2" w:rsidRPr="009608B2" w:rsidRDefault="009608B2" w:rsidP="009608B2">
            <w:pPr>
              <w:spacing w:before="140" w:line="276" w:lineRule="auto"/>
              <w:rPr>
                <w:rFonts w:cs="Arial"/>
                <w:b/>
                <w:bCs/>
                <w:sz w:val="22"/>
                <w:lang w:val="en-ZA"/>
              </w:rPr>
            </w:pPr>
            <w:r w:rsidRPr="009608B2">
              <w:rPr>
                <w:rFonts w:cs="Arial"/>
                <w:b/>
                <w:bCs/>
                <w:sz w:val="22"/>
                <w:lang w:val="en-ZA"/>
              </w:rPr>
              <w:t>Nature of Contribution</w:t>
            </w:r>
          </w:p>
        </w:tc>
        <w:tc>
          <w:tcPr>
            <w:tcW w:w="0" w:type="auto"/>
            <w:hideMark/>
          </w:tcPr>
          <w:p w14:paraId="3498C934" w14:textId="77777777" w:rsidR="009608B2" w:rsidRPr="009608B2" w:rsidRDefault="009608B2" w:rsidP="009608B2">
            <w:pPr>
              <w:spacing w:before="140" w:line="276" w:lineRule="auto"/>
              <w:rPr>
                <w:rFonts w:cs="Arial"/>
                <w:b/>
                <w:bCs/>
                <w:sz w:val="22"/>
                <w:lang w:val="en-ZA"/>
              </w:rPr>
            </w:pPr>
            <w:r w:rsidRPr="009608B2">
              <w:rPr>
                <w:rFonts w:cs="Arial"/>
                <w:b/>
                <w:bCs/>
                <w:sz w:val="22"/>
                <w:lang w:val="en-ZA"/>
              </w:rPr>
              <w:t>Amount / Value</w:t>
            </w:r>
          </w:p>
        </w:tc>
        <w:tc>
          <w:tcPr>
            <w:tcW w:w="2368" w:type="dxa"/>
            <w:hideMark/>
          </w:tcPr>
          <w:p w14:paraId="646B8C95" w14:textId="77777777" w:rsidR="009608B2" w:rsidRPr="009608B2" w:rsidRDefault="009608B2" w:rsidP="009608B2">
            <w:pPr>
              <w:spacing w:before="140" w:line="276" w:lineRule="auto"/>
              <w:rPr>
                <w:rFonts w:cs="Arial"/>
                <w:b/>
                <w:bCs/>
                <w:sz w:val="22"/>
                <w:lang w:val="en-ZA"/>
              </w:rPr>
            </w:pPr>
            <w:r w:rsidRPr="009608B2">
              <w:rPr>
                <w:rFonts w:cs="Arial"/>
                <w:b/>
                <w:bCs/>
                <w:sz w:val="22"/>
                <w:lang w:val="en-ZA"/>
              </w:rPr>
              <w:t>Confirmed / Pending</w:t>
            </w:r>
          </w:p>
        </w:tc>
      </w:tr>
      <w:tr w:rsidR="009608B2" w:rsidRPr="009608B2" w14:paraId="1FDD8F80" w14:textId="77777777" w:rsidTr="00D960CD">
        <w:trPr>
          <w:trHeight w:val="576"/>
        </w:trPr>
        <w:tc>
          <w:tcPr>
            <w:tcW w:w="3060" w:type="dxa"/>
            <w:hideMark/>
          </w:tcPr>
          <w:p w14:paraId="6331F83A" w14:textId="77777777" w:rsidR="009608B2" w:rsidRPr="009608B2" w:rsidRDefault="009608B2" w:rsidP="009608B2">
            <w:pPr>
              <w:spacing w:before="140" w:line="276" w:lineRule="auto"/>
              <w:rPr>
                <w:rFonts w:cs="Arial"/>
                <w:b/>
                <w:bCs/>
                <w:sz w:val="22"/>
                <w:lang w:val="en-ZA"/>
              </w:rPr>
            </w:pPr>
          </w:p>
        </w:tc>
        <w:tc>
          <w:tcPr>
            <w:tcW w:w="2970" w:type="dxa"/>
            <w:hideMark/>
          </w:tcPr>
          <w:p w14:paraId="0F0CC561" w14:textId="77777777" w:rsidR="009608B2" w:rsidRPr="009608B2" w:rsidRDefault="009608B2" w:rsidP="009608B2">
            <w:pPr>
              <w:spacing w:before="140" w:line="276" w:lineRule="auto"/>
              <w:rPr>
                <w:rFonts w:cs="Arial"/>
                <w:sz w:val="22"/>
                <w:lang w:val="en-ZA"/>
              </w:rPr>
            </w:pPr>
          </w:p>
        </w:tc>
        <w:tc>
          <w:tcPr>
            <w:tcW w:w="0" w:type="auto"/>
            <w:hideMark/>
          </w:tcPr>
          <w:p w14:paraId="77FCDAD3" w14:textId="77777777" w:rsidR="009608B2" w:rsidRPr="009608B2" w:rsidRDefault="009608B2" w:rsidP="009608B2">
            <w:pPr>
              <w:spacing w:before="140" w:line="276" w:lineRule="auto"/>
              <w:rPr>
                <w:rFonts w:cs="Arial"/>
                <w:sz w:val="22"/>
                <w:lang w:val="en-ZA"/>
              </w:rPr>
            </w:pPr>
            <w:r w:rsidRPr="009608B2">
              <w:rPr>
                <w:rFonts w:cs="Arial"/>
                <w:sz w:val="22"/>
                <w:lang w:val="en-ZA"/>
              </w:rPr>
              <w:t>R</w:t>
            </w:r>
          </w:p>
        </w:tc>
        <w:tc>
          <w:tcPr>
            <w:tcW w:w="2368" w:type="dxa"/>
            <w:hideMark/>
          </w:tcPr>
          <w:p w14:paraId="3A63C085" w14:textId="77777777" w:rsidR="009608B2" w:rsidRPr="009608B2" w:rsidRDefault="009608B2" w:rsidP="009608B2">
            <w:pPr>
              <w:spacing w:before="140" w:line="276" w:lineRule="auto"/>
              <w:rPr>
                <w:rFonts w:cs="Arial"/>
                <w:sz w:val="22"/>
                <w:lang w:val="en-ZA"/>
              </w:rPr>
            </w:pPr>
          </w:p>
        </w:tc>
      </w:tr>
      <w:tr w:rsidR="009608B2" w:rsidRPr="009608B2" w14:paraId="77CBBE9B" w14:textId="77777777" w:rsidTr="00D960CD">
        <w:trPr>
          <w:trHeight w:val="576"/>
        </w:trPr>
        <w:tc>
          <w:tcPr>
            <w:tcW w:w="3060" w:type="dxa"/>
            <w:hideMark/>
          </w:tcPr>
          <w:p w14:paraId="11D6EB88" w14:textId="77777777" w:rsidR="009608B2" w:rsidRPr="009608B2" w:rsidRDefault="009608B2" w:rsidP="009608B2">
            <w:pPr>
              <w:spacing w:before="140" w:line="276" w:lineRule="auto"/>
              <w:rPr>
                <w:rFonts w:cs="Arial"/>
                <w:sz w:val="22"/>
                <w:lang w:val="en-ZA"/>
              </w:rPr>
            </w:pPr>
          </w:p>
        </w:tc>
        <w:tc>
          <w:tcPr>
            <w:tcW w:w="2970" w:type="dxa"/>
            <w:hideMark/>
          </w:tcPr>
          <w:p w14:paraId="7D168590" w14:textId="77777777" w:rsidR="009608B2" w:rsidRPr="009608B2" w:rsidRDefault="009608B2" w:rsidP="009608B2">
            <w:pPr>
              <w:spacing w:before="140" w:line="276" w:lineRule="auto"/>
              <w:rPr>
                <w:rFonts w:cs="Arial"/>
                <w:sz w:val="22"/>
                <w:lang w:val="en-ZA"/>
              </w:rPr>
            </w:pPr>
          </w:p>
        </w:tc>
        <w:tc>
          <w:tcPr>
            <w:tcW w:w="0" w:type="auto"/>
            <w:hideMark/>
          </w:tcPr>
          <w:p w14:paraId="640ED840" w14:textId="77777777" w:rsidR="009608B2" w:rsidRPr="009608B2" w:rsidRDefault="009608B2" w:rsidP="009608B2">
            <w:pPr>
              <w:spacing w:before="140" w:line="276" w:lineRule="auto"/>
              <w:rPr>
                <w:rFonts w:cs="Arial"/>
                <w:sz w:val="22"/>
                <w:lang w:val="en-ZA"/>
              </w:rPr>
            </w:pPr>
            <w:r w:rsidRPr="009608B2">
              <w:rPr>
                <w:rFonts w:cs="Arial"/>
                <w:sz w:val="22"/>
                <w:lang w:val="en-ZA"/>
              </w:rPr>
              <w:t>R</w:t>
            </w:r>
          </w:p>
        </w:tc>
        <w:tc>
          <w:tcPr>
            <w:tcW w:w="2368" w:type="dxa"/>
            <w:hideMark/>
          </w:tcPr>
          <w:p w14:paraId="288B01AB" w14:textId="77777777" w:rsidR="009608B2" w:rsidRPr="009608B2" w:rsidRDefault="009608B2" w:rsidP="009608B2">
            <w:pPr>
              <w:spacing w:before="140" w:line="276" w:lineRule="auto"/>
              <w:rPr>
                <w:rFonts w:cs="Arial"/>
                <w:sz w:val="22"/>
                <w:lang w:val="en-ZA"/>
              </w:rPr>
            </w:pPr>
          </w:p>
        </w:tc>
      </w:tr>
      <w:tr w:rsidR="009608B2" w:rsidRPr="009608B2" w14:paraId="219BFE6F" w14:textId="77777777" w:rsidTr="00D960CD">
        <w:trPr>
          <w:trHeight w:val="576"/>
        </w:trPr>
        <w:tc>
          <w:tcPr>
            <w:tcW w:w="3060" w:type="dxa"/>
            <w:hideMark/>
          </w:tcPr>
          <w:p w14:paraId="5E5C3712" w14:textId="77777777" w:rsidR="009608B2" w:rsidRPr="009608B2" w:rsidRDefault="009608B2" w:rsidP="009608B2">
            <w:pPr>
              <w:spacing w:before="140" w:line="276" w:lineRule="auto"/>
              <w:rPr>
                <w:rFonts w:cs="Arial"/>
                <w:sz w:val="22"/>
                <w:lang w:val="en-ZA"/>
              </w:rPr>
            </w:pPr>
          </w:p>
        </w:tc>
        <w:tc>
          <w:tcPr>
            <w:tcW w:w="2970" w:type="dxa"/>
            <w:hideMark/>
          </w:tcPr>
          <w:p w14:paraId="12B983A2" w14:textId="77777777" w:rsidR="009608B2" w:rsidRPr="009608B2" w:rsidRDefault="009608B2" w:rsidP="009608B2">
            <w:pPr>
              <w:spacing w:before="140" w:line="276" w:lineRule="auto"/>
              <w:rPr>
                <w:rFonts w:cs="Arial"/>
                <w:sz w:val="22"/>
                <w:lang w:val="en-ZA"/>
              </w:rPr>
            </w:pPr>
          </w:p>
        </w:tc>
        <w:tc>
          <w:tcPr>
            <w:tcW w:w="0" w:type="auto"/>
            <w:hideMark/>
          </w:tcPr>
          <w:p w14:paraId="71FBAC60" w14:textId="77777777" w:rsidR="009608B2" w:rsidRPr="009608B2" w:rsidRDefault="009608B2" w:rsidP="009608B2">
            <w:pPr>
              <w:spacing w:before="140" w:line="276" w:lineRule="auto"/>
              <w:rPr>
                <w:rFonts w:cs="Arial"/>
                <w:sz w:val="22"/>
                <w:lang w:val="en-ZA"/>
              </w:rPr>
            </w:pPr>
            <w:r w:rsidRPr="009608B2">
              <w:rPr>
                <w:rFonts w:cs="Arial"/>
                <w:sz w:val="22"/>
                <w:lang w:val="en-ZA"/>
              </w:rPr>
              <w:t>R</w:t>
            </w:r>
          </w:p>
        </w:tc>
        <w:tc>
          <w:tcPr>
            <w:tcW w:w="2368" w:type="dxa"/>
            <w:hideMark/>
          </w:tcPr>
          <w:p w14:paraId="5F10C680" w14:textId="77777777" w:rsidR="009608B2" w:rsidRPr="009608B2" w:rsidRDefault="009608B2" w:rsidP="009608B2">
            <w:pPr>
              <w:spacing w:before="140" w:line="276" w:lineRule="auto"/>
              <w:rPr>
                <w:rFonts w:cs="Arial"/>
                <w:sz w:val="22"/>
                <w:lang w:val="en-ZA"/>
              </w:rPr>
            </w:pPr>
          </w:p>
        </w:tc>
      </w:tr>
      <w:tr w:rsidR="009608B2" w:rsidRPr="009608B2" w14:paraId="03338B57" w14:textId="77777777" w:rsidTr="00D960CD">
        <w:trPr>
          <w:trHeight w:val="576"/>
        </w:trPr>
        <w:tc>
          <w:tcPr>
            <w:tcW w:w="3060" w:type="dxa"/>
            <w:hideMark/>
          </w:tcPr>
          <w:p w14:paraId="787CAB4F" w14:textId="77777777" w:rsidR="009608B2" w:rsidRPr="009608B2" w:rsidRDefault="009608B2" w:rsidP="009608B2">
            <w:pPr>
              <w:spacing w:before="140" w:line="276" w:lineRule="auto"/>
              <w:rPr>
                <w:rFonts w:cs="Arial"/>
                <w:sz w:val="22"/>
                <w:lang w:val="en-ZA"/>
              </w:rPr>
            </w:pPr>
          </w:p>
        </w:tc>
        <w:tc>
          <w:tcPr>
            <w:tcW w:w="2970" w:type="dxa"/>
            <w:hideMark/>
          </w:tcPr>
          <w:p w14:paraId="61C4DE5F" w14:textId="77777777" w:rsidR="009608B2" w:rsidRPr="009608B2" w:rsidRDefault="009608B2" w:rsidP="009608B2">
            <w:pPr>
              <w:spacing w:before="140" w:line="276" w:lineRule="auto"/>
              <w:rPr>
                <w:rFonts w:cs="Arial"/>
                <w:sz w:val="22"/>
                <w:lang w:val="en-ZA"/>
              </w:rPr>
            </w:pPr>
          </w:p>
        </w:tc>
        <w:tc>
          <w:tcPr>
            <w:tcW w:w="0" w:type="auto"/>
            <w:hideMark/>
          </w:tcPr>
          <w:p w14:paraId="5893D946" w14:textId="77777777" w:rsidR="009608B2" w:rsidRPr="009608B2" w:rsidRDefault="009608B2" w:rsidP="009608B2">
            <w:pPr>
              <w:spacing w:before="140" w:line="276" w:lineRule="auto"/>
              <w:rPr>
                <w:rFonts w:cs="Arial"/>
                <w:sz w:val="22"/>
                <w:lang w:val="en-ZA"/>
              </w:rPr>
            </w:pPr>
            <w:r w:rsidRPr="009608B2">
              <w:rPr>
                <w:rFonts w:cs="Arial"/>
                <w:sz w:val="22"/>
                <w:lang w:val="en-ZA"/>
              </w:rPr>
              <w:t>R</w:t>
            </w:r>
          </w:p>
        </w:tc>
        <w:tc>
          <w:tcPr>
            <w:tcW w:w="2368" w:type="dxa"/>
            <w:hideMark/>
          </w:tcPr>
          <w:p w14:paraId="3B032873" w14:textId="77777777" w:rsidR="009608B2" w:rsidRPr="009608B2" w:rsidRDefault="009608B2" w:rsidP="009608B2">
            <w:pPr>
              <w:spacing w:before="140" w:line="276" w:lineRule="auto"/>
              <w:rPr>
                <w:rFonts w:cs="Arial"/>
                <w:sz w:val="22"/>
                <w:lang w:val="en-ZA"/>
              </w:rPr>
            </w:pPr>
          </w:p>
        </w:tc>
      </w:tr>
    </w:tbl>
    <w:p w14:paraId="5619D4A5" w14:textId="77777777" w:rsidR="00ED5768" w:rsidRDefault="00ED5768" w:rsidP="009608B2">
      <w:pPr>
        <w:spacing w:before="140" w:after="0"/>
        <w:rPr>
          <w:b/>
          <w:sz w:val="22"/>
        </w:rPr>
      </w:pPr>
    </w:p>
    <w:p w14:paraId="31F15E6E" w14:textId="77777777" w:rsidR="00D960CD" w:rsidRDefault="00D960CD" w:rsidP="009608B2">
      <w:pPr>
        <w:spacing w:before="140" w:after="0"/>
        <w:rPr>
          <w:b/>
          <w:sz w:val="22"/>
        </w:rPr>
      </w:pPr>
    </w:p>
    <w:p w14:paraId="5715BEC7" w14:textId="77777777" w:rsidR="00D960CD" w:rsidRDefault="00D960CD" w:rsidP="009608B2">
      <w:pPr>
        <w:spacing w:before="140" w:after="0"/>
        <w:rPr>
          <w:b/>
          <w:sz w:val="22"/>
        </w:rPr>
      </w:pPr>
    </w:p>
    <w:p w14:paraId="7FDFA398" w14:textId="77777777" w:rsidR="00D960CD" w:rsidRDefault="00D960CD" w:rsidP="009608B2">
      <w:pPr>
        <w:spacing w:before="140" w:after="0"/>
        <w:rPr>
          <w:b/>
          <w:sz w:val="22"/>
        </w:rPr>
      </w:pPr>
    </w:p>
    <w:p w14:paraId="6793EFF6" w14:textId="77777777" w:rsidR="00D960CD" w:rsidRDefault="00D960CD" w:rsidP="009608B2">
      <w:pPr>
        <w:spacing w:before="140" w:after="0"/>
        <w:rPr>
          <w:b/>
          <w:sz w:val="22"/>
        </w:rPr>
      </w:pPr>
    </w:p>
    <w:p w14:paraId="392FC1B1" w14:textId="77777777" w:rsidR="00D960CD" w:rsidRDefault="00D960CD" w:rsidP="009608B2">
      <w:pPr>
        <w:spacing w:before="140" w:after="0"/>
        <w:rPr>
          <w:b/>
          <w:sz w:val="22"/>
        </w:rPr>
      </w:pPr>
    </w:p>
    <w:p w14:paraId="79592BB4" w14:textId="77777777" w:rsidR="00D960CD" w:rsidRDefault="00D960CD" w:rsidP="009608B2">
      <w:pPr>
        <w:spacing w:before="140" w:after="0"/>
        <w:rPr>
          <w:b/>
          <w:sz w:val="22"/>
        </w:rPr>
      </w:pPr>
    </w:p>
    <w:p w14:paraId="14953CAE" w14:textId="77777777" w:rsidR="00D960CD" w:rsidRDefault="00D960CD" w:rsidP="009608B2">
      <w:pPr>
        <w:spacing w:before="140" w:after="0"/>
        <w:rPr>
          <w:b/>
          <w:sz w:val="22"/>
        </w:rPr>
      </w:pPr>
    </w:p>
    <w:p w14:paraId="56DC5BCB" w14:textId="77777777" w:rsidR="00D960CD" w:rsidRDefault="00D960CD" w:rsidP="009608B2">
      <w:pPr>
        <w:spacing w:before="140" w:after="0"/>
        <w:rPr>
          <w:b/>
          <w:sz w:val="22"/>
        </w:rPr>
      </w:pPr>
    </w:p>
    <w:p w14:paraId="3087AAEB" w14:textId="77777777" w:rsidR="00D960CD" w:rsidRDefault="00D960CD" w:rsidP="009608B2">
      <w:pPr>
        <w:spacing w:before="140" w:after="0"/>
        <w:rPr>
          <w:b/>
          <w:sz w:val="22"/>
        </w:rPr>
      </w:pPr>
    </w:p>
    <w:p w14:paraId="524E40B4" w14:textId="79DC1A0B" w:rsidR="00ED5768" w:rsidRDefault="00ED5768" w:rsidP="00035E41">
      <w:pPr>
        <w:pStyle w:val="ListParagraph"/>
        <w:numPr>
          <w:ilvl w:val="0"/>
          <w:numId w:val="13"/>
        </w:numPr>
        <w:spacing w:before="120" w:after="0"/>
        <w:ind w:left="360"/>
        <w:rPr>
          <w:b/>
        </w:rPr>
      </w:pPr>
      <w:r w:rsidRPr="00ED5768">
        <w:rPr>
          <w:b/>
        </w:rPr>
        <w:lastRenderedPageBreak/>
        <w:t xml:space="preserve">Summary of the total estimated cost of the Project </w:t>
      </w:r>
    </w:p>
    <w:p w14:paraId="39E49F05" w14:textId="77777777" w:rsidR="00035E41" w:rsidRDefault="00035E41" w:rsidP="00035E41">
      <w:pPr>
        <w:tabs>
          <w:tab w:val="left" w:pos="270"/>
        </w:tabs>
        <w:spacing w:after="0"/>
        <w:rPr>
          <w:i/>
          <w:iCs/>
        </w:rPr>
      </w:pPr>
    </w:p>
    <w:p w14:paraId="13903B40" w14:textId="5565B52F" w:rsidR="006E41A2" w:rsidRDefault="009608B2" w:rsidP="00035E41">
      <w:pPr>
        <w:tabs>
          <w:tab w:val="left" w:pos="270"/>
        </w:tabs>
        <w:spacing w:after="0"/>
        <w:rPr>
          <w:i/>
          <w:iCs/>
        </w:rPr>
      </w:pPr>
      <w:r w:rsidRPr="009608B2">
        <w:rPr>
          <w:i/>
          <w:iCs/>
        </w:rPr>
        <w:t>Provide a detailed budget for the full duration of the Project, separately for each year. Indicate the total Project cost, the amount requested from the Sorghum Trust, other funding and the basis on which each cost was calculated. Clearly identify capacity-building expenditure, capital expenditure and overseas travel.</w:t>
      </w:r>
    </w:p>
    <w:p w14:paraId="356F53FA" w14:textId="77777777" w:rsidR="009608B2" w:rsidRPr="00ED5768" w:rsidRDefault="009608B2" w:rsidP="009608B2">
      <w:pPr>
        <w:tabs>
          <w:tab w:val="left" w:pos="270"/>
        </w:tabs>
        <w:spacing w:after="0"/>
        <w:ind w:left="270"/>
        <w:rPr>
          <w:b/>
        </w:rPr>
      </w:pPr>
    </w:p>
    <w:tbl>
      <w:tblPr>
        <w:tblStyle w:val="TableGrid"/>
        <w:tblW w:w="0" w:type="auto"/>
        <w:tblInd w:w="108" w:type="dxa"/>
        <w:tblLook w:val="04A0" w:firstRow="1" w:lastRow="0" w:firstColumn="1" w:lastColumn="0" w:noHBand="0" w:noVBand="1"/>
      </w:tblPr>
      <w:tblGrid>
        <w:gridCol w:w="1704"/>
        <w:gridCol w:w="1704"/>
        <w:gridCol w:w="1704"/>
        <w:gridCol w:w="1704"/>
        <w:gridCol w:w="1704"/>
        <w:gridCol w:w="1704"/>
      </w:tblGrid>
      <w:tr w:rsidR="006E41A2" w14:paraId="6C40223F" w14:textId="77777777" w:rsidTr="009608B2">
        <w:trPr>
          <w:trHeight w:val="720"/>
        </w:trPr>
        <w:tc>
          <w:tcPr>
            <w:tcW w:w="1704" w:type="dxa"/>
          </w:tcPr>
          <w:p w14:paraId="1F3DCF88" w14:textId="77777777" w:rsidR="006E41A2" w:rsidRDefault="004E2BA6" w:rsidP="009608B2">
            <w:r>
              <w:rPr>
                <w:b/>
              </w:rPr>
              <w:t>Budget item</w:t>
            </w:r>
          </w:p>
        </w:tc>
        <w:tc>
          <w:tcPr>
            <w:tcW w:w="1704" w:type="dxa"/>
          </w:tcPr>
          <w:p w14:paraId="214F609C" w14:textId="77777777" w:rsidR="006E41A2" w:rsidRDefault="004E2BA6" w:rsidP="009608B2">
            <w:r>
              <w:rPr>
                <w:b/>
              </w:rPr>
              <w:t>Year</w:t>
            </w:r>
          </w:p>
        </w:tc>
        <w:tc>
          <w:tcPr>
            <w:tcW w:w="1704" w:type="dxa"/>
          </w:tcPr>
          <w:p w14:paraId="7D3A1018" w14:textId="77777777" w:rsidR="006E41A2" w:rsidRDefault="004E2BA6" w:rsidP="009608B2">
            <w:r>
              <w:rPr>
                <w:b/>
              </w:rPr>
              <w:t>Total cost</w:t>
            </w:r>
          </w:p>
        </w:tc>
        <w:tc>
          <w:tcPr>
            <w:tcW w:w="1704" w:type="dxa"/>
          </w:tcPr>
          <w:p w14:paraId="3788573D" w14:textId="77777777" w:rsidR="006E41A2" w:rsidRDefault="004E2BA6" w:rsidP="009608B2">
            <w:r>
              <w:rPr>
                <w:b/>
              </w:rPr>
              <w:t>Requested from Trust</w:t>
            </w:r>
          </w:p>
        </w:tc>
        <w:tc>
          <w:tcPr>
            <w:tcW w:w="1704" w:type="dxa"/>
          </w:tcPr>
          <w:p w14:paraId="04879602" w14:textId="77777777" w:rsidR="006E41A2" w:rsidRDefault="004E2BA6" w:rsidP="009608B2">
            <w:r>
              <w:rPr>
                <w:b/>
              </w:rPr>
              <w:t>Other funding</w:t>
            </w:r>
          </w:p>
        </w:tc>
        <w:tc>
          <w:tcPr>
            <w:tcW w:w="1704" w:type="dxa"/>
          </w:tcPr>
          <w:p w14:paraId="60926BD8" w14:textId="77777777" w:rsidR="006E41A2" w:rsidRDefault="004E2BA6" w:rsidP="009608B2">
            <w:r>
              <w:rPr>
                <w:b/>
              </w:rPr>
              <w:t>Justification / calculation</w:t>
            </w:r>
          </w:p>
        </w:tc>
      </w:tr>
      <w:tr w:rsidR="006E41A2" w14:paraId="29C13E3C" w14:textId="77777777" w:rsidTr="009608B2">
        <w:trPr>
          <w:trHeight w:val="720"/>
        </w:trPr>
        <w:tc>
          <w:tcPr>
            <w:tcW w:w="1704" w:type="dxa"/>
          </w:tcPr>
          <w:p w14:paraId="736EB07D" w14:textId="77777777" w:rsidR="006E41A2" w:rsidRDefault="006E41A2" w:rsidP="009608B2"/>
        </w:tc>
        <w:tc>
          <w:tcPr>
            <w:tcW w:w="1704" w:type="dxa"/>
          </w:tcPr>
          <w:p w14:paraId="787590EF" w14:textId="77777777" w:rsidR="006E41A2" w:rsidRDefault="006E41A2" w:rsidP="009608B2"/>
        </w:tc>
        <w:tc>
          <w:tcPr>
            <w:tcW w:w="1704" w:type="dxa"/>
          </w:tcPr>
          <w:p w14:paraId="514625D2" w14:textId="77777777" w:rsidR="006E41A2" w:rsidRDefault="006E41A2" w:rsidP="009608B2"/>
        </w:tc>
        <w:tc>
          <w:tcPr>
            <w:tcW w:w="1704" w:type="dxa"/>
          </w:tcPr>
          <w:p w14:paraId="0B25D304" w14:textId="77777777" w:rsidR="006E41A2" w:rsidRDefault="006E41A2" w:rsidP="009608B2"/>
        </w:tc>
        <w:tc>
          <w:tcPr>
            <w:tcW w:w="1704" w:type="dxa"/>
          </w:tcPr>
          <w:p w14:paraId="451CFF3E" w14:textId="77777777" w:rsidR="006E41A2" w:rsidRDefault="006E41A2" w:rsidP="009608B2"/>
        </w:tc>
        <w:tc>
          <w:tcPr>
            <w:tcW w:w="1704" w:type="dxa"/>
          </w:tcPr>
          <w:p w14:paraId="0478CF9C" w14:textId="77777777" w:rsidR="006E41A2" w:rsidRDefault="006E41A2" w:rsidP="009608B2"/>
        </w:tc>
      </w:tr>
      <w:tr w:rsidR="006E41A2" w14:paraId="3DBAEA48" w14:textId="77777777" w:rsidTr="009608B2">
        <w:trPr>
          <w:trHeight w:val="720"/>
        </w:trPr>
        <w:tc>
          <w:tcPr>
            <w:tcW w:w="1704" w:type="dxa"/>
          </w:tcPr>
          <w:p w14:paraId="757D3DDD" w14:textId="77777777" w:rsidR="006E41A2" w:rsidRDefault="006E41A2" w:rsidP="009608B2"/>
        </w:tc>
        <w:tc>
          <w:tcPr>
            <w:tcW w:w="1704" w:type="dxa"/>
          </w:tcPr>
          <w:p w14:paraId="60BB3EB8" w14:textId="77777777" w:rsidR="006E41A2" w:rsidRDefault="006E41A2" w:rsidP="009608B2"/>
        </w:tc>
        <w:tc>
          <w:tcPr>
            <w:tcW w:w="1704" w:type="dxa"/>
          </w:tcPr>
          <w:p w14:paraId="0A62075E" w14:textId="77777777" w:rsidR="006E41A2" w:rsidRDefault="006E41A2" w:rsidP="009608B2"/>
        </w:tc>
        <w:tc>
          <w:tcPr>
            <w:tcW w:w="1704" w:type="dxa"/>
          </w:tcPr>
          <w:p w14:paraId="6DC1518D" w14:textId="77777777" w:rsidR="006E41A2" w:rsidRDefault="006E41A2" w:rsidP="009608B2"/>
        </w:tc>
        <w:tc>
          <w:tcPr>
            <w:tcW w:w="1704" w:type="dxa"/>
          </w:tcPr>
          <w:p w14:paraId="2C62751A" w14:textId="77777777" w:rsidR="006E41A2" w:rsidRDefault="006E41A2" w:rsidP="009608B2"/>
        </w:tc>
        <w:tc>
          <w:tcPr>
            <w:tcW w:w="1704" w:type="dxa"/>
          </w:tcPr>
          <w:p w14:paraId="5833290E" w14:textId="77777777" w:rsidR="006E41A2" w:rsidRDefault="006E41A2" w:rsidP="009608B2"/>
        </w:tc>
      </w:tr>
      <w:tr w:rsidR="006E41A2" w14:paraId="12D78185" w14:textId="77777777" w:rsidTr="009608B2">
        <w:trPr>
          <w:trHeight w:val="720"/>
        </w:trPr>
        <w:tc>
          <w:tcPr>
            <w:tcW w:w="1704" w:type="dxa"/>
          </w:tcPr>
          <w:p w14:paraId="46BAB116" w14:textId="77777777" w:rsidR="006E41A2" w:rsidRDefault="006E41A2" w:rsidP="009608B2"/>
        </w:tc>
        <w:tc>
          <w:tcPr>
            <w:tcW w:w="1704" w:type="dxa"/>
          </w:tcPr>
          <w:p w14:paraId="0328662C" w14:textId="77777777" w:rsidR="006E41A2" w:rsidRDefault="006E41A2" w:rsidP="009608B2"/>
        </w:tc>
        <w:tc>
          <w:tcPr>
            <w:tcW w:w="1704" w:type="dxa"/>
          </w:tcPr>
          <w:p w14:paraId="3FE45CE8" w14:textId="77777777" w:rsidR="006E41A2" w:rsidRDefault="006E41A2" w:rsidP="009608B2"/>
        </w:tc>
        <w:tc>
          <w:tcPr>
            <w:tcW w:w="1704" w:type="dxa"/>
          </w:tcPr>
          <w:p w14:paraId="36CD0F98" w14:textId="77777777" w:rsidR="006E41A2" w:rsidRDefault="006E41A2" w:rsidP="009608B2"/>
        </w:tc>
        <w:tc>
          <w:tcPr>
            <w:tcW w:w="1704" w:type="dxa"/>
          </w:tcPr>
          <w:p w14:paraId="73DC067E" w14:textId="77777777" w:rsidR="006E41A2" w:rsidRDefault="006E41A2" w:rsidP="009608B2"/>
        </w:tc>
        <w:tc>
          <w:tcPr>
            <w:tcW w:w="1704" w:type="dxa"/>
          </w:tcPr>
          <w:p w14:paraId="5AF20C87" w14:textId="77777777" w:rsidR="006E41A2" w:rsidRDefault="006E41A2" w:rsidP="009608B2"/>
        </w:tc>
      </w:tr>
      <w:tr w:rsidR="006E41A2" w14:paraId="2969C2BF" w14:textId="77777777" w:rsidTr="009608B2">
        <w:trPr>
          <w:trHeight w:val="720"/>
        </w:trPr>
        <w:tc>
          <w:tcPr>
            <w:tcW w:w="1704" w:type="dxa"/>
          </w:tcPr>
          <w:p w14:paraId="7090830F" w14:textId="77777777" w:rsidR="006E41A2" w:rsidRDefault="006E41A2" w:rsidP="009608B2"/>
        </w:tc>
        <w:tc>
          <w:tcPr>
            <w:tcW w:w="1704" w:type="dxa"/>
          </w:tcPr>
          <w:p w14:paraId="7300DC0B" w14:textId="77777777" w:rsidR="006E41A2" w:rsidRDefault="006E41A2" w:rsidP="009608B2"/>
        </w:tc>
        <w:tc>
          <w:tcPr>
            <w:tcW w:w="1704" w:type="dxa"/>
          </w:tcPr>
          <w:p w14:paraId="03068D1B" w14:textId="77777777" w:rsidR="006E41A2" w:rsidRDefault="006E41A2" w:rsidP="009608B2"/>
        </w:tc>
        <w:tc>
          <w:tcPr>
            <w:tcW w:w="1704" w:type="dxa"/>
          </w:tcPr>
          <w:p w14:paraId="2D600912" w14:textId="77777777" w:rsidR="006E41A2" w:rsidRDefault="006E41A2" w:rsidP="009608B2"/>
        </w:tc>
        <w:tc>
          <w:tcPr>
            <w:tcW w:w="1704" w:type="dxa"/>
          </w:tcPr>
          <w:p w14:paraId="5848BD39" w14:textId="77777777" w:rsidR="006E41A2" w:rsidRDefault="006E41A2" w:rsidP="009608B2"/>
        </w:tc>
        <w:tc>
          <w:tcPr>
            <w:tcW w:w="1704" w:type="dxa"/>
          </w:tcPr>
          <w:p w14:paraId="799021B3" w14:textId="77777777" w:rsidR="006E41A2" w:rsidRDefault="006E41A2" w:rsidP="009608B2"/>
        </w:tc>
      </w:tr>
      <w:tr w:rsidR="006E41A2" w14:paraId="2EBBF172" w14:textId="77777777" w:rsidTr="009608B2">
        <w:trPr>
          <w:trHeight w:val="720"/>
        </w:trPr>
        <w:tc>
          <w:tcPr>
            <w:tcW w:w="1704" w:type="dxa"/>
          </w:tcPr>
          <w:p w14:paraId="5960D075" w14:textId="77777777" w:rsidR="006E41A2" w:rsidRDefault="006E41A2" w:rsidP="009608B2"/>
        </w:tc>
        <w:tc>
          <w:tcPr>
            <w:tcW w:w="1704" w:type="dxa"/>
          </w:tcPr>
          <w:p w14:paraId="722A05BF" w14:textId="77777777" w:rsidR="006E41A2" w:rsidRDefault="006E41A2" w:rsidP="009608B2"/>
        </w:tc>
        <w:tc>
          <w:tcPr>
            <w:tcW w:w="1704" w:type="dxa"/>
          </w:tcPr>
          <w:p w14:paraId="512B6A25" w14:textId="77777777" w:rsidR="006E41A2" w:rsidRDefault="006E41A2" w:rsidP="009608B2"/>
        </w:tc>
        <w:tc>
          <w:tcPr>
            <w:tcW w:w="1704" w:type="dxa"/>
          </w:tcPr>
          <w:p w14:paraId="0993EDBA" w14:textId="77777777" w:rsidR="006E41A2" w:rsidRDefault="006E41A2" w:rsidP="009608B2"/>
        </w:tc>
        <w:tc>
          <w:tcPr>
            <w:tcW w:w="1704" w:type="dxa"/>
          </w:tcPr>
          <w:p w14:paraId="0B13BBB6" w14:textId="77777777" w:rsidR="006E41A2" w:rsidRDefault="006E41A2" w:rsidP="009608B2"/>
        </w:tc>
        <w:tc>
          <w:tcPr>
            <w:tcW w:w="1704" w:type="dxa"/>
          </w:tcPr>
          <w:p w14:paraId="0F14DF01" w14:textId="77777777" w:rsidR="006E41A2" w:rsidRDefault="006E41A2" w:rsidP="009608B2"/>
        </w:tc>
      </w:tr>
      <w:tr w:rsidR="006E41A2" w14:paraId="24D665E6" w14:textId="77777777" w:rsidTr="009608B2">
        <w:trPr>
          <w:trHeight w:val="720"/>
        </w:trPr>
        <w:tc>
          <w:tcPr>
            <w:tcW w:w="1704" w:type="dxa"/>
          </w:tcPr>
          <w:p w14:paraId="7B2A7236" w14:textId="77777777" w:rsidR="006E41A2" w:rsidRDefault="006E41A2" w:rsidP="009608B2"/>
        </w:tc>
        <w:tc>
          <w:tcPr>
            <w:tcW w:w="1704" w:type="dxa"/>
          </w:tcPr>
          <w:p w14:paraId="266C6C9E" w14:textId="77777777" w:rsidR="006E41A2" w:rsidRDefault="006E41A2" w:rsidP="009608B2"/>
        </w:tc>
        <w:tc>
          <w:tcPr>
            <w:tcW w:w="1704" w:type="dxa"/>
          </w:tcPr>
          <w:p w14:paraId="288FAB90" w14:textId="77777777" w:rsidR="006E41A2" w:rsidRDefault="006E41A2" w:rsidP="009608B2"/>
        </w:tc>
        <w:tc>
          <w:tcPr>
            <w:tcW w:w="1704" w:type="dxa"/>
          </w:tcPr>
          <w:p w14:paraId="2AB575B3" w14:textId="77777777" w:rsidR="006E41A2" w:rsidRDefault="006E41A2" w:rsidP="009608B2"/>
        </w:tc>
        <w:tc>
          <w:tcPr>
            <w:tcW w:w="1704" w:type="dxa"/>
          </w:tcPr>
          <w:p w14:paraId="0E712B52" w14:textId="77777777" w:rsidR="006E41A2" w:rsidRDefault="006E41A2" w:rsidP="009608B2"/>
        </w:tc>
        <w:tc>
          <w:tcPr>
            <w:tcW w:w="1704" w:type="dxa"/>
          </w:tcPr>
          <w:p w14:paraId="2697B3B8" w14:textId="77777777" w:rsidR="006E41A2" w:rsidRDefault="006E41A2" w:rsidP="009608B2"/>
        </w:tc>
      </w:tr>
      <w:tr w:rsidR="006E41A2" w14:paraId="787C21B9" w14:textId="77777777" w:rsidTr="009608B2">
        <w:trPr>
          <w:trHeight w:val="720"/>
        </w:trPr>
        <w:tc>
          <w:tcPr>
            <w:tcW w:w="1704" w:type="dxa"/>
          </w:tcPr>
          <w:p w14:paraId="500FEA0B" w14:textId="77777777" w:rsidR="006E41A2" w:rsidRDefault="006E41A2" w:rsidP="009608B2"/>
        </w:tc>
        <w:tc>
          <w:tcPr>
            <w:tcW w:w="1704" w:type="dxa"/>
          </w:tcPr>
          <w:p w14:paraId="0D927866" w14:textId="77777777" w:rsidR="006E41A2" w:rsidRDefault="006E41A2" w:rsidP="009608B2"/>
        </w:tc>
        <w:tc>
          <w:tcPr>
            <w:tcW w:w="1704" w:type="dxa"/>
          </w:tcPr>
          <w:p w14:paraId="472190B5" w14:textId="77777777" w:rsidR="006E41A2" w:rsidRDefault="006E41A2" w:rsidP="009608B2"/>
        </w:tc>
        <w:tc>
          <w:tcPr>
            <w:tcW w:w="1704" w:type="dxa"/>
          </w:tcPr>
          <w:p w14:paraId="6DB95DAC" w14:textId="77777777" w:rsidR="006E41A2" w:rsidRDefault="006E41A2" w:rsidP="009608B2"/>
        </w:tc>
        <w:tc>
          <w:tcPr>
            <w:tcW w:w="1704" w:type="dxa"/>
          </w:tcPr>
          <w:p w14:paraId="7B4B7B3A" w14:textId="77777777" w:rsidR="006E41A2" w:rsidRDefault="006E41A2" w:rsidP="009608B2"/>
        </w:tc>
        <w:tc>
          <w:tcPr>
            <w:tcW w:w="1704" w:type="dxa"/>
          </w:tcPr>
          <w:p w14:paraId="19C36811" w14:textId="77777777" w:rsidR="006E41A2" w:rsidRDefault="006E41A2" w:rsidP="009608B2"/>
        </w:tc>
      </w:tr>
      <w:tr w:rsidR="006E41A2" w14:paraId="2F14EE29" w14:textId="77777777" w:rsidTr="009608B2">
        <w:trPr>
          <w:trHeight w:val="720"/>
        </w:trPr>
        <w:tc>
          <w:tcPr>
            <w:tcW w:w="1704" w:type="dxa"/>
          </w:tcPr>
          <w:p w14:paraId="4D26B655" w14:textId="77777777" w:rsidR="006E41A2" w:rsidRDefault="006E41A2" w:rsidP="009608B2"/>
        </w:tc>
        <w:tc>
          <w:tcPr>
            <w:tcW w:w="1704" w:type="dxa"/>
          </w:tcPr>
          <w:p w14:paraId="612DCC18" w14:textId="77777777" w:rsidR="006E41A2" w:rsidRDefault="006E41A2" w:rsidP="009608B2"/>
        </w:tc>
        <w:tc>
          <w:tcPr>
            <w:tcW w:w="1704" w:type="dxa"/>
          </w:tcPr>
          <w:p w14:paraId="34FBA02B" w14:textId="77777777" w:rsidR="006E41A2" w:rsidRDefault="006E41A2" w:rsidP="009608B2"/>
        </w:tc>
        <w:tc>
          <w:tcPr>
            <w:tcW w:w="1704" w:type="dxa"/>
          </w:tcPr>
          <w:p w14:paraId="343C573B" w14:textId="77777777" w:rsidR="006E41A2" w:rsidRDefault="006E41A2" w:rsidP="009608B2"/>
        </w:tc>
        <w:tc>
          <w:tcPr>
            <w:tcW w:w="1704" w:type="dxa"/>
          </w:tcPr>
          <w:p w14:paraId="09EB4276" w14:textId="77777777" w:rsidR="006E41A2" w:rsidRDefault="006E41A2" w:rsidP="009608B2"/>
        </w:tc>
        <w:tc>
          <w:tcPr>
            <w:tcW w:w="1704" w:type="dxa"/>
          </w:tcPr>
          <w:p w14:paraId="21615C0C" w14:textId="77777777" w:rsidR="006E41A2" w:rsidRDefault="006E41A2" w:rsidP="009608B2"/>
        </w:tc>
      </w:tr>
    </w:tbl>
    <w:p w14:paraId="114C8BA7" w14:textId="77777777" w:rsidR="009608B2" w:rsidRDefault="009608B2" w:rsidP="009608B2">
      <w:pPr>
        <w:spacing w:after="0"/>
        <w:rPr>
          <w:b/>
        </w:rPr>
      </w:pPr>
    </w:p>
    <w:p w14:paraId="05FDAD12" w14:textId="77777777" w:rsidR="009608B2" w:rsidRDefault="009608B2" w:rsidP="009608B2">
      <w:pPr>
        <w:spacing w:after="0"/>
        <w:rPr>
          <w:b/>
        </w:rPr>
      </w:pPr>
    </w:p>
    <w:p w14:paraId="4C33CB7D" w14:textId="29923CDC" w:rsidR="00CE395A" w:rsidRPr="00035E41" w:rsidRDefault="00035E41" w:rsidP="009608B2">
      <w:pPr>
        <w:spacing w:after="0"/>
        <w:rPr>
          <w:b/>
          <w:bCs/>
          <w:lang w:val="en-ZA"/>
        </w:rPr>
      </w:pPr>
      <w:r>
        <w:rPr>
          <w:b/>
          <w:bCs/>
          <w:lang w:val="en-ZA"/>
        </w:rPr>
        <w:t>10A</w:t>
      </w:r>
      <w:r w:rsidR="00CE395A">
        <w:rPr>
          <w:b/>
          <w:bCs/>
          <w:lang w:val="en-ZA"/>
        </w:rPr>
        <w:t xml:space="preserve">. </w:t>
      </w:r>
      <w:r w:rsidR="00CE395A" w:rsidRPr="00CE395A">
        <w:rPr>
          <w:b/>
          <w:bCs/>
          <w:lang w:val="en-ZA"/>
        </w:rPr>
        <w:t xml:space="preserve">Sorghum </w:t>
      </w:r>
      <w:r w:rsidR="00CE395A" w:rsidRPr="00CE395A">
        <w:rPr>
          <w:b/>
        </w:rPr>
        <w:t>Trust</w:t>
      </w:r>
      <w:r w:rsidR="00CE395A" w:rsidRPr="00CE395A">
        <w:rPr>
          <w:b/>
          <w:bCs/>
          <w:lang w:val="en-ZA"/>
        </w:rPr>
        <w:t xml:space="preserve"> funding requested over the full project term</w:t>
      </w:r>
    </w:p>
    <w:p w14:paraId="233382CB" w14:textId="77777777" w:rsidR="00035E41" w:rsidRDefault="00035E41" w:rsidP="009608B2">
      <w:pPr>
        <w:spacing w:after="0"/>
        <w:rPr>
          <w:i/>
          <w:iCs/>
        </w:rPr>
      </w:pPr>
    </w:p>
    <w:p w14:paraId="63FA3764" w14:textId="21B47685" w:rsidR="00CE395A" w:rsidRPr="00CE395A" w:rsidRDefault="00CE395A" w:rsidP="009608B2">
      <w:pPr>
        <w:spacing w:after="0"/>
        <w:rPr>
          <w:i/>
          <w:iCs/>
        </w:rPr>
      </w:pPr>
      <w:r w:rsidRPr="00CE395A">
        <w:rPr>
          <w:i/>
          <w:iCs/>
        </w:rPr>
        <w:t>Indicate the total amount of funding requested from the Sorghum Trust for each year of the proposed project.</w:t>
      </w:r>
    </w:p>
    <w:p w14:paraId="53D82C0C" w14:textId="77777777" w:rsidR="00CE395A" w:rsidRDefault="00CE395A" w:rsidP="009608B2">
      <w:pPr>
        <w:spacing w:after="0"/>
        <w:rPr>
          <w:b/>
        </w:rPr>
      </w:pPr>
    </w:p>
    <w:tbl>
      <w:tblPr>
        <w:tblStyle w:val="TableGrid"/>
        <w:tblW w:w="0" w:type="auto"/>
        <w:tblInd w:w="108" w:type="dxa"/>
        <w:tblLook w:val="04A0" w:firstRow="1" w:lastRow="0" w:firstColumn="1" w:lastColumn="0" w:noHBand="0" w:noVBand="1"/>
      </w:tblPr>
      <w:tblGrid>
        <w:gridCol w:w="4680"/>
        <w:gridCol w:w="5457"/>
      </w:tblGrid>
      <w:tr w:rsidR="00CE395A" w:rsidRPr="00CE395A" w14:paraId="555EE64F" w14:textId="77777777" w:rsidTr="00035E41">
        <w:trPr>
          <w:trHeight w:val="432"/>
        </w:trPr>
        <w:tc>
          <w:tcPr>
            <w:tcW w:w="4680" w:type="dxa"/>
            <w:hideMark/>
          </w:tcPr>
          <w:p w14:paraId="6E7202F9" w14:textId="77777777" w:rsidR="00CE395A" w:rsidRPr="00CE395A" w:rsidRDefault="00CE395A" w:rsidP="009608B2">
            <w:pPr>
              <w:spacing w:line="276" w:lineRule="auto"/>
              <w:rPr>
                <w:b/>
                <w:bCs/>
                <w:lang w:val="en-ZA"/>
              </w:rPr>
            </w:pPr>
            <w:r w:rsidRPr="00CE395A">
              <w:rPr>
                <w:b/>
                <w:bCs/>
                <w:lang w:val="en-ZA"/>
              </w:rPr>
              <w:t>Project year</w:t>
            </w:r>
          </w:p>
        </w:tc>
        <w:tc>
          <w:tcPr>
            <w:tcW w:w="5457" w:type="dxa"/>
            <w:hideMark/>
          </w:tcPr>
          <w:p w14:paraId="26E90B30" w14:textId="77777777" w:rsidR="00CE395A" w:rsidRPr="00CE395A" w:rsidRDefault="00CE395A" w:rsidP="009608B2">
            <w:pPr>
              <w:spacing w:line="276" w:lineRule="auto"/>
              <w:rPr>
                <w:b/>
                <w:bCs/>
                <w:lang w:val="en-ZA"/>
              </w:rPr>
            </w:pPr>
            <w:r w:rsidRPr="00CE395A">
              <w:rPr>
                <w:b/>
                <w:bCs/>
                <w:lang w:val="en-ZA"/>
              </w:rPr>
              <w:t>Amount requested from Sorghum Trust</w:t>
            </w:r>
          </w:p>
        </w:tc>
      </w:tr>
      <w:tr w:rsidR="00CE395A" w:rsidRPr="00CE395A" w14:paraId="5E7E85A8" w14:textId="77777777" w:rsidTr="00035E41">
        <w:trPr>
          <w:trHeight w:val="432"/>
        </w:trPr>
        <w:tc>
          <w:tcPr>
            <w:tcW w:w="4680" w:type="dxa"/>
            <w:hideMark/>
          </w:tcPr>
          <w:p w14:paraId="34B6558B" w14:textId="77777777" w:rsidR="00CE395A" w:rsidRPr="00CE395A" w:rsidRDefault="00CE395A" w:rsidP="009608B2">
            <w:pPr>
              <w:spacing w:line="276" w:lineRule="auto"/>
              <w:rPr>
                <w:b/>
                <w:lang w:val="en-ZA"/>
              </w:rPr>
            </w:pPr>
            <w:r w:rsidRPr="00CE395A">
              <w:rPr>
                <w:b/>
                <w:lang w:val="en-ZA"/>
              </w:rPr>
              <w:t>Year 1</w:t>
            </w:r>
          </w:p>
        </w:tc>
        <w:tc>
          <w:tcPr>
            <w:tcW w:w="5457" w:type="dxa"/>
            <w:hideMark/>
          </w:tcPr>
          <w:p w14:paraId="51FC7E1A" w14:textId="77777777" w:rsidR="00CE395A" w:rsidRPr="00CE395A" w:rsidRDefault="00CE395A" w:rsidP="009608B2">
            <w:pPr>
              <w:spacing w:line="276" w:lineRule="auto"/>
              <w:rPr>
                <w:b/>
                <w:lang w:val="en-ZA"/>
              </w:rPr>
            </w:pPr>
            <w:r w:rsidRPr="00CE395A">
              <w:rPr>
                <w:b/>
                <w:lang w:val="en-ZA"/>
              </w:rPr>
              <w:t>R</w:t>
            </w:r>
          </w:p>
        </w:tc>
      </w:tr>
      <w:tr w:rsidR="00CE395A" w:rsidRPr="00CE395A" w14:paraId="5E6F6F0A" w14:textId="77777777" w:rsidTr="00035E41">
        <w:trPr>
          <w:trHeight w:val="432"/>
        </w:trPr>
        <w:tc>
          <w:tcPr>
            <w:tcW w:w="4680" w:type="dxa"/>
            <w:hideMark/>
          </w:tcPr>
          <w:p w14:paraId="36DA728C" w14:textId="77777777" w:rsidR="00CE395A" w:rsidRPr="00CE395A" w:rsidRDefault="00CE395A" w:rsidP="009608B2">
            <w:pPr>
              <w:spacing w:line="276" w:lineRule="auto"/>
              <w:rPr>
                <w:b/>
                <w:lang w:val="en-ZA"/>
              </w:rPr>
            </w:pPr>
            <w:r w:rsidRPr="00CE395A">
              <w:rPr>
                <w:b/>
                <w:lang w:val="en-ZA"/>
              </w:rPr>
              <w:t>Year 2</w:t>
            </w:r>
          </w:p>
        </w:tc>
        <w:tc>
          <w:tcPr>
            <w:tcW w:w="5457" w:type="dxa"/>
            <w:hideMark/>
          </w:tcPr>
          <w:p w14:paraId="756929A4" w14:textId="77777777" w:rsidR="00CE395A" w:rsidRPr="00CE395A" w:rsidRDefault="00CE395A" w:rsidP="009608B2">
            <w:pPr>
              <w:spacing w:line="276" w:lineRule="auto"/>
              <w:rPr>
                <w:b/>
                <w:lang w:val="en-ZA"/>
              </w:rPr>
            </w:pPr>
            <w:r w:rsidRPr="00CE395A">
              <w:rPr>
                <w:b/>
                <w:lang w:val="en-ZA"/>
              </w:rPr>
              <w:t>R</w:t>
            </w:r>
          </w:p>
        </w:tc>
      </w:tr>
      <w:tr w:rsidR="00CE395A" w:rsidRPr="00CE395A" w14:paraId="73148709" w14:textId="77777777" w:rsidTr="00035E41">
        <w:trPr>
          <w:trHeight w:val="432"/>
        </w:trPr>
        <w:tc>
          <w:tcPr>
            <w:tcW w:w="4680" w:type="dxa"/>
            <w:hideMark/>
          </w:tcPr>
          <w:p w14:paraId="7403B336" w14:textId="77777777" w:rsidR="00CE395A" w:rsidRPr="00CE395A" w:rsidRDefault="00CE395A" w:rsidP="009608B2">
            <w:pPr>
              <w:spacing w:line="276" w:lineRule="auto"/>
              <w:rPr>
                <w:b/>
                <w:lang w:val="en-ZA"/>
              </w:rPr>
            </w:pPr>
            <w:r w:rsidRPr="00CE395A">
              <w:rPr>
                <w:b/>
                <w:lang w:val="en-ZA"/>
              </w:rPr>
              <w:t>Year 3</w:t>
            </w:r>
          </w:p>
        </w:tc>
        <w:tc>
          <w:tcPr>
            <w:tcW w:w="5457" w:type="dxa"/>
            <w:hideMark/>
          </w:tcPr>
          <w:p w14:paraId="4CFF23FD" w14:textId="77777777" w:rsidR="00CE395A" w:rsidRPr="00CE395A" w:rsidRDefault="00CE395A" w:rsidP="009608B2">
            <w:pPr>
              <w:spacing w:line="276" w:lineRule="auto"/>
              <w:rPr>
                <w:b/>
                <w:lang w:val="en-ZA"/>
              </w:rPr>
            </w:pPr>
            <w:r w:rsidRPr="00CE395A">
              <w:rPr>
                <w:b/>
                <w:lang w:val="en-ZA"/>
              </w:rPr>
              <w:t>R</w:t>
            </w:r>
          </w:p>
        </w:tc>
      </w:tr>
      <w:tr w:rsidR="00CE395A" w:rsidRPr="00CE395A" w14:paraId="5EA2C26B" w14:textId="77777777" w:rsidTr="00035E41">
        <w:trPr>
          <w:trHeight w:val="432"/>
        </w:trPr>
        <w:tc>
          <w:tcPr>
            <w:tcW w:w="4680" w:type="dxa"/>
            <w:hideMark/>
          </w:tcPr>
          <w:p w14:paraId="758D5436" w14:textId="77777777" w:rsidR="00CE395A" w:rsidRPr="00CE395A" w:rsidRDefault="00CE395A" w:rsidP="009608B2">
            <w:pPr>
              <w:spacing w:line="276" w:lineRule="auto"/>
              <w:rPr>
                <w:b/>
                <w:lang w:val="en-ZA"/>
              </w:rPr>
            </w:pPr>
            <w:r w:rsidRPr="00CE395A">
              <w:rPr>
                <w:b/>
                <w:lang w:val="en-ZA"/>
              </w:rPr>
              <w:t>Year 4</w:t>
            </w:r>
          </w:p>
        </w:tc>
        <w:tc>
          <w:tcPr>
            <w:tcW w:w="5457" w:type="dxa"/>
            <w:hideMark/>
          </w:tcPr>
          <w:p w14:paraId="49E483D8" w14:textId="77777777" w:rsidR="00CE395A" w:rsidRPr="00CE395A" w:rsidRDefault="00CE395A" w:rsidP="009608B2">
            <w:pPr>
              <w:spacing w:line="276" w:lineRule="auto"/>
              <w:rPr>
                <w:b/>
                <w:lang w:val="en-ZA"/>
              </w:rPr>
            </w:pPr>
            <w:r w:rsidRPr="00CE395A">
              <w:rPr>
                <w:b/>
                <w:lang w:val="en-ZA"/>
              </w:rPr>
              <w:t>R</w:t>
            </w:r>
          </w:p>
        </w:tc>
      </w:tr>
      <w:tr w:rsidR="00CE395A" w:rsidRPr="00CE395A" w14:paraId="28435C65" w14:textId="77777777" w:rsidTr="00035E41">
        <w:trPr>
          <w:trHeight w:val="432"/>
        </w:trPr>
        <w:tc>
          <w:tcPr>
            <w:tcW w:w="4680" w:type="dxa"/>
            <w:hideMark/>
          </w:tcPr>
          <w:p w14:paraId="69F7A3B9" w14:textId="77777777" w:rsidR="00CE395A" w:rsidRPr="00CE395A" w:rsidRDefault="00CE395A" w:rsidP="009608B2">
            <w:pPr>
              <w:spacing w:line="276" w:lineRule="auto"/>
              <w:rPr>
                <w:b/>
                <w:lang w:val="en-ZA"/>
              </w:rPr>
            </w:pPr>
            <w:r w:rsidRPr="00CE395A">
              <w:rPr>
                <w:b/>
                <w:lang w:val="en-ZA"/>
              </w:rPr>
              <w:t>Additional year(s), if applicable</w:t>
            </w:r>
          </w:p>
        </w:tc>
        <w:tc>
          <w:tcPr>
            <w:tcW w:w="5457" w:type="dxa"/>
            <w:hideMark/>
          </w:tcPr>
          <w:p w14:paraId="5C50F13B" w14:textId="77777777" w:rsidR="00CE395A" w:rsidRPr="00CE395A" w:rsidRDefault="00CE395A" w:rsidP="009608B2">
            <w:pPr>
              <w:spacing w:line="276" w:lineRule="auto"/>
              <w:rPr>
                <w:b/>
                <w:lang w:val="en-ZA"/>
              </w:rPr>
            </w:pPr>
            <w:r w:rsidRPr="00CE395A">
              <w:rPr>
                <w:b/>
                <w:lang w:val="en-ZA"/>
              </w:rPr>
              <w:t>R</w:t>
            </w:r>
          </w:p>
        </w:tc>
      </w:tr>
      <w:tr w:rsidR="00CE395A" w:rsidRPr="00CE395A" w14:paraId="71AC147A" w14:textId="77777777" w:rsidTr="00035E41">
        <w:trPr>
          <w:trHeight w:val="432"/>
        </w:trPr>
        <w:tc>
          <w:tcPr>
            <w:tcW w:w="4680" w:type="dxa"/>
            <w:hideMark/>
          </w:tcPr>
          <w:p w14:paraId="3B3C611D" w14:textId="77777777" w:rsidR="00CE395A" w:rsidRPr="00CE395A" w:rsidRDefault="00CE395A" w:rsidP="009608B2">
            <w:pPr>
              <w:spacing w:line="276" w:lineRule="auto"/>
              <w:rPr>
                <w:b/>
                <w:lang w:val="en-ZA"/>
              </w:rPr>
            </w:pPr>
            <w:r w:rsidRPr="00CE395A">
              <w:rPr>
                <w:b/>
                <w:bCs/>
                <w:lang w:val="en-ZA"/>
              </w:rPr>
              <w:t>Total amount requested over project term</w:t>
            </w:r>
          </w:p>
        </w:tc>
        <w:tc>
          <w:tcPr>
            <w:tcW w:w="5457" w:type="dxa"/>
            <w:hideMark/>
          </w:tcPr>
          <w:p w14:paraId="166667E2" w14:textId="77777777" w:rsidR="00CE395A" w:rsidRPr="00CE395A" w:rsidRDefault="00CE395A" w:rsidP="009608B2">
            <w:pPr>
              <w:spacing w:line="276" w:lineRule="auto"/>
              <w:rPr>
                <w:b/>
                <w:lang w:val="en-ZA"/>
              </w:rPr>
            </w:pPr>
            <w:r w:rsidRPr="00CE395A">
              <w:rPr>
                <w:b/>
                <w:bCs/>
                <w:lang w:val="en-ZA"/>
              </w:rPr>
              <w:t>R</w:t>
            </w:r>
          </w:p>
        </w:tc>
      </w:tr>
    </w:tbl>
    <w:p w14:paraId="5DC750C3" w14:textId="77777777" w:rsidR="00057CCD" w:rsidRDefault="00057CCD" w:rsidP="009608B2">
      <w:pPr>
        <w:spacing w:before="120" w:after="0"/>
        <w:rPr>
          <w:bCs/>
        </w:rPr>
      </w:pPr>
    </w:p>
    <w:p w14:paraId="37624CED" w14:textId="77777777" w:rsidR="00D960CD" w:rsidRDefault="00D960CD" w:rsidP="009608B2">
      <w:pPr>
        <w:spacing w:before="120" w:after="0"/>
        <w:rPr>
          <w:bCs/>
        </w:rPr>
      </w:pPr>
    </w:p>
    <w:p w14:paraId="6CF9B0ED" w14:textId="77777777" w:rsidR="00D960CD" w:rsidRPr="00057CCD" w:rsidRDefault="00D960CD" w:rsidP="009608B2">
      <w:pPr>
        <w:spacing w:before="120" w:after="0"/>
        <w:rPr>
          <w:bCs/>
        </w:rPr>
      </w:pPr>
    </w:p>
    <w:p w14:paraId="2C36501A" w14:textId="47D8D115" w:rsidR="00ED5768" w:rsidRPr="00035E41" w:rsidRDefault="00ED5768" w:rsidP="00035E41">
      <w:pPr>
        <w:pStyle w:val="ListParagraph"/>
        <w:numPr>
          <w:ilvl w:val="0"/>
          <w:numId w:val="13"/>
        </w:numPr>
        <w:spacing w:before="120" w:after="0"/>
        <w:ind w:left="360"/>
        <w:rPr>
          <w:b/>
        </w:rPr>
      </w:pPr>
      <w:r w:rsidRPr="00035E41">
        <w:rPr>
          <w:b/>
        </w:rPr>
        <w:lastRenderedPageBreak/>
        <w:t>Details of any capital expenditure included in the Project application:</w:t>
      </w:r>
    </w:p>
    <w:p w14:paraId="589379C9" w14:textId="77777777" w:rsidR="00A52484" w:rsidRDefault="00A52484" w:rsidP="009608B2">
      <w:pPr>
        <w:spacing w:before="120" w:after="0"/>
        <w:rPr>
          <w:b/>
        </w:rPr>
      </w:pPr>
      <w:r>
        <w:rPr>
          <w:b/>
        </w:rPr>
        <w:t>________________________________________________________________________________________</w:t>
      </w:r>
    </w:p>
    <w:p w14:paraId="2CB3FE7E" w14:textId="77777777" w:rsidR="00A52484" w:rsidRDefault="00A52484" w:rsidP="009608B2">
      <w:pPr>
        <w:spacing w:before="120" w:after="0"/>
        <w:rPr>
          <w:b/>
        </w:rPr>
      </w:pPr>
      <w:r>
        <w:rPr>
          <w:b/>
        </w:rPr>
        <w:t>________________________________________________________________________________________</w:t>
      </w:r>
    </w:p>
    <w:p w14:paraId="103705E3" w14:textId="77777777" w:rsidR="00A52484" w:rsidRDefault="00A52484" w:rsidP="009608B2">
      <w:pPr>
        <w:spacing w:before="120" w:after="0"/>
        <w:rPr>
          <w:b/>
        </w:rPr>
      </w:pPr>
      <w:r>
        <w:rPr>
          <w:b/>
        </w:rPr>
        <w:t>________________________________________________________________________________________</w:t>
      </w:r>
    </w:p>
    <w:p w14:paraId="29E98E56" w14:textId="77777777" w:rsidR="00A52484" w:rsidRDefault="00A52484" w:rsidP="009608B2">
      <w:pPr>
        <w:spacing w:before="120" w:after="0"/>
        <w:rPr>
          <w:b/>
        </w:rPr>
      </w:pPr>
      <w:r>
        <w:rPr>
          <w:b/>
        </w:rPr>
        <w:t>________________________________________________________________________________________</w:t>
      </w:r>
    </w:p>
    <w:p w14:paraId="00064DEA" w14:textId="77777777" w:rsidR="00A52484" w:rsidRDefault="00A52484" w:rsidP="009608B2">
      <w:pPr>
        <w:spacing w:before="120" w:after="0"/>
        <w:rPr>
          <w:b/>
        </w:rPr>
      </w:pPr>
      <w:r>
        <w:rPr>
          <w:b/>
        </w:rPr>
        <w:t>________________________________________________________________________________________</w:t>
      </w:r>
    </w:p>
    <w:p w14:paraId="0CE7C73A" w14:textId="77777777" w:rsidR="00A52484" w:rsidRDefault="00A52484" w:rsidP="009608B2">
      <w:pPr>
        <w:spacing w:before="120" w:after="0"/>
        <w:rPr>
          <w:b/>
        </w:rPr>
      </w:pPr>
      <w:r>
        <w:rPr>
          <w:b/>
        </w:rPr>
        <w:t>________________________________________________________________________________________</w:t>
      </w:r>
    </w:p>
    <w:p w14:paraId="1AD78199" w14:textId="77777777" w:rsidR="00A52484" w:rsidRDefault="00A52484" w:rsidP="009608B2">
      <w:pPr>
        <w:spacing w:after="0"/>
      </w:pPr>
    </w:p>
    <w:p w14:paraId="3A2D34EF" w14:textId="56AEDA9D" w:rsidR="006E41A2" w:rsidRPr="00035E41" w:rsidRDefault="00ED5768" w:rsidP="00035E41">
      <w:pPr>
        <w:pStyle w:val="ListParagraph"/>
        <w:numPr>
          <w:ilvl w:val="0"/>
          <w:numId w:val="13"/>
        </w:numPr>
        <w:spacing w:before="120" w:after="0"/>
        <w:ind w:left="360"/>
        <w:rPr>
          <w:b/>
        </w:rPr>
      </w:pPr>
      <w:r w:rsidRPr="00035E41">
        <w:rPr>
          <w:b/>
        </w:rPr>
        <w:t>Details</w:t>
      </w:r>
      <w:r w:rsidR="00035E41" w:rsidRPr="00035E41">
        <w:rPr>
          <w:b/>
        </w:rPr>
        <w:t xml:space="preserve"> and motivation</w:t>
      </w:r>
      <w:r w:rsidRPr="00035E41">
        <w:rPr>
          <w:b/>
        </w:rPr>
        <w:t xml:space="preserve"> of any overseas </w:t>
      </w:r>
      <w:r w:rsidRPr="00035E41">
        <w:rPr>
          <w:b/>
        </w:rPr>
        <w:t>travel</w:t>
      </w:r>
      <w:r w:rsidRPr="00035E41">
        <w:rPr>
          <w:b/>
        </w:rPr>
        <w:t xml:space="preserve"> expenses included in the Project application:</w:t>
      </w:r>
    </w:p>
    <w:p w14:paraId="121F74E3" w14:textId="77777777" w:rsidR="00A52484" w:rsidRDefault="00A52484" w:rsidP="009608B2">
      <w:pPr>
        <w:spacing w:before="120" w:after="0"/>
        <w:rPr>
          <w:b/>
        </w:rPr>
      </w:pPr>
      <w:r>
        <w:rPr>
          <w:b/>
        </w:rPr>
        <w:t>________________________________________________________________________________________</w:t>
      </w:r>
    </w:p>
    <w:p w14:paraId="5BD3F291" w14:textId="77777777" w:rsidR="00A52484" w:rsidRDefault="00A52484" w:rsidP="009608B2">
      <w:pPr>
        <w:spacing w:before="120" w:after="0"/>
        <w:rPr>
          <w:b/>
        </w:rPr>
      </w:pPr>
      <w:r>
        <w:rPr>
          <w:b/>
        </w:rPr>
        <w:t>________________________________________________________________________________________</w:t>
      </w:r>
    </w:p>
    <w:p w14:paraId="6D0D972A" w14:textId="77777777" w:rsidR="00A52484" w:rsidRDefault="00A52484" w:rsidP="009608B2">
      <w:pPr>
        <w:spacing w:before="120" w:after="0"/>
        <w:rPr>
          <w:b/>
        </w:rPr>
      </w:pPr>
      <w:r>
        <w:rPr>
          <w:b/>
        </w:rPr>
        <w:t>________________________________________________________________________________________</w:t>
      </w:r>
    </w:p>
    <w:p w14:paraId="3D6D1514" w14:textId="77777777" w:rsidR="00A52484" w:rsidRDefault="00A52484" w:rsidP="009608B2">
      <w:pPr>
        <w:spacing w:before="120" w:after="0"/>
        <w:rPr>
          <w:b/>
        </w:rPr>
      </w:pPr>
      <w:r>
        <w:rPr>
          <w:b/>
        </w:rPr>
        <w:t>________________________________________________________________________________________</w:t>
      </w:r>
    </w:p>
    <w:p w14:paraId="1CCE6C9F" w14:textId="77777777" w:rsidR="00A52484" w:rsidRDefault="00A52484" w:rsidP="009608B2">
      <w:pPr>
        <w:spacing w:before="120" w:after="0"/>
        <w:rPr>
          <w:b/>
        </w:rPr>
      </w:pPr>
      <w:r>
        <w:rPr>
          <w:b/>
        </w:rPr>
        <w:t>________________________________________________________________________________________</w:t>
      </w:r>
    </w:p>
    <w:p w14:paraId="3629C6C3" w14:textId="77777777" w:rsidR="00A52484" w:rsidRDefault="00A52484" w:rsidP="009608B2">
      <w:pPr>
        <w:spacing w:before="120" w:after="0"/>
        <w:rPr>
          <w:b/>
        </w:rPr>
      </w:pPr>
      <w:r>
        <w:rPr>
          <w:b/>
        </w:rPr>
        <w:t>________________________________________________________________________________________</w:t>
      </w:r>
    </w:p>
    <w:p w14:paraId="4EA7B033" w14:textId="77777777" w:rsidR="00A52484" w:rsidRDefault="00A52484" w:rsidP="009608B2">
      <w:pPr>
        <w:spacing w:after="0"/>
      </w:pPr>
    </w:p>
    <w:p w14:paraId="676B50D0" w14:textId="77777777" w:rsidR="00035E41" w:rsidRDefault="00035E41" w:rsidP="009608B2">
      <w:pPr>
        <w:spacing w:after="0"/>
      </w:pPr>
    </w:p>
    <w:p w14:paraId="21D34EF4" w14:textId="77777777" w:rsidR="00035E41" w:rsidRDefault="00035E41" w:rsidP="009608B2">
      <w:pPr>
        <w:spacing w:after="0"/>
      </w:pPr>
    </w:p>
    <w:p w14:paraId="1E076BE3" w14:textId="649A1E68" w:rsidR="00ED5768" w:rsidRPr="00035E41" w:rsidRDefault="00ED5768" w:rsidP="00035E41">
      <w:pPr>
        <w:pStyle w:val="ListParagraph"/>
        <w:numPr>
          <w:ilvl w:val="0"/>
          <w:numId w:val="13"/>
        </w:numPr>
        <w:spacing w:before="120" w:after="0"/>
        <w:ind w:left="360"/>
        <w:rPr>
          <w:b/>
        </w:rPr>
      </w:pPr>
      <w:r w:rsidRPr="00035E41">
        <w:rPr>
          <w:b/>
        </w:rPr>
        <w:t>Details of surplus Trust funding available from previously funded projects:</w:t>
      </w:r>
    </w:p>
    <w:p w14:paraId="35A1B565" w14:textId="77777777" w:rsidR="00A52484" w:rsidRDefault="00A52484" w:rsidP="009608B2">
      <w:pPr>
        <w:spacing w:before="120" w:after="0"/>
        <w:rPr>
          <w:b/>
        </w:rPr>
      </w:pPr>
      <w:r>
        <w:rPr>
          <w:b/>
        </w:rPr>
        <w:t>________________________________________________________________________________________</w:t>
      </w:r>
    </w:p>
    <w:p w14:paraId="17B8B66A" w14:textId="77777777" w:rsidR="00A52484" w:rsidRDefault="00A52484" w:rsidP="009608B2">
      <w:pPr>
        <w:spacing w:before="120" w:after="0"/>
        <w:rPr>
          <w:b/>
        </w:rPr>
      </w:pPr>
      <w:r>
        <w:rPr>
          <w:b/>
        </w:rPr>
        <w:t>________________________________________________________________________________________</w:t>
      </w:r>
    </w:p>
    <w:p w14:paraId="243AC85E" w14:textId="77777777" w:rsidR="00A52484" w:rsidRDefault="00A52484" w:rsidP="009608B2">
      <w:pPr>
        <w:spacing w:before="120" w:after="0"/>
        <w:rPr>
          <w:b/>
        </w:rPr>
      </w:pPr>
      <w:r>
        <w:rPr>
          <w:b/>
        </w:rPr>
        <w:t>________________________________________________________________________________________</w:t>
      </w:r>
    </w:p>
    <w:p w14:paraId="7E25790A" w14:textId="77777777" w:rsidR="00A52484" w:rsidRDefault="00A52484" w:rsidP="009608B2">
      <w:pPr>
        <w:spacing w:before="120" w:after="0"/>
        <w:rPr>
          <w:b/>
        </w:rPr>
      </w:pPr>
      <w:r>
        <w:rPr>
          <w:b/>
        </w:rPr>
        <w:t>________________________________________________________________________________________</w:t>
      </w:r>
    </w:p>
    <w:p w14:paraId="7EA16BFD" w14:textId="77777777" w:rsidR="00A52484" w:rsidRDefault="00A52484" w:rsidP="009608B2">
      <w:pPr>
        <w:spacing w:before="120" w:after="0"/>
        <w:rPr>
          <w:b/>
        </w:rPr>
      </w:pPr>
      <w:r>
        <w:rPr>
          <w:b/>
        </w:rPr>
        <w:t>________________________________________________________________________________________</w:t>
      </w:r>
    </w:p>
    <w:p w14:paraId="5DDA6924" w14:textId="77777777" w:rsidR="00A52484" w:rsidRDefault="00A52484" w:rsidP="009608B2">
      <w:pPr>
        <w:spacing w:after="0"/>
      </w:pPr>
    </w:p>
    <w:p w14:paraId="39707CC2" w14:textId="77777777" w:rsidR="00035E41" w:rsidRDefault="00035E41" w:rsidP="009608B2">
      <w:pPr>
        <w:spacing w:after="0"/>
      </w:pPr>
    </w:p>
    <w:p w14:paraId="0FB19B02" w14:textId="337BB973" w:rsidR="006E41A2" w:rsidRPr="00035E41" w:rsidRDefault="004E2BA6" w:rsidP="00035E41">
      <w:pPr>
        <w:pStyle w:val="ListParagraph"/>
        <w:numPr>
          <w:ilvl w:val="0"/>
          <w:numId w:val="13"/>
        </w:numPr>
        <w:spacing w:before="120" w:after="0"/>
        <w:ind w:left="360"/>
        <w:rPr>
          <w:b/>
        </w:rPr>
      </w:pPr>
      <w:r>
        <w:rPr>
          <w:b/>
        </w:rPr>
        <w:t>Similar</w:t>
      </w:r>
      <w:r w:rsidRPr="00035E41">
        <w:rPr>
          <w:b/>
        </w:rPr>
        <w:t xml:space="preserve"> or related projects and previous funding</w:t>
      </w:r>
    </w:p>
    <w:p w14:paraId="0B5F9EBA" w14:textId="77777777" w:rsidR="00035E41" w:rsidRDefault="00035E41" w:rsidP="009608B2">
      <w:pPr>
        <w:spacing w:after="0"/>
        <w:rPr>
          <w:i/>
          <w:sz w:val="18"/>
        </w:rPr>
      </w:pPr>
    </w:p>
    <w:p w14:paraId="2B94514D" w14:textId="0E3466FD" w:rsidR="006E41A2" w:rsidRDefault="004E2BA6" w:rsidP="009608B2">
      <w:pPr>
        <w:spacing w:after="0"/>
        <w:rPr>
          <w:i/>
          <w:sz w:val="18"/>
        </w:rPr>
      </w:pPr>
      <w:r>
        <w:rPr>
          <w:i/>
          <w:sz w:val="18"/>
        </w:rPr>
        <w:t>I</w:t>
      </w:r>
      <w:r>
        <w:rPr>
          <w:i/>
          <w:sz w:val="18"/>
        </w:rPr>
        <w:t xml:space="preserve">dentify similar or related projects previously or currently funded by the Sorghum Trust or other </w:t>
      </w:r>
      <w:proofErr w:type="gramStart"/>
      <w:r>
        <w:rPr>
          <w:i/>
          <w:sz w:val="18"/>
        </w:rPr>
        <w:t>entities, and</w:t>
      </w:r>
      <w:proofErr w:type="gramEnd"/>
      <w:r>
        <w:rPr>
          <w:i/>
          <w:sz w:val="18"/>
        </w:rPr>
        <w:t xml:space="preserve"> explain how this proposal differs from or complements them.</w:t>
      </w:r>
    </w:p>
    <w:p w14:paraId="704F9543" w14:textId="77777777" w:rsidR="00A52484" w:rsidRDefault="00A52484" w:rsidP="009608B2">
      <w:pPr>
        <w:spacing w:before="120" w:after="0"/>
        <w:rPr>
          <w:b/>
        </w:rPr>
      </w:pPr>
      <w:r>
        <w:rPr>
          <w:b/>
        </w:rPr>
        <w:t>________________________________________________________________________________________</w:t>
      </w:r>
    </w:p>
    <w:p w14:paraId="381E270C" w14:textId="77777777" w:rsidR="00A52484" w:rsidRDefault="00A52484" w:rsidP="009608B2">
      <w:pPr>
        <w:spacing w:before="120" w:after="0"/>
        <w:rPr>
          <w:b/>
        </w:rPr>
      </w:pPr>
      <w:r>
        <w:rPr>
          <w:b/>
        </w:rPr>
        <w:t>________________________________________________________________________________________</w:t>
      </w:r>
    </w:p>
    <w:p w14:paraId="77CCD88A" w14:textId="77777777" w:rsidR="00A52484" w:rsidRDefault="00A52484" w:rsidP="009608B2">
      <w:pPr>
        <w:spacing w:before="120" w:after="0"/>
        <w:rPr>
          <w:b/>
        </w:rPr>
      </w:pPr>
      <w:r>
        <w:rPr>
          <w:b/>
        </w:rPr>
        <w:t>________________________________________________________________________________________</w:t>
      </w:r>
    </w:p>
    <w:p w14:paraId="089C1687" w14:textId="77777777" w:rsidR="00A52484" w:rsidRDefault="00A52484" w:rsidP="009608B2">
      <w:pPr>
        <w:spacing w:before="120" w:after="0"/>
        <w:rPr>
          <w:b/>
        </w:rPr>
      </w:pPr>
      <w:r>
        <w:rPr>
          <w:b/>
        </w:rPr>
        <w:t>________________________________________________________________________________________</w:t>
      </w:r>
    </w:p>
    <w:p w14:paraId="6718FE33" w14:textId="77777777" w:rsidR="00A52484" w:rsidRDefault="00A52484" w:rsidP="009608B2">
      <w:pPr>
        <w:spacing w:before="120" w:after="0"/>
        <w:rPr>
          <w:b/>
        </w:rPr>
      </w:pPr>
      <w:r>
        <w:rPr>
          <w:b/>
        </w:rPr>
        <w:t>________________________________________________________________________________________</w:t>
      </w:r>
    </w:p>
    <w:p w14:paraId="44DCDD78" w14:textId="77777777" w:rsidR="00A52484" w:rsidRDefault="00A52484" w:rsidP="009608B2">
      <w:pPr>
        <w:spacing w:before="120" w:after="0"/>
        <w:rPr>
          <w:b/>
        </w:rPr>
      </w:pPr>
      <w:r>
        <w:rPr>
          <w:b/>
        </w:rPr>
        <w:t>________________________________________________________________________________________</w:t>
      </w:r>
    </w:p>
    <w:p w14:paraId="6829107E" w14:textId="77777777" w:rsidR="00A52484" w:rsidRDefault="00A52484" w:rsidP="009608B2">
      <w:pPr>
        <w:spacing w:before="120" w:after="0"/>
        <w:rPr>
          <w:b/>
        </w:rPr>
      </w:pPr>
      <w:r>
        <w:rPr>
          <w:b/>
        </w:rPr>
        <w:t>________________________________________________________________________________________</w:t>
      </w:r>
    </w:p>
    <w:p w14:paraId="0A6AB20E" w14:textId="77777777" w:rsidR="00A52484" w:rsidRDefault="00A52484" w:rsidP="009608B2">
      <w:pPr>
        <w:spacing w:before="120" w:after="0"/>
        <w:rPr>
          <w:b/>
        </w:rPr>
      </w:pPr>
      <w:r>
        <w:rPr>
          <w:b/>
        </w:rPr>
        <w:t>________________________________________________________________________________________</w:t>
      </w:r>
    </w:p>
    <w:p w14:paraId="7FDFBFDC" w14:textId="77777777" w:rsidR="00ED5768" w:rsidRDefault="00ED5768" w:rsidP="009608B2">
      <w:pPr>
        <w:spacing w:after="0"/>
      </w:pPr>
    </w:p>
    <w:p w14:paraId="61F5F1A3" w14:textId="77777777" w:rsidR="00D960CD" w:rsidRDefault="00D960CD" w:rsidP="009608B2">
      <w:pPr>
        <w:spacing w:after="0"/>
      </w:pPr>
    </w:p>
    <w:p w14:paraId="50852654" w14:textId="77777777" w:rsidR="00035E41" w:rsidRDefault="00035E41" w:rsidP="009608B2">
      <w:pPr>
        <w:spacing w:after="0"/>
      </w:pPr>
    </w:p>
    <w:p w14:paraId="1284799D" w14:textId="77777777" w:rsidR="00035E41" w:rsidRDefault="00035E41" w:rsidP="00035E41">
      <w:pPr>
        <w:pStyle w:val="ListParagraph"/>
        <w:numPr>
          <w:ilvl w:val="0"/>
          <w:numId w:val="13"/>
        </w:numPr>
        <w:spacing w:before="120" w:after="0"/>
        <w:ind w:left="360"/>
        <w:rPr>
          <w:b/>
        </w:rPr>
      </w:pPr>
      <w:r w:rsidRPr="00035E41">
        <w:rPr>
          <w:b/>
        </w:rPr>
        <w:lastRenderedPageBreak/>
        <w:t>Capacity building linked to the Project</w:t>
      </w:r>
    </w:p>
    <w:p w14:paraId="12423877" w14:textId="3F67F73B" w:rsidR="00035E41" w:rsidRPr="00035E41" w:rsidRDefault="00035E41" w:rsidP="00035E41">
      <w:pPr>
        <w:spacing w:before="120" w:after="0"/>
        <w:rPr>
          <w:b/>
        </w:rPr>
      </w:pPr>
      <w:r w:rsidRPr="00035E41">
        <w:rPr>
          <w:i/>
          <w:sz w:val="18"/>
        </w:rPr>
        <w:t>Provide details of any bursaries, students, internships, training, mentorship, producer development or other capacity-building activities linked to the Project. Where applicable, indicate the number of beneficiaries and the amount of funding allocated.</w:t>
      </w:r>
    </w:p>
    <w:p w14:paraId="09379FA2" w14:textId="31860F1E" w:rsidR="00035E41" w:rsidRPr="00035E41" w:rsidRDefault="00035E41" w:rsidP="00035E41">
      <w:pPr>
        <w:spacing w:before="120" w:after="0"/>
        <w:rPr>
          <w:b/>
        </w:rPr>
      </w:pPr>
      <w:r w:rsidRPr="00035E41">
        <w:rPr>
          <w:b/>
        </w:rPr>
        <w:t>________________________________________________________________________________________</w:t>
      </w:r>
    </w:p>
    <w:p w14:paraId="35F3C45F" w14:textId="77777777" w:rsidR="00035E41" w:rsidRDefault="00035E41" w:rsidP="00035E41">
      <w:pPr>
        <w:spacing w:before="120" w:after="0"/>
        <w:rPr>
          <w:b/>
        </w:rPr>
      </w:pPr>
      <w:r>
        <w:rPr>
          <w:b/>
        </w:rPr>
        <w:t>________________________________________________________________________________________</w:t>
      </w:r>
    </w:p>
    <w:p w14:paraId="63C14507" w14:textId="77777777" w:rsidR="00035E41" w:rsidRDefault="00035E41" w:rsidP="00035E41">
      <w:pPr>
        <w:spacing w:before="120" w:after="0"/>
        <w:rPr>
          <w:b/>
        </w:rPr>
      </w:pPr>
      <w:r>
        <w:rPr>
          <w:b/>
        </w:rPr>
        <w:t>________________________________________________________________________________________</w:t>
      </w:r>
    </w:p>
    <w:p w14:paraId="0882198E" w14:textId="77777777" w:rsidR="00035E41" w:rsidRDefault="00035E41" w:rsidP="00035E41">
      <w:pPr>
        <w:spacing w:before="120" w:after="0"/>
        <w:rPr>
          <w:b/>
        </w:rPr>
      </w:pPr>
      <w:r>
        <w:rPr>
          <w:b/>
        </w:rPr>
        <w:t>________________________________________________________________________________________</w:t>
      </w:r>
    </w:p>
    <w:p w14:paraId="021B014E" w14:textId="77777777" w:rsidR="00035E41" w:rsidRDefault="00035E41" w:rsidP="00035E41">
      <w:pPr>
        <w:spacing w:before="120" w:after="0"/>
        <w:rPr>
          <w:b/>
        </w:rPr>
      </w:pPr>
      <w:r>
        <w:rPr>
          <w:b/>
        </w:rPr>
        <w:t>________________________________________________________________________________________</w:t>
      </w:r>
    </w:p>
    <w:p w14:paraId="610DC0F6" w14:textId="77777777" w:rsidR="00035E41" w:rsidRDefault="00035E41" w:rsidP="00035E41">
      <w:pPr>
        <w:spacing w:before="120" w:after="0"/>
        <w:rPr>
          <w:b/>
        </w:rPr>
      </w:pPr>
      <w:r>
        <w:rPr>
          <w:b/>
        </w:rPr>
        <w:t>________________________________________________________________________________________</w:t>
      </w:r>
    </w:p>
    <w:p w14:paraId="67B07CFA" w14:textId="77777777" w:rsidR="00035E41" w:rsidRDefault="00035E41" w:rsidP="00035E41">
      <w:pPr>
        <w:spacing w:before="120" w:after="0"/>
        <w:rPr>
          <w:b/>
        </w:rPr>
      </w:pPr>
      <w:r>
        <w:rPr>
          <w:b/>
        </w:rPr>
        <w:t>________________________________________________________________________________________</w:t>
      </w:r>
    </w:p>
    <w:p w14:paraId="22ADED3D" w14:textId="77777777" w:rsidR="00A52484" w:rsidRDefault="00A52484" w:rsidP="009608B2">
      <w:pPr>
        <w:spacing w:after="0"/>
        <w:rPr>
          <w:b/>
        </w:rPr>
      </w:pPr>
    </w:p>
    <w:p w14:paraId="63EC657B" w14:textId="77777777" w:rsidR="00D960CD" w:rsidRDefault="00D960CD" w:rsidP="009608B2">
      <w:pPr>
        <w:spacing w:after="0"/>
      </w:pPr>
    </w:p>
    <w:p w14:paraId="6C666B4A" w14:textId="26657655" w:rsidR="00ED5768" w:rsidRPr="00ED5768" w:rsidRDefault="00D960CD" w:rsidP="009608B2">
      <w:pPr>
        <w:spacing w:after="0"/>
        <w:rPr>
          <w:b/>
          <w:bCs/>
        </w:rPr>
      </w:pPr>
      <w:r>
        <w:rPr>
          <w:b/>
          <w:bCs/>
        </w:rPr>
        <w:t>C</w:t>
      </w:r>
      <w:r w:rsidRPr="00ED5768">
        <w:rPr>
          <w:b/>
          <w:bCs/>
        </w:rPr>
        <w:t xml:space="preserve"> – CAPACITY BUILDING AND INVOLVEMENT OF THE APPLICANT </w:t>
      </w:r>
    </w:p>
    <w:p w14:paraId="1CC8C5C0" w14:textId="77777777" w:rsidR="00ED5768" w:rsidRDefault="00ED5768" w:rsidP="009608B2">
      <w:pPr>
        <w:spacing w:after="0"/>
      </w:pPr>
    </w:p>
    <w:p w14:paraId="7DA87C00" w14:textId="1A73E402" w:rsidR="00035E41" w:rsidRDefault="00035E41" w:rsidP="00035E41">
      <w:pPr>
        <w:pStyle w:val="ListParagraph"/>
        <w:numPr>
          <w:ilvl w:val="0"/>
          <w:numId w:val="13"/>
        </w:numPr>
        <w:spacing w:before="120" w:after="0"/>
        <w:ind w:left="360"/>
        <w:rPr>
          <w:b/>
        </w:rPr>
      </w:pPr>
      <w:r>
        <w:rPr>
          <w:b/>
        </w:rPr>
        <w:t>Applicant’s capacity and involvement in the sorghum industry</w:t>
      </w:r>
    </w:p>
    <w:p w14:paraId="40B768E4" w14:textId="77777777" w:rsidR="00035E41" w:rsidRPr="00035E41" w:rsidRDefault="00035E41" w:rsidP="00035E41">
      <w:pPr>
        <w:pStyle w:val="ListParagraph"/>
        <w:spacing w:before="120" w:after="0"/>
        <w:ind w:left="360"/>
        <w:rPr>
          <w:b/>
        </w:rPr>
      </w:pPr>
    </w:p>
    <w:p w14:paraId="43AA0E86" w14:textId="77777777" w:rsidR="00035E41" w:rsidRDefault="00035E41" w:rsidP="00035E41">
      <w:pPr>
        <w:spacing w:after="0"/>
        <w:rPr>
          <w:i/>
          <w:sz w:val="18"/>
        </w:rPr>
      </w:pPr>
      <w:r>
        <w:rPr>
          <w:i/>
          <w:sz w:val="18"/>
        </w:rPr>
        <w:t>Briefly describe the applicant’s institutional and technical capacity and its current involvement in the South African sorghum industry.</w:t>
      </w:r>
    </w:p>
    <w:p w14:paraId="6DFC14B3" w14:textId="77777777" w:rsidR="00035E41" w:rsidRDefault="00035E41" w:rsidP="00035E41">
      <w:pPr>
        <w:spacing w:before="120" w:after="0"/>
        <w:rPr>
          <w:b/>
        </w:rPr>
      </w:pPr>
      <w:r>
        <w:rPr>
          <w:b/>
        </w:rPr>
        <w:t>________________________________________________________________________________________</w:t>
      </w:r>
    </w:p>
    <w:p w14:paraId="7AB3180D" w14:textId="77777777" w:rsidR="00035E41" w:rsidRDefault="00035E41" w:rsidP="00035E41">
      <w:pPr>
        <w:spacing w:before="120" w:after="0"/>
        <w:rPr>
          <w:b/>
        </w:rPr>
      </w:pPr>
      <w:r>
        <w:rPr>
          <w:b/>
        </w:rPr>
        <w:t>________________________________________________________________________________________</w:t>
      </w:r>
    </w:p>
    <w:p w14:paraId="43AEA2D5" w14:textId="77777777" w:rsidR="00035E41" w:rsidRDefault="00035E41" w:rsidP="00035E41">
      <w:pPr>
        <w:spacing w:before="120" w:after="0"/>
        <w:rPr>
          <w:b/>
        </w:rPr>
      </w:pPr>
      <w:r>
        <w:rPr>
          <w:b/>
        </w:rPr>
        <w:t>________________________________________________________________________________________</w:t>
      </w:r>
    </w:p>
    <w:p w14:paraId="1DA9A5D0" w14:textId="77777777" w:rsidR="00035E41" w:rsidRDefault="00035E41" w:rsidP="00035E41">
      <w:pPr>
        <w:spacing w:before="120" w:after="0"/>
        <w:rPr>
          <w:b/>
        </w:rPr>
      </w:pPr>
      <w:r>
        <w:rPr>
          <w:b/>
        </w:rPr>
        <w:t>________________________________________________________________________________________</w:t>
      </w:r>
    </w:p>
    <w:p w14:paraId="104AEDA3" w14:textId="77777777" w:rsidR="00035E41" w:rsidRDefault="00035E41" w:rsidP="00035E41">
      <w:pPr>
        <w:spacing w:before="120" w:after="0"/>
        <w:rPr>
          <w:b/>
        </w:rPr>
      </w:pPr>
      <w:r>
        <w:rPr>
          <w:b/>
        </w:rPr>
        <w:t>________________________________________________________________________________________</w:t>
      </w:r>
    </w:p>
    <w:p w14:paraId="258B4E39" w14:textId="77777777" w:rsidR="00035E41" w:rsidRDefault="00035E41" w:rsidP="00035E41">
      <w:pPr>
        <w:spacing w:before="120" w:after="0"/>
        <w:rPr>
          <w:b/>
        </w:rPr>
      </w:pPr>
      <w:r>
        <w:rPr>
          <w:b/>
        </w:rPr>
        <w:t>________________________________________________________________________________________</w:t>
      </w:r>
    </w:p>
    <w:p w14:paraId="6C44A989" w14:textId="77777777" w:rsidR="00035E41" w:rsidRDefault="00035E41" w:rsidP="00035E41">
      <w:pPr>
        <w:spacing w:before="120" w:after="0"/>
        <w:rPr>
          <w:b/>
        </w:rPr>
      </w:pPr>
      <w:r>
        <w:rPr>
          <w:b/>
        </w:rPr>
        <w:t>________________________________________________________________________________________</w:t>
      </w:r>
    </w:p>
    <w:p w14:paraId="2128DBE4" w14:textId="77777777" w:rsidR="00035E41" w:rsidRDefault="00035E41" w:rsidP="00035E41">
      <w:pPr>
        <w:spacing w:before="120" w:after="0"/>
        <w:rPr>
          <w:b/>
        </w:rPr>
      </w:pPr>
      <w:r>
        <w:rPr>
          <w:b/>
        </w:rPr>
        <w:t>________________________________________________________________________________________</w:t>
      </w:r>
    </w:p>
    <w:p w14:paraId="10F9F69D" w14:textId="77777777" w:rsidR="00ED5768" w:rsidRDefault="00ED5768" w:rsidP="009608B2">
      <w:pPr>
        <w:spacing w:after="0"/>
      </w:pPr>
    </w:p>
    <w:p w14:paraId="448B7FCF" w14:textId="77777777" w:rsidR="00ED5768" w:rsidRDefault="00ED5768" w:rsidP="009608B2">
      <w:pPr>
        <w:spacing w:after="0"/>
      </w:pPr>
    </w:p>
    <w:p w14:paraId="0BC6D24B" w14:textId="495C326B" w:rsidR="00ED5768" w:rsidRDefault="00FA46B1" w:rsidP="00035E41">
      <w:pPr>
        <w:pStyle w:val="ListParagraph"/>
        <w:numPr>
          <w:ilvl w:val="0"/>
          <w:numId w:val="13"/>
        </w:numPr>
        <w:spacing w:before="120" w:after="0"/>
        <w:ind w:left="360"/>
        <w:rPr>
          <w:b/>
        </w:rPr>
      </w:pPr>
      <w:r w:rsidRPr="00035E41">
        <w:rPr>
          <w:b/>
        </w:rPr>
        <w:t>Applicant’s BBBEEE Policy Framework: Equity, Ownership and Skills Development</w:t>
      </w:r>
    </w:p>
    <w:p w14:paraId="5EBC803F" w14:textId="77777777" w:rsidR="00035E41" w:rsidRPr="00035E41" w:rsidRDefault="00035E41" w:rsidP="00035E41">
      <w:pPr>
        <w:pStyle w:val="ListParagraph"/>
        <w:spacing w:before="120" w:after="0"/>
        <w:ind w:left="360"/>
        <w:rPr>
          <w:b/>
        </w:rPr>
      </w:pPr>
    </w:p>
    <w:p w14:paraId="43B6F81E" w14:textId="52734D78" w:rsidR="00FA46B1" w:rsidRPr="00035E41" w:rsidRDefault="00FA46B1" w:rsidP="009608B2">
      <w:pPr>
        <w:spacing w:after="0"/>
        <w:rPr>
          <w:i/>
          <w:sz w:val="18"/>
        </w:rPr>
      </w:pPr>
      <w:r w:rsidRPr="00035E41">
        <w:rPr>
          <w:i/>
          <w:sz w:val="18"/>
        </w:rPr>
        <w:t>(Present and Future plans):</w:t>
      </w:r>
    </w:p>
    <w:p w14:paraId="05386841" w14:textId="77777777" w:rsidR="00FA46B1" w:rsidRDefault="00FA46B1" w:rsidP="009608B2">
      <w:pPr>
        <w:spacing w:before="120" w:after="0"/>
        <w:rPr>
          <w:b/>
        </w:rPr>
      </w:pPr>
      <w:r>
        <w:rPr>
          <w:b/>
        </w:rPr>
        <w:t>________________________________________________________________________________________</w:t>
      </w:r>
    </w:p>
    <w:p w14:paraId="6004387D" w14:textId="77777777" w:rsidR="00FA46B1" w:rsidRDefault="00FA46B1" w:rsidP="009608B2">
      <w:pPr>
        <w:spacing w:before="120" w:after="0"/>
        <w:rPr>
          <w:b/>
        </w:rPr>
      </w:pPr>
      <w:r>
        <w:rPr>
          <w:b/>
        </w:rPr>
        <w:t>________________________________________________________________________________________</w:t>
      </w:r>
    </w:p>
    <w:p w14:paraId="1CF7FA10" w14:textId="77777777" w:rsidR="00FA46B1" w:rsidRDefault="00FA46B1" w:rsidP="009608B2">
      <w:pPr>
        <w:spacing w:before="120" w:after="0"/>
        <w:rPr>
          <w:b/>
        </w:rPr>
      </w:pPr>
      <w:r>
        <w:rPr>
          <w:b/>
        </w:rPr>
        <w:t>________________________________________________________________________________________</w:t>
      </w:r>
    </w:p>
    <w:p w14:paraId="70410BCE" w14:textId="77777777" w:rsidR="00FA46B1" w:rsidRDefault="00FA46B1" w:rsidP="009608B2">
      <w:pPr>
        <w:spacing w:before="120" w:after="0"/>
        <w:rPr>
          <w:b/>
        </w:rPr>
      </w:pPr>
      <w:r>
        <w:rPr>
          <w:b/>
        </w:rPr>
        <w:t>________________________________________________________________________________________</w:t>
      </w:r>
    </w:p>
    <w:p w14:paraId="0A6ECF6E" w14:textId="77777777" w:rsidR="00FA46B1" w:rsidRDefault="00FA46B1" w:rsidP="009608B2">
      <w:pPr>
        <w:spacing w:before="120" w:after="0"/>
        <w:rPr>
          <w:b/>
        </w:rPr>
      </w:pPr>
      <w:r>
        <w:rPr>
          <w:b/>
        </w:rPr>
        <w:t>________________________________________________________________________________________</w:t>
      </w:r>
    </w:p>
    <w:p w14:paraId="58187086" w14:textId="77777777" w:rsidR="00FA46B1" w:rsidRDefault="00FA46B1" w:rsidP="009608B2">
      <w:pPr>
        <w:spacing w:before="120" w:after="0"/>
        <w:rPr>
          <w:b/>
        </w:rPr>
      </w:pPr>
      <w:r>
        <w:rPr>
          <w:b/>
        </w:rPr>
        <w:t>________________________________________________________________________________________</w:t>
      </w:r>
    </w:p>
    <w:p w14:paraId="3CA19C0C" w14:textId="77777777" w:rsidR="00FA46B1" w:rsidRDefault="00FA46B1" w:rsidP="009608B2">
      <w:pPr>
        <w:spacing w:before="120" w:after="0"/>
        <w:rPr>
          <w:b/>
        </w:rPr>
      </w:pPr>
      <w:r>
        <w:rPr>
          <w:b/>
        </w:rPr>
        <w:t>________________________________________________________________________________________</w:t>
      </w:r>
    </w:p>
    <w:p w14:paraId="1EEC4A42" w14:textId="77777777" w:rsidR="00FA46B1" w:rsidRDefault="00FA46B1" w:rsidP="009608B2">
      <w:pPr>
        <w:spacing w:before="120" w:after="0"/>
        <w:rPr>
          <w:b/>
        </w:rPr>
      </w:pPr>
      <w:r>
        <w:rPr>
          <w:b/>
        </w:rPr>
        <w:t>________________________________________________________________________________________</w:t>
      </w:r>
    </w:p>
    <w:p w14:paraId="69E98DE8" w14:textId="77777777" w:rsidR="00FA46B1" w:rsidRDefault="00FA46B1" w:rsidP="009608B2">
      <w:pPr>
        <w:spacing w:after="0"/>
      </w:pPr>
    </w:p>
    <w:p w14:paraId="3FF5E582" w14:textId="77777777" w:rsidR="00FA46B1" w:rsidRDefault="00FA46B1" w:rsidP="009608B2">
      <w:pPr>
        <w:spacing w:after="0"/>
      </w:pPr>
    </w:p>
    <w:p w14:paraId="674E182F" w14:textId="77777777" w:rsidR="00D960CD" w:rsidRDefault="00D960CD" w:rsidP="009608B2">
      <w:pPr>
        <w:spacing w:after="0"/>
      </w:pPr>
    </w:p>
    <w:p w14:paraId="17270B2D" w14:textId="77777777" w:rsidR="00D960CD" w:rsidRDefault="00D960CD" w:rsidP="009608B2">
      <w:pPr>
        <w:spacing w:after="0"/>
      </w:pPr>
    </w:p>
    <w:p w14:paraId="3849A376" w14:textId="263F2D95" w:rsidR="004B044E" w:rsidRDefault="004B044E" w:rsidP="004B044E">
      <w:pPr>
        <w:pStyle w:val="ListParagraph"/>
        <w:numPr>
          <w:ilvl w:val="0"/>
          <w:numId w:val="13"/>
        </w:numPr>
        <w:spacing w:before="120" w:after="0"/>
        <w:ind w:left="360"/>
        <w:rPr>
          <w:b/>
        </w:rPr>
      </w:pPr>
      <w:r w:rsidRPr="004B044E">
        <w:rPr>
          <w:b/>
        </w:rPr>
        <w:t xml:space="preserve"> Tax and Registration Status of the Applicant</w:t>
      </w:r>
    </w:p>
    <w:p w14:paraId="501548A7" w14:textId="77777777" w:rsidR="004B044E" w:rsidRPr="004B044E" w:rsidRDefault="004B044E" w:rsidP="004B044E">
      <w:pPr>
        <w:pStyle w:val="ListParagraph"/>
        <w:spacing w:before="120" w:after="0"/>
        <w:ind w:left="360"/>
        <w:rPr>
          <w:b/>
        </w:rPr>
      </w:pPr>
    </w:p>
    <w:p w14:paraId="68111D1A" w14:textId="7E9A51B1" w:rsidR="004B044E" w:rsidRPr="00D960CD" w:rsidRDefault="004B044E" w:rsidP="00D960CD">
      <w:pPr>
        <w:numPr>
          <w:ilvl w:val="0"/>
          <w:numId w:val="16"/>
        </w:numPr>
        <w:spacing w:after="0"/>
        <w:rPr>
          <w:lang w:val="en-ZA"/>
        </w:rPr>
      </w:pPr>
      <w:r w:rsidRPr="004B044E">
        <w:rPr>
          <w:lang w:val="en-ZA"/>
        </w:rPr>
        <w:t xml:space="preserve">Registered as a Public Benefit Organisation (PBO): </w:t>
      </w:r>
      <w:r w:rsidRPr="004B044E">
        <w:rPr>
          <w:b/>
          <w:bCs/>
          <w:lang w:val="en-ZA"/>
        </w:rPr>
        <w:t>Yes / No / Not Applicable</w:t>
      </w:r>
      <w:r w:rsidRPr="004B044E">
        <w:rPr>
          <w:lang w:val="en-ZA"/>
        </w:rPr>
        <w:t xml:space="preserve"> </w:t>
      </w:r>
    </w:p>
    <w:p w14:paraId="68A79B72" w14:textId="47B29873" w:rsidR="004B044E" w:rsidRPr="00D960CD" w:rsidRDefault="004B044E" w:rsidP="004B044E">
      <w:pPr>
        <w:numPr>
          <w:ilvl w:val="0"/>
          <w:numId w:val="16"/>
        </w:numPr>
        <w:spacing w:after="0"/>
        <w:rPr>
          <w:lang w:val="en-ZA"/>
        </w:rPr>
      </w:pPr>
      <w:r w:rsidRPr="004B044E">
        <w:rPr>
          <w:lang w:val="en-ZA"/>
        </w:rPr>
        <w:t xml:space="preserve">Registered as a Value Added Tax Vendor (VAT): </w:t>
      </w:r>
      <w:r w:rsidRPr="004B044E">
        <w:rPr>
          <w:b/>
          <w:bCs/>
          <w:lang w:val="en-ZA"/>
        </w:rPr>
        <w:t>Yes / No</w:t>
      </w:r>
      <w:r w:rsidRPr="004B044E">
        <w:rPr>
          <w:lang w:val="en-ZA"/>
        </w:rPr>
        <w:t xml:space="preserve"> </w:t>
      </w:r>
    </w:p>
    <w:p w14:paraId="1B238504" w14:textId="77777777" w:rsidR="004B044E" w:rsidRDefault="004B044E" w:rsidP="004B044E">
      <w:pPr>
        <w:numPr>
          <w:ilvl w:val="0"/>
          <w:numId w:val="16"/>
        </w:numPr>
        <w:spacing w:after="0"/>
        <w:rPr>
          <w:lang w:val="en-ZA"/>
        </w:rPr>
      </w:pPr>
      <w:r w:rsidRPr="004B044E">
        <w:rPr>
          <w:lang w:val="en-ZA"/>
        </w:rPr>
        <w:t>PBO Registration Number, if applicable:</w:t>
      </w:r>
    </w:p>
    <w:p w14:paraId="11F55164" w14:textId="786F71FD" w:rsidR="004B044E" w:rsidRDefault="004B044E" w:rsidP="004B044E">
      <w:pPr>
        <w:spacing w:after="0"/>
        <w:ind w:left="360"/>
        <w:rPr>
          <w:lang w:val="en-ZA"/>
        </w:rPr>
      </w:pPr>
    </w:p>
    <w:p w14:paraId="305883F0" w14:textId="7B017357" w:rsidR="004B044E" w:rsidRDefault="004B044E" w:rsidP="004B044E">
      <w:pPr>
        <w:spacing w:after="0"/>
        <w:ind w:left="360" w:firstLine="360"/>
        <w:rPr>
          <w:lang w:val="en-ZA"/>
        </w:rPr>
      </w:pPr>
      <w:r>
        <w:rPr>
          <w:lang w:val="en-ZA"/>
        </w:rPr>
        <w:t>__________________________________________________________</w:t>
      </w:r>
    </w:p>
    <w:p w14:paraId="06A52613" w14:textId="77777777" w:rsidR="004B044E" w:rsidRPr="004B044E" w:rsidRDefault="004B044E" w:rsidP="004B044E">
      <w:pPr>
        <w:spacing w:after="0"/>
        <w:ind w:left="360" w:firstLine="360"/>
        <w:rPr>
          <w:lang w:val="en-ZA"/>
        </w:rPr>
      </w:pPr>
    </w:p>
    <w:p w14:paraId="702D4E04" w14:textId="77777777" w:rsidR="004B044E" w:rsidRDefault="004B044E" w:rsidP="004B044E">
      <w:pPr>
        <w:pStyle w:val="ListParagraph"/>
        <w:numPr>
          <w:ilvl w:val="0"/>
          <w:numId w:val="16"/>
        </w:numPr>
        <w:spacing w:after="0"/>
        <w:rPr>
          <w:lang w:val="en-ZA"/>
        </w:rPr>
      </w:pPr>
      <w:r w:rsidRPr="004B044E">
        <w:rPr>
          <w:lang w:val="en-ZA"/>
        </w:rPr>
        <w:t>VAT Registration Number, if applicable:</w:t>
      </w:r>
    </w:p>
    <w:p w14:paraId="47954B22" w14:textId="1765FE9D" w:rsidR="004B044E" w:rsidRPr="004B044E" w:rsidRDefault="004B044E" w:rsidP="004B044E">
      <w:pPr>
        <w:pStyle w:val="ListParagraph"/>
        <w:spacing w:after="0"/>
        <w:rPr>
          <w:lang w:val="en-ZA"/>
        </w:rPr>
      </w:pPr>
      <w:r w:rsidRPr="004B044E">
        <w:rPr>
          <w:lang w:val="en-ZA"/>
        </w:rPr>
        <w:br/>
        <w:t>__________________________________________________________</w:t>
      </w:r>
    </w:p>
    <w:p w14:paraId="0B402520" w14:textId="45703A8E" w:rsidR="004B044E" w:rsidRPr="004B044E" w:rsidRDefault="004B044E" w:rsidP="004B044E">
      <w:pPr>
        <w:spacing w:after="0"/>
        <w:ind w:left="720"/>
        <w:rPr>
          <w:lang w:val="en-ZA"/>
        </w:rPr>
      </w:pPr>
    </w:p>
    <w:p w14:paraId="273D8819" w14:textId="77777777" w:rsidR="004B044E" w:rsidRDefault="004B044E" w:rsidP="004B044E">
      <w:pPr>
        <w:pStyle w:val="ListParagraph"/>
        <w:numPr>
          <w:ilvl w:val="0"/>
          <w:numId w:val="16"/>
        </w:numPr>
        <w:spacing w:after="0"/>
        <w:rPr>
          <w:lang w:val="en-ZA"/>
        </w:rPr>
      </w:pPr>
      <w:r w:rsidRPr="004B044E">
        <w:rPr>
          <w:lang w:val="en-ZA"/>
        </w:rPr>
        <w:t>Other relevant registration number, if applicable:</w:t>
      </w:r>
    </w:p>
    <w:p w14:paraId="5173EC0D" w14:textId="1516D030" w:rsidR="004B044E" w:rsidRPr="004B044E" w:rsidRDefault="004B044E" w:rsidP="004B044E">
      <w:pPr>
        <w:pStyle w:val="ListParagraph"/>
        <w:spacing w:after="0"/>
        <w:rPr>
          <w:lang w:val="en-ZA"/>
        </w:rPr>
      </w:pPr>
      <w:r w:rsidRPr="004B044E">
        <w:rPr>
          <w:lang w:val="en-ZA"/>
        </w:rPr>
        <w:br/>
        <w:t>__________________________________________________________</w:t>
      </w:r>
    </w:p>
    <w:p w14:paraId="2E9E461D" w14:textId="67338EDB" w:rsidR="004B044E" w:rsidRDefault="004B044E" w:rsidP="004B044E">
      <w:pPr>
        <w:spacing w:after="0"/>
        <w:ind w:left="720"/>
      </w:pPr>
    </w:p>
    <w:p w14:paraId="7DF27487" w14:textId="77777777" w:rsidR="00FA46B1" w:rsidRDefault="00FA46B1" w:rsidP="009608B2">
      <w:pPr>
        <w:spacing w:after="0"/>
      </w:pPr>
    </w:p>
    <w:p w14:paraId="1615C920" w14:textId="378D2F44" w:rsidR="006E41A2" w:rsidRDefault="00D960CD" w:rsidP="009608B2">
      <w:pPr>
        <w:spacing w:before="140" w:after="0"/>
        <w:rPr>
          <w:b/>
          <w:sz w:val="22"/>
        </w:rPr>
      </w:pPr>
      <w:r>
        <w:rPr>
          <w:b/>
          <w:sz w:val="22"/>
        </w:rPr>
        <w:t xml:space="preserve">D. APPLICANT INFORMATION </w:t>
      </w:r>
    </w:p>
    <w:p w14:paraId="55C7BC4D" w14:textId="77777777" w:rsidR="00D960CD" w:rsidRDefault="00D960CD" w:rsidP="009608B2">
      <w:pPr>
        <w:spacing w:before="140" w:after="0"/>
      </w:pPr>
    </w:p>
    <w:tbl>
      <w:tblPr>
        <w:tblStyle w:val="TableGrid"/>
        <w:tblW w:w="0" w:type="auto"/>
        <w:jc w:val="center"/>
        <w:tblLook w:val="04A0" w:firstRow="1" w:lastRow="0" w:firstColumn="1" w:lastColumn="0" w:noHBand="0" w:noVBand="1"/>
      </w:tblPr>
      <w:tblGrid>
        <w:gridCol w:w="4590"/>
        <w:gridCol w:w="5769"/>
      </w:tblGrid>
      <w:tr w:rsidR="006E41A2" w14:paraId="6FF2398F" w14:textId="77777777" w:rsidTr="00D960CD">
        <w:trPr>
          <w:trHeight w:val="720"/>
          <w:jc w:val="center"/>
        </w:trPr>
        <w:tc>
          <w:tcPr>
            <w:tcW w:w="4590" w:type="dxa"/>
            <w:vAlign w:val="center"/>
          </w:tcPr>
          <w:p w14:paraId="5CD1945C" w14:textId="77777777" w:rsidR="006E41A2" w:rsidRDefault="004E2BA6" w:rsidP="009608B2">
            <w:r>
              <w:rPr>
                <w:b/>
              </w:rPr>
              <w:t>Postal Address:</w:t>
            </w:r>
          </w:p>
        </w:tc>
        <w:tc>
          <w:tcPr>
            <w:tcW w:w="5769" w:type="dxa"/>
            <w:vAlign w:val="center"/>
          </w:tcPr>
          <w:p w14:paraId="6F356F0D" w14:textId="77777777" w:rsidR="006E41A2" w:rsidRDefault="006E41A2" w:rsidP="009608B2"/>
        </w:tc>
      </w:tr>
      <w:tr w:rsidR="006E41A2" w14:paraId="4740C36D" w14:textId="77777777" w:rsidTr="00D960CD">
        <w:trPr>
          <w:trHeight w:val="720"/>
          <w:jc w:val="center"/>
        </w:trPr>
        <w:tc>
          <w:tcPr>
            <w:tcW w:w="4590" w:type="dxa"/>
            <w:vAlign w:val="center"/>
          </w:tcPr>
          <w:p w14:paraId="3A971C42" w14:textId="77777777" w:rsidR="006E41A2" w:rsidRDefault="004E2BA6" w:rsidP="009608B2">
            <w:r>
              <w:rPr>
                <w:b/>
              </w:rPr>
              <w:t>Physical Address:</w:t>
            </w:r>
          </w:p>
        </w:tc>
        <w:tc>
          <w:tcPr>
            <w:tcW w:w="5769" w:type="dxa"/>
            <w:vAlign w:val="center"/>
          </w:tcPr>
          <w:p w14:paraId="5223ECD0" w14:textId="77777777" w:rsidR="006E41A2" w:rsidRDefault="006E41A2" w:rsidP="009608B2"/>
        </w:tc>
      </w:tr>
      <w:tr w:rsidR="006E41A2" w14:paraId="667AF016" w14:textId="77777777" w:rsidTr="00D960CD">
        <w:trPr>
          <w:trHeight w:val="720"/>
          <w:jc w:val="center"/>
        </w:trPr>
        <w:tc>
          <w:tcPr>
            <w:tcW w:w="4590" w:type="dxa"/>
            <w:vAlign w:val="center"/>
          </w:tcPr>
          <w:p w14:paraId="1A95FA9A" w14:textId="77777777" w:rsidR="006E41A2" w:rsidRDefault="004E2BA6" w:rsidP="009608B2">
            <w:r>
              <w:rPr>
                <w:b/>
              </w:rPr>
              <w:t>Title, Name and Surname of Contact Person:</w:t>
            </w:r>
          </w:p>
        </w:tc>
        <w:tc>
          <w:tcPr>
            <w:tcW w:w="5769" w:type="dxa"/>
            <w:vAlign w:val="center"/>
          </w:tcPr>
          <w:p w14:paraId="06BB9CCC" w14:textId="77777777" w:rsidR="006E41A2" w:rsidRDefault="006E41A2" w:rsidP="009608B2"/>
        </w:tc>
      </w:tr>
      <w:tr w:rsidR="006E41A2" w14:paraId="47FCDF79" w14:textId="77777777" w:rsidTr="00D960CD">
        <w:trPr>
          <w:trHeight w:val="720"/>
          <w:jc w:val="center"/>
        </w:trPr>
        <w:tc>
          <w:tcPr>
            <w:tcW w:w="4590" w:type="dxa"/>
            <w:vAlign w:val="center"/>
          </w:tcPr>
          <w:p w14:paraId="15595BC1" w14:textId="77777777" w:rsidR="006E41A2" w:rsidRDefault="004E2BA6" w:rsidP="009608B2">
            <w:r>
              <w:rPr>
                <w:b/>
              </w:rPr>
              <w:t>E-mail Address:</w:t>
            </w:r>
          </w:p>
        </w:tc>
        <w:tc>
          <w:tcPr>
            <w:tcW w:w="5769" w:type="dxa"/>
            <w:vAlign w:val="center"/>
          </w:tcPr>
          <w:p w14:paraId="2021B3D6" w14:textId="77777777" w:rsidR="006E41A2" w:rsidRDefault="006E41A2" w:rsidP="009608B2"/>
        </w:tc>
      </w:tr>
      <w:tr w:rsidR="006E41A2" w14:paraId="7F6D7CCD" w14:textId="77777777" w:rsidTr="00D960CD">
        <w:trPr>
          <w:trHeight w:val="720"/>
          <w:jc w:val="center"/>
        </w:trPr>
        <w:tc>
          <w:tcPr>
            <w:tcW w:w="4590" w:type="dxa"/>
            <w:vAlign w:val="center"/>
          </w:tcPr>
          <w:p w14:paraId="4B1610C7" w14:textId="77777777" w:rsidR="006E41A2" w:rsidRDefault="004E2BA6" w:rsidP="009608B2">
            <w:r>
              <w:rPr>
                <w:b/>
              </w:rPr>
              <w:t>Telephone Number:</w:t>
            </w:r>
          </w:p>
        </w:tc>
        <w:tc>
          <w:tcPr>
            <w:tcW w:w="5769" w:type="dxa"/>
            <w:vAlign w:val="center"/>
          </w:tcPr>
          <w:p w14:paraId="288E8ABF" w14:textId="77777777" w:rsidR="006E41A2" w:rsidRDefault="006E41A2" w:rsidP="009608B2"/>
        </w:tc>
      </w:tr>
    </w:tbl>
    <w:p w14:paraId="59CF9B08" w14:textId="77777777" w:rsidR="00A52484" w:rsidRDefault="00A52484" w:rsidP="009608B2">
      <w:pPr>
        <w:spacing w:before="120" w:after="0"/>
        <w:rPr>
          <w:b/>
        </w:rPr>
      </w:pPr>
    </w:p>
    <w:p w14:paraId="094AA605" w14:textId="77777777" w:rsidR="00D960CD" w:rsidRDefault="00D960CD" w:rsidP="009608B2">
      <w:pPr>
        <w:spacing w:before="120" w:after="0"/>
        <w:rPr>
          <w:b/>
        </w:rPr>
      </w:pPr>
    </w:p>
    <w:p w14:paraId="2E937ECD" w14:textId="77777777" w:rsidR="00D960CD" w:rsidRDefault="00D960CD" w:rsidP="009608B2">
      <w:pPr>
        <w:spacing w:before="120" w:after="0"/>
        <w:rPr>
          <w:b/>
        </w:rPr>
      </w:pPr>
    </w:p>
    <w:p w14:paraId="6789DC76" w14:textId="77777777" w:rsidR="00D960CD" w:rsidRDefault="00D960CD" w:rsidP="009608B2">
      <w:pPr>
        <w:spacing w:before="120" w:after="0"/>
        <w:rPr>
          <w:b/>
        </w:rPr>
      </w:pPr>
    </w:p>
    <w:p w14:paraId="345292D7" w14:textId="77777777" w:rsidR="00D960CD" w:rsidRDefault="00D960CD" w:rsidP="009608B2">
      <w:pPr>
        <w:spacing w:before="120" w:after="0"/>
        <w:rPr>
          <w:b/>
        </w:rPr>
      </w:pPr>
    </w:p>
    <w:p w14:paraId="22C92F31" w14:textId="77777777" w:rsidR="00D960CD" w:rsidRDefault="00D960CD" w:rsidP="009608B2">
      <w:pPr>
        <w:spacing w:before="120" w:after="0"/>
        <w:rPr>
          <w:b/>
        </w:rPr>
      </w:pPr>
    </w:p>
    <w:p w14:paraId="583F26B3" w14:textId="77777777" w:rsidR="00D960CD" w:rsidRDefault="00D960CD" w:rsidP="009608B2">
      <w:pPr>
        <w:spacing w:before="120" w:after="0"/>
        <w:rPr>
          <w:b/>
        </w:rPr>
      </w:pPr>
    </w:p>
    <w:p w14:paraId="1FAE1DB8" w14:textId="77777777" w:rsidR="00D960CD" w:rsidRDefault="00D960CD" w:rsidP="009608B2">
      <w:pPr>
        <w:spacing w:before="120" w:after="0"/>
        <w:rPr>
          <w:b/>
        </w:rPr>
      </w:pPr>
    </w:p>
    <w:p w14:paraId="0244C291" w14:textId="77777777" w:rsidR="00D960CD" w:rsidRDefault="00D960CD" w:rsidP="009608B2">
      <w:pPr>
        <w:spacing w:before="120" w:after="0"/>
        <w:rPr>
          <w:b/>
        </w:rPr>
      </w:pPr>
    </w:p>
    <w:p w14:paraId="5CBFEA99" w14:textId="77777777" w:rsidR="00D960CD" w:rsidRDefault="00D960CD" w:rsidP="009608B2">
      <w:pPr>
        <w:spacing w:before="120" w:after="0"/>
        <w:rPr>
          <w:b/>
        </w:rPr>
      </w:pPr>
    </w:p>
    <w:p w14:paraId="62614003" w14:textId="77777777" w:rsidR="00D960CD" w:rsidRDefault="00D960CD" w:rsidP="009608B2">
      <w:pPr>
        <w:spacing w:before="120" w:after="0"/>
        <w:rPr>
          <w:b/>
        </w:rPr>
      </w:pPr>
    </w:p>
    <w:p w14:paraId="35DC561F" w14:textId="77777777" w:rsidR="00D960CD" w:rsidRDefault="00D960CD" w:rsidP="009608B2">
      <w:pPr>
        <w:spacing w:before="120" w:after="0"/>
        <w:rPr>
          <w:b/>
        </w:rPr>
      </w:pPr>
    </w:p>
    <w:p w14:paraId="2CA78CD9" w14:textId="23F76B45" w:rsidR="006E41A2" w:rsidRDefault="00D960CD" w:rsidP="009608B2">
      <w:pPr>
        <w:spacing w:before="140" w:after="0"/>
        <w:rPr>
          <w:b/>
          <w:sz w:val="22"/>
        </w:rPr>
      </w:pPr>
      <w:r>
        <w:rPr>
          <w:b/>
          <w:sz w:val="22"/>
        </w:rPr>
        <w:lastRenderedPageBreak/>
        <w:t>E</w:t>
      </w:r>
      <w:r w:rsidR="004E2BA6">
        <w:rPr>
          <w:b/>
          <w:sz w:val="22"/>
        </w:rPr>
        <w:t>. DECLARATION AND AUTHORISATION</w:t>
      </w:r>
    </w:p>
    <w:p w14:paraId="7D8C5C2E" w14:textId="77777777" w:rsidR="00035E41" w:rsidRDefault="00035E41" w:rsidP="009608B2">
      <w:pPr>
        <w:spacing w:before="140" w:after="0"/>
      </w:pPr>
    </w:p>
    <w:p w14:paraId="32D32C5C" w14:textId="77777777" w:rsidR="006E41A2" w:rsidRDefault="004E2BA6" w:rsidP="009608B2">
      <w:pPr>
        <w:spacing w:after="0"/>
      </w:pPr>
      <w:r>
        <w:t xml:space="preserve">The undersigned warrants that he/she is duly </w:t>
      </w:r>
      <w:proofErr w:type="spellStart"/>
      <w:r>
        <w:t>authorised</w:t>
      </w:r>
      <w:proofErr w:type="spellEnd"/>
      <w:r>
        <w:t xml:space="preserve"> to submit this application on behalf of the applicant/institution; that the information supplied is true and complete to the best of his/her knowledge; and that, if funding is approved, the applicant/institution will comply with the Sorghum Trust’s applicable funding norms, conditions and reporting requirements.</w:t>
      </w:r>
    </w:p>
    <w:p w14:paraId="47473DA7" w14:textId="77777777" w:rsidR="00D960CD" w:rsidRDefault="00D960CD" w:rsidP="009608B2">
      <w:pPr>
        <w:spacing w:after="0"/>
      </w:pPr>
    </w:p>
    <w:tbl>
      <w:tblPr>
        <w:tblStyle w:val="TableGrid"/>
        <w:tblW w:w="0" w:type="auto"/>
        <w:jc w:val="center"/>
        <w:tblLook w:val="04A0" w:firstRow="1" w:lastRow="0" w:firstColumn="1" w:lastColumn="0" w:noHBand="0" w:noVBand="1"/>
      </w:tblPr>
      <w:tblGrid>
        <w:gridCol w:w="5112"/>
        <w:gridCol w:w="5112"/>
      </w:tblGrid>
      <w:tr w:rsidR="006E41A2" w14:paraId="4FF7EA3B" w14:textId="77777777" w:rsidTr="00D960CD">
        <w:trPr>
          <w:trHeight w:val="576"/>
          <w:jc w:val="center"/>
        </w:trPr>
        <w:tc>
          <w:tcPr>
            <w:tcW w:w="5112" w:type="dxa"/>
            <w:vAlign w:val="center"/>
          </w:tcPr>
          <w:p w14:paraId="6A59A2DB" w14:textId="77777777" w:rsidR="006E41A2" w:rsidRDefault="004E2BA6" w:rsidP="009608B2">
            <w:r>
              <w:rPr>
                <w:b/>
              </w:rPr>
              <w:t>Name of Applicant / Project Leader:</w:t>
            </w:r>
          </w:p>
        </w:tc>
        <w:tc>
          <w:tcPr>
            <w:tcW w:w="5112" w:type="dxa"/>
            <w:vAlign w:val="center"/>
          </w:tcPr>
          <w:p w14:paraId="0BC998CF" w14:textId="77777777" w:rsidR="006E41A2" w:rsidRDefault="006E41A2" w:rsidP="009608B2"/>
        </w:tc>
      </w:tr>
      <w:tr w:rsidR="006E41A2" w14:paraId="7900259D" w14:textId="77777777" w:rsidTr="00D960CD">
        <w:trPr>
          <w:trHeight w:val="576"/>
          <w:jc w:val="center"/>
        </w:trPr>
        <w:tc>
          <w:tcPr>
            <w:tcW w:w="5112" w:type="dxa"/>
            <w:vAlign w:val="center"/>
          </w:tcPr>
          <w:p w14:paraId="74E1B9A3" w14:textId="77777777" w:rsidR="006E41A2" w:rsidRDefault="004E2BA6" w:rsidP="009608B2">
            <w:r>
              <w:rPr>
                <w:b/>
              </w:rPr>
              <w:t>Signature:</w:t>
            </w:r>
          </w:p>
        </w:tc>
        <w:tc>
          <w:tcPr>
            <w:tcW w:w="5112" w:type="dxa"/>
            <w:vAlign w:val="center"/>
          </w:tcPr>
          <w:p w14:paraId="129BAB1D" w14:textId="77777777" w:rsidR="006E41A2" w:rsidRDefault="006E41A2" w:rsidP="009608B2"/>
        </w:tc>
      </w:tr>
      <w:tr w:rsidR="006E41A2" w14:paraId="7ED09BCC" w14:textId="77777777" w:rsidTr="00D960CD">
        <w:trPr>
          <w:trHeight w:val="576"/>
          <w:jc w:val="center"/>
        </w:trPr>
        <w:tc>
          <w:tcPr>
            <w:tcW w:w="5112" w:type="dxa"/>
            <w:vAlign w:val="center"/>
          </w:tcPr>
          <w:p w14:paraId="15AFED13" w14:textId="77777777" w:rsidR="006E41A2" w:rsidRDefault="004E2BA6" w:rsidP="009608B2">
            <w:r>
              <w:rPr>
                <w:b/>
              </w:rPr>
              <w:t>Place and Date:</w:t>
            </w:r>
          </w:p>
        </w:tc>
        <w:tc>
          <w:tcPr>
            <w:tcW w:w="5112" w:type="dxa"/>
            <w:vAlign w:val="center"/>
          </w:tcPr>
          <w:p w14:paraId="1926C141" w14:textId="77777777" w:rsidR="006E41A2" w:rsidRDefault="006E41A2" w:rsidP="009608B2"/>
        </w:tc>
      </w:tr>
      <w:tr w:rsidR="006E41A2" w14:paraId="4BC72F07" w14:textId="77777777" w:rsidTr="00D960CD">
        <w:trPr>
          <w:trHeight w:val="576"/>
          <w:jc w:val="center"/>
        </w:trPr>
        <w:tc>
          <w:tcPr>
            <w:tcW w:w="5112" w:type="dxa"/>
            <w:vAlign w:val="center"/>
          </w:tcPr>
          <w:p w14:paraId="23F5E25D" w14:textId="77777777" w:rsidR="006E41A2" w:rsidRDefault="004E2BA6" w:rsidP="009608B2">
            <w:r>
              <w:rPr>
                <w:b/>
              </w:rPr>
              <w:t xml:space="preserve">Name and Position of </w:t>
            </w:r>
            <w:proofErr w:type="spellStart"/>
            <w:r>
              <w:rPr>
                <w:b/>
              </w:rPr>
              <w:t>Authorised</w:t>
            </w:r>
            <w:proofErr w:type="spellEnd"/>
            <w:r>
              <w:rPr>
                <w:b/>
              </w:rPr>
              <w:t xml:space="preserve"> Institutional Representative:</w:t>
            </w:r>
          </w:p>
        </w:tc>
        <w:tc>
          <w:tcPr>
            <w:tcW w:w="5112" w:type="dxa"/>
            <w:vAlign w:val="center"/>
          </w:tcPr>
          <w:p w14:paraId="2AF9CA00" w14:textId="77777777" w:rsidR="006E41A2" w:rsidRDefault="006E41A2" w:rsidP="009608B2"/>
        </w:tc>
      </w:tr>
      <w:tr w:rsidR="006E41A2" w14:paraId="2A0CCC21" w14:textId="77777777" w:rsidTr="00D960CD">
        <w:trPr>
          <w:trHeight w:val="576"/>
          <w:jc w:val="center"/>
        </w:trPr>
        <w:tc>
          <w:tcPr>
            <w:tcW w:w="5112" w:type="dxa"/>
            <w:vAlign w:val="center"/>
          </w:tcPr>
          <w:p w14:paraId="3363EEE5" w14:textId="77777777" w:rsidR="006E41A2" w:rsidRDefault="004E2BA6" w:rsidP="009608B2">
            <w:r>
              <w:rPr>
                <w:b/>
              </w:rPr>
              <w:t>Signature:</w:t>
            </w:r>
          </w:p>
        </w:tc>
        <w:tc>
          <w:tcPr>
            <w:tcW w:w="5112" w:type="dxa"/>
            <w:vAlign w:val="center"/>
          </w:tcPr>
          <w:p w14:paraId="1BD08862" w14:textId="77777777" w:rsidR="006E41A2" w:rsidRDefault="006E41A2" w:rsidP="009608B2"/>
        </w:tc>
      </w:tr>
      <w:tr w:rsidR="006E41A2" w14:paraId="26BD35D5" w14:textId="77777777" w:rsidTr="00D960CD">
        <w:trPr>
          <w:trHeight w:val="576"/>
          <w:jc w:val="center"/>
        </w:trPr>
        <w:tc>
          <w:tcPr>
            <w:tcW w:w="5112" w:type="dxa"/>
            <w:vAlign w:val="center"/>
          </w:tcPr>
          <w:p w14:paraId="47FFCE20" w14:textId="77777777" w:rsidR="006E41A2" w:rsidRDefault="004E2BA6" w:rsidP="009608B2">
            <w:r>
              <w:rPr>
                <w:b/>
              </w:rPr>
              <w:t>Place and Date:</w:t>
            </w:r>
          </w:p>
        </w:tc>
        <w:tc>
          <w:tcPr>
            <w:tcW w:w="5112" w:type="dxa"/>
            <w:vAlign w:val="center"/>
          </w:tcPr>
          <w:p w14:paraId="3B938E0C" w14:textId="77777777" w:rsidR="006E41A2" w:rsidRDefault="006E41A2" w:rsidP="009608B2"/>
        </w:tc>
      </w:tr>
    </w:tbl>
    <w:p w14:paraId="468B942E" w14:textId="77777777" w:rsidR="00D960CD" w:rsidRDefault="00D960CD" w:rsidP="009608B2">
      <w:pPr>
        <w:spacing w:before="140" w:after="0"/>
        <w:rPr>
          <w:b/>
          <w:sz w:val="22"/>
        </w:rPr>
      </w:pPr>
    </w:p>
    <w:p w14:paraId="43C6ED31" w14:textId="0E8CF219" w:rsidR="006E41A2" w:rsidRPr="00D960CD" w:rsidRDefault="004E2BA6" w:rsidP="00D960CD">
      <w:pPr>
        <w:pStyle w:val="ListParagraph"/>
        <w:numPr>
          <w:ilvl w:val="0"/>
          <w:numId w:val="18"/>
        </w:numPr>
        <w:spacing w:before="140" w:after="0"/>
        <w:ind w:left="270" w:hanging="270"/>
        <w:rPr>
          <w:b/>
          <w:sz w:val="22"/>
        </w:rPr>
      </w:pPr>
      <w:r w:rsidRPr="00D960CD">
        <w:rPr>
          <w:b/>
          <w:sz w:val="22"/>
        </w:rPr>
        <w:t>ATTACHMENTS / SUPPORTING DOCUMENTS</w:t>
      </w:r>
    </w:p>
    <w:p w14:paraId="0172F00E" w14:textId="77777777" w:rsidR="00035E41" w:rsidRDefault="00035E41" w:rsidP="00035E41">
      <w:pPr>
        <w:pStyle w:val="ListParagraph"/>
        <w:spacing w:before="140" w:after="0"/>
        <w:ind w:left="1080"/>
      </w:pPr>
    </w:p>
    <w:p w14:paraId="5A274283" w14:textId="7B76FADE" w:rsidR="00035E41" w:rsidRDefault="00035E41" w:rsidP="00035E41">
      <w:pPr>
        <w:spacing w:after="0"/>
        <w:rPr>
          <w:lang w:val="en-ZA"/>
        </w:rPr>
      </w:pPr>
      <w:r w:rsidRPr="00035E41">
        <w:rPr>
          <w:lang w:val="en-ZA"/>
        </w:rPr>
        <w:t>Where applicable, attach:</w:t>
      </w:r>
    </w:p>
    <w:p w14:paraId="2469EDE1" w14:textId="77777777" w:rsidR="00035E41" w:rsidRPr="00035E41" w:rsidRDefault="00035E41" w:rsidP="00035E41">
      <w:pPr>
        <w:spacing w:after="0"/>
        <w:rPr>
          <w:lang w:val="en-ZA"/>
        </w:rPr>
      </w:pPr>
    </w:p>
    <w:p w14:paraId="6AF5C05D" w14:textId="77777777" w:rsidR="00035E41" w:rsidRPr="00035E41" w:rsidRDefault="00035E41" w:rsidP="00035E41">
      <w:pPr>
        <w:numPr>
          <w:ilvl w:val="0"/>
          <w:numId w:val="14"/>
        </w:numPr>
        <w:spacing w:after="0"/>
        <w:rPr>
          <w:lang w:val="en-ZA"/>
        </w:rPr>
      </w:pPr>
      <w:r w:rsidRPr="00035E41">
        <w:rPr>
          <w:lang w:val="en-ZA"/>
        </w:rPr>
        <w:t xml:space="preserve">Detailed Project, business or implementation plan; </w:t>
      </w:r>
    </w:p>
    <w:p w14:paraId="70E1928A" w14:textId="77777777" w:rsidR="00035E41" w:rsidRPr="00035E41" w:rsidRDefault="00035E41" w:rsidP="00035E41">
      <w:pPr>
        <w:numPr>
          <w:ilvl w:val="0"/>
          <w:numId w:val="14"/>
        </w:numPr>
        <w:spacing w:after="0"/>
        <w:rPr>
          <w:lang w:val="en-ZA"/>
        </w:rPr>
      </w:pPr>
      <w:r w:rsidRPr="00035E41">
        <w:rPr>
          <w:lang w:val="en-ZA"/>
        </w:rPr>
        <w:t xml:space="preserve">Detailed budget and quotations; </w:t>
      </w:r>
    </w:p>
    <w:p w14:paraId="18BFA18F" w14:textId="77777777" w:rsidR="00035E41" w:rsidRPr="00035E41" w:rsidRDefault="00035E41" w:rsidP="00035E41">
      <w:pPr>
        <w:numPr>
          <w:ilvl w:val="0"/>
          <w:numId w:val="14"/>
        </w:numPr>
        <w:spacing w:after="0"/>
        <w:rPr>
          <w:lang w:val="en-ZA"/>
        </w:rPr>
      </w:pPr>
      <w:r w:rsidRPr="00035E41">
        <w:rPr>
          <w:lang w:val="en-ZA"/>
        </w:rPr>
        <w:t xml:space="preserve">Proof or confirmation of co-funding; </w:t>
      </w:r>
    </w:p>
    <w:p w14:paraId="0AA5B44F" w14:textId="77777777" w:rsidR="00035E41" w:rsidRPr="00035E41" w:rsidRDefault="00035E41" w:rsidP="00035E41">
      <w:pPr>
        <w:numPr>
          <w:ilvl w:val="0"/>
          <w:numId w:val="14"/>
        </w:numPr>
        <w:spacing w:after="0"/>
        <w:rPr>
          <w:lang w:val="en-ZA"/>
        </w:rPr>
      </w:pPr>
      <w:r w:rsidRPr="00035E41">
        <w:rPr>
          <w:lang w:val="en-ZA"/>
        </w:rPr>
        <w:t xml:space="preserve">Details of beneficiaries; </w:t>
      </w:r>
    </w:p>
    <w:p w14:paraId="1202E782" w14:textId="77777777" w:rsidR="00035E41" w:rsidRPr="00035E41" w:rsidRDefault="00035E41" w:rsidP="00035E41">
      <w:pPr>
        <w:numPr>
          <w:ilvl w:val="0"/>
          <w:numId w:val="14"/>
        </w:numPr>
        <w:spacing w:after="0"/>
        <w:rPr>
          <w:lang w:val="en-ZA"/>
        </w:rPr>
      </w:pPr>
      <w:r w:rsidRPr="00035E41">
        <w:rPr>
          <w:lang w:val="en-ZA"/>
        </w:rPr>
        <w:t xml:space="preserve">Relevant CVs or organisational profiles; </w:t>
      </w:r>
    </w:p>
    <w:p w14:paraId="14783188" w14:textId="77777777" w:rsidR="00035E41" w:rsidRPr="00035E41" w:rsidRDefault="00035E41" w:rsidP="00035E41">
      <w:pPr>
        <w:numPr>
          <w:ilvl w:val="0"/>
          <w:numId w:val="14"/>
        </w:numPr>
        <w:spacing w:after="0"/>
        <w:rPr>
          <w:lang w:val="en-ZA"/>
        </w:rPr>
      </w:pPr>
      <w:r w:rsidRPr="00035E41">
        <w:rPr>
          <w:lang w:val="en-ZA"/>
        </w:rPr>
        <w:t xml:space="preserve">Relevant institutional, tax, VAT or PBO information; and </w:t>
      </w:r>
    </w:p>
    <w:p w14:paraId="6210F6EF" w14:textId="77777777" w:rsidR="00035E41" w:rsidRDefault="00035E41" w:rsidP="00035E41">
      <w:pPr>
        <w:numPr>
          <w:ilvl w:val="0"/>
          <w:numId w:val="14"/>
        </w:numPr>
        <w:spacing w:after="0"/>
        <w:rPr>
          <w:lang w:val="en-ZA"/>
        </w:rPr>
      </w:pPr>
      <w:r w:rsidRPr="00035E41">
        <w:rPr>
          <w:lang w:val="en-ZA"/>
        </w:rPr>
        <w:t xml:space="preserve">Any other information necessary for proper evaluation of the application. </w:t>
      </w:r>
    </w:p>
    <w:p w14:paraId="42BD3327" w14:textId="77777777" w:rsidR="00035E41" w:rsidRPr="00035E41" w:rsidRDefault="00035E41" w:rsidP="00035E41">
      <w:pPr>
        <w:spacing w:after="0"/>
        <w:ind w:left="720"/>
        <w:rPr>
          <w:lang w:val="en-ZA"/>
        </w:rPr>
      </w:pPr>
    </w:p>
    <w:p w14:paraId="3FDE286F" w14:textId="77777777" w:rsidR="00035E41" w:rsidRPr="00035E41" w:rsidRDefault="00035E41" w:rsidP="00035E41">
      <w:pPr>
        <w:spacing w:after="0"/>
        <w:rPr>
          <w:lang w:val="en-ZA"/>
        </w:rPr>
      </w:pPr>
      <w:r w:rsidRPr="00035E41">
        <w:rPr>
          <w:i/>
          <w:iCs/>
          <w:lang w:val="en-ZA"/>
        </w:rPr>
        <w:t>Where the application relates to farming or producer development, supporting information should, where relevant, include land access, production area, production history, proposed sorghum production, technical support and market / offtake arrangements.</w:t>
      </w:r>
    </w:p>
    <w:p w14:paraId="2870BFA0" w14:textId="42C190A1" w:rsidR="006E41A2" w:rsidRDefault="006E41A2" w:rsidP="009608B2">
      <w:pPr>
        <w:spacing w:after="0"/>
        <w:jc w:val="center"/>
      </w:pPr>
    </w:p>
    <w:sectPr w:rsidR="006E41A2"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966AD6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092FEB"/>
    <w:multiLevelType w:val="multilevel"/>
    <w:tmpl w:val="26B0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4C54B7"/>
    <w:multiLevelType w:val="hybridMultilevel"/>
    <w:tmpl w:val="1D06D8E0"/>
    <w:lvl w:ilvl="0" w:tplc="0E4602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B46947"/>
    <w:multiLevelType w:val="hybridMultilevel"/>
    <w:tmpl w:val="89DAD934"/>
    <w:lvl w:ilvl="0" w:tplc="CEAC559A">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94808A7"/>
    <w:multiLevelType w:val="hybridMultilevel"/>
    <w:tmpl w:val="1FCC3924"/>
    <w:lvl w:ilvl="0" w:tplc="A5648796">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D1148E0"/>
    <w:multiLevelType w:val="hybridMultilevel"/>
    <w:tmpl w:val="15465BFC"/>
    <w:lvl w:ilvl="0" w:tplc="1C090015">
      <w:start w:val="6"/>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40918B9"/>
    <w:multiLevelType w:val="hybridMultilevel"/>
    <w:tmpl w:val="682857E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14C4936"/>
    <w:multiLevelType w:val="hybridMultilevel"/>
    <w:tmpl w:val="9BC8C418"/>
    <w:lvl w:ilvl="0" w:tplc="1C090015">
      <w:start w:val="7"/>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71E65650"/>
    <w:multiLevelType w:val="multilevel"/>
    <w:tmpl w:val="FCF26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430622"/>
    <w:multiLevelType w:val="multilevel"/>
    <w:tmpl w:val="DA48B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93992">
    <w:abstractNumId w:val="8"/>
  </w:num>
  <w:num w:numId="2" w16cid:durableId="1434402671">
    <w:abstractNumId w:val="6"/>
  </w:num>
  <w:num w:numId="3" w16cid:durableId="1772243001">
    <w:abstractNumId w:val="5"/>
  </w:num>
  <w:num w:numId="4" w16cid:durableId="259073834">
    <w:abstractNumId w:val="4"/>
  </w:num>
  <w:num w:numId="5" w16cid:durableId="1209026790">
    <w:abstractNumId w:val="7"/>
  </w:num>
  <w:num w:numId="6" w16cid:durableId="470901388">
    <w:abstractNumId w:val="3"/>
  </w:num>
  <w:num w:numId="7" w16cid:durableId="288434398">
    <w:abstractNumId w:val="2"/>
  </w:num>
  <w:num w:numId="8" w16cid:durableId="1178278089">
    <w:abstractNumId w:val="1"/>
  </w:num>
  <w:num w:numId="9" w16cid:durableId="185213808">
    <w:abstractNumId w:val="0"/>
  </w:num>
  <w:num w:numId="10" w16cid:durableId="1015379879">
    <w:abstractNumId w:val="9"/>
  </w:num>
  <w:num w:numId="11" w16cid:durableId="565339436">
    <w:abstractNumId w:val="10"/>
  </w:num>
  <w:num w:numId="12" w16cid:durableId="1581216594">
    <w:abstractNumId w:val="14"/>
  </w:num>
  <w:num w:numId="13" w16cid:durableId="1682777392">
    <w:abstractNumId w:val="12"/>
  </w:num>
  <w:num w:numId="14" w16cid:durableId="1312097893">
    <w:abstractNumId w:val="17"/>
  </w:num>
  <w:num w:numId="15" w16cid:durableId="1932616282">
    <w:abstractNumId w:val="11"/>
  </w:num>
  <w:num w:numId="16" w16cid:durableId="1326741482">
    <w:abstractNumId w:val="16"/>
  </w:num>
  <w:num w:numId="17" w16cid:durableId="1404716178">
    <w:abstractNumId w:val="15"/>
  </w:num>
  <w:num w:numId="18" w16cid:durableId="21073418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E41"/>
    <w:rsid w:val="00057CCD"/>
    <w:rsid w:val="0006063C"/>
    <w:rsid w:val="00071301"/>
    <w:rsid w:val="000C3AFB"/>
    <w:rsid w:val="0015074B"/>
    <w:rsid w:val="0029639D"/>
    <w:rsid w:val="00326F90"/>
    <w:rsid w:val="004B044E"/>
    <w:rsid w:val="004E2BA6"/>
    <w:rsid w:val="006C0316"/>
    <w:rsid w:val="006E41A2"/>
    <w:rsid w:val="0077792F"/>
    <w:rsid w:val="009608B2"/>
    <w:rsid w:val="009F5EB6"/>
    <w:rsid w:val="00A52484"/>
    <w:rsid w:val="00A875D8"/>
    <w:rsid w:val="00AA1D8D"/>
    <w:rsid w:val="00B47730"/>
    <w:rsid w:val="00BE0082"/>
    <w:rsid w:val="00CB0664"/>
    <w:rsid w:val="00CE395A"/>
    <w:rsid w:val="00D960CD"/>
    <w:rsid w:val="00EA7DB1"/>
    <w:rsid w:val="00EC1E6F"/>
    <w:rsid w:val="00ED5768"/>
    <w:rsid w:val="00FA2DD0"/>
    <w:rsid w:val="00FA46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4EF9EC"/>
  <w14:defaultImageDpi w14:val="300"/>
  <w15:docId w15:val="{C2A74743-56AC-46E8-A0C5-FEB9215D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997d53-d2c2-47b7-9da4-5d01c02cedaf" xsi:nil="true"/>
    <lcf76f155ced4ddcb4097134ff3c332f xmlns="b18162fa-d22b-4231-8219-96c422dcddb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AF5B624E513C4397BC215B82CB82FB" ma:contentTypeVersion="11" ma:contentTypeDescription="Create a new document." ma:contentTypeScope="" ma:versionID="916404b98df7be87bf09c8c17ca1fdde">
  <xsd:schema xmlns:xsd="http://www.w3.org/2001/XMLSchema" xmlns:xs="http://www.w3.org/2001/XMLSchema" xmlns:p="http://schemas.microsoft.com/office/2006/metadata/properties" xmlns:ns2="b18162fa-d22b-4231-8219-96c422dcddba" xmlns:ns3="5b997d53-d2c2-47b7-9da4-5d01c02cedaf" targetNamespace="http://schemas.microsoft.com/office/2006/metadata/properties" ma:root="true" ma:fieldsID="74b9f3f68355faa16b3481442e104680" ns2:_="" ns3:_="">
    <xsd:import namespace="b18162fa-d22b-4231-8219-96c422dcddba"/>
    <xsd:import namespace="5b997d53-d2c2-47b7-9da4-5d01c02ced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162fa-d22b-4231-8219-96c422dcdd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6cf2fa-d47e-4fb3-b330-3a8bf265a53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997d53-d2c2-47b7-9da4-5d01c02ced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d948-b13f-4226-a9ee-2cc9ba34c44e}" ma:internalName="TaxCatchAll" ma:showField="CatchAllData" ma:web="5b997d53-d2c2-47b7-9da4-5d01c02ced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D67C3-D2C1-4D57-83A1-1D650C8C8262}">
  <ds:schemaRefs>
    <ds:schemaRef ds:uri="http://schemas.microsoft.com/office/2006/metadata/properties"/>
    <ds:schemaRef ds:uri="http://schemas.microsoft.com/office/infopath/2007/PartnerControls"/>
    <ds:schemaRef ds:uri="5b997d53-d2c2-47b7-9da4-5d01c02cedaf"/>
    <ds:schemaRef ds:uri="b18162fa-d22b-4231-8219-96c422dcddba"/>
  </ds:schemaRefs>
</ds:datastoreItem>
</file>

<file path=customXml/itemProps2.xml><?xml version="1.0" encoding="utf-8"?>
<ds:datastoreItem xmlns:ds="http://schemas.openxmlformats.org/officeDocument/2006/customXml" ds:itemID="{81EE1D29-9E78-42F1-913F-672C8695A011}">
  <ds:schemaRefs>
    <ds:schemaRef ds:uri="http://schemas.microsoft.com/sharepoint/v3/contenttype/forms"/>
  </ds:schemaRefs>
</ds:datastoreItem>
</file>

<file path=customXml/itemProps3.xml><?xml version="1.0" encoding="utf-8"?>
<ds:datastoreItem xmlns:ds="http://schemas.openxmlformats.org/officeDocument/2006/customXml" ds:itemID="{8BBBAE56-E3AB-47C6-B0FE-AC2CB65A7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162fa-d22b-4231-8219-96c422dcddba"/>
    <ds:schemaRef ds:uri="5b997d53-d2c2-47b7-9da4-5d01c02ced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2166</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Clare Carter-Furguson</cp:lastModifiedBy>
  <cp:revision>2</cp:revision>
  <dcterms:created xsi:type="dcterms:W3CDTF">2026-09-15T08:02:00Z</dcterms:created>
  <dcterms:modified xsi:type="dcterms:W3CDTF">2026-09-15T08:02:00Z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0x01010072AF5B624E513C4397BC215B82CB82FB</vt:lpwstr>
  </property>
  <property fmtid="{D5CDD505-2E9C-101B-9397-08002B2CF9AE}" pid="3" name="MediaServiceImageTags">
    <vt:lpwstr/>
  </property>
</Properties>
</file>